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B7E67" w14:textId="77777777" w:rsidR="00F47A4F" w:rsidRDefault="2CBAA5B0" w:rsidP="4E08A087">
      <w:pPr>
        <w:jc w:val="center"/>
        <w:rPr>
          <w:sz w:val="28"/>
          <w:szCs w:val="28"/>
        </w:rPr>
      </w:pPr>
      <w:r w:rsidRPr="4E08A087">
        <w:rPr>
          <w:sz w:val="28"/>
          <w:szCs w:val="28"/>
        </w:rPr>
        <w:t>━━━━━━━━━━━━━━━━━━━━━━━━━━━━━━━━━━━━━━━━━━━━━━</w:t>
      </w:r>
    </w:p>
    <w:p w14:paraId="1D7D2C2F" w14:textId="77777777" w:rsidR="00F47A4F" w:rsidRDefault="00F47A4F" w:rsidP="4E08A087">
      <w:pPr>
        <w:rPr>
          <w:sz w:val="28"/>
          <w:szCs w:val="28"/>
        </w:rPr>
      </w:pPr>
      <w:r>
        <w:br/>
      </w:r>
    </w:p>
    <w:p w14:paraId="6614B6BA" w14:textId="77777777" w:rsidR="00F47A4F" w:rsidRDefault="2CBAA5B0" w:rsidP="4E08A087">
      <w:pPr>
        <w:jc w:val="center"/>
        <w:rPr>
          <w:b/>
          <w:bCs/>
          <w:sz w:val="28"/>
          <w:szCs w:val="28"/>
        </w:rPr>
      </w:pPr>
      <w:r w:rsidRPr="4E08A087">
        <w:rPr>
          <w:b/>
          <w:bCs/>
          <w:sz w:val="28"/>
          <w:szCs w:val="28"/>
        </w:rPr>
        <w:t>UNIT 18 – COMPUTATIONAL THINKING</w:t>
      </w:r>
    </w:p>
    <w:p w14:paraId="43B2EB7D" w14:textId="77777777" w:rsidR="00F47A4F" w:rsidRDefault="2CBAA5B0" w:rsidP="4E08A087">
      <w:pPr>
        <w:jc w:val="center"/>
        <w:rPr>
          <w:b/>
          <w:bCs/>
          <w:sz w:val="28"/>
          <w:szCs w:val="28"/>
        </w:rPr>
      </w:pPr>
      <w:r w:rsidRPr="4E08A087">
        <w:rPr>
          <w:b/>
          <w:bCs/>
          <w:sz w:val="28"/>
          <w:szCs w:val="28"/>
        </w:rPr>
        <w:t>Understanding and Applying Computational Calculations</w:t>
      </w:r>
    </w:p>
    <w:p w14:paraId="42010628" w14:textId="77777777" w:rsidR="00F47A4F" w:rsidRDefault="00F47A4F" w:rsidP="4E08A087">
      <w:pPr>
        <w:rPr>
          <w:sz w:val="28"/>
          <w:szCs w:val="28"/>
        </w:rPr>
      </w:pPr>
      <w:r>
        <w:br/>
      </w:r>
    </w:p>
    <w:p w14:paraId="3C560E03" w14:textId="205581DA" w:rsidR="00F47A4F" w:rsidRDefault="2CBAA5B0" w:rsidP="4E08A087">
      <w:pPr>
        <w:jc w:val="center"/>
        <w:rPr>
          <w:rFonts w:ascii="Segoe UI Emoji" w:hAnsi="Segoe UI Emoji" w:cs="Segoe UI Emoji"/>
          <w:sz w:val="28"/>
          <w:szCs w:val="28"/>
        </w:rPr>
      </w:pPr>
      <w:r w:rsidRPr="4E08A087">
        <w:rPr>
          <w:rFonts w:ascii="Segoe UI Emoji" w:hAnsi="Segoe UI Emoji" w:cs="Segoe UI Emoji"/>
          <w:sz w:val="28"/>
          <w:szCs w:val="28"/>
        </w:rPr>
        <w:t>💻</w:t>
      </w:r>
      <w:r w:rsidRPr="4E08A087">
        <w:rPr>
          <w:sz w:val="28"/>
          <w:szCs w:val="28"/>
        </w:rPr>
        <w:t xml:space="preserve"> </w:t>
      </w:r>
      <w:r w:rsidRPr="4E08A087">
        <w:rPr>
          <w:rFonts w:ascii="Segoe UI Symbol" w:hAnsi="Segoe UI Symbol" w:cs="Segoe UI Symbol"/>
          <w:sz w:val="28"/>
          <w:szCs w:val="28"/>
        </w:rPr>
        <w:t>⚙</w:t>
      </w:r>
      <w:r w:rsidRPr="4E08A087">
        <w:rPr>
          <w:sz w:val="28"/>
          <w:szCs w:val="28"/>
        </w:rPr>
        <w:t xml:space="preserve"> 010101 110010 </w:t>
      </w:r>
      <w:r w:rsidRPr="4E08A087">
        <w:rPr>
          <w:rFonts w:ascii="Segoe UI Emoji" w:hAnsi="Segoe UI Emoji" w:cs="Segoe UI Emoji"/>
          <w:sz w:val="28"/>
          <w:szCs w:val="28"/>
        </w:rPr>
        <w:t>📊</w:t>
      </w:r>
      <w:r w:rsidRPr="4E08A087">
        <w:rPr>
          <w:sz w:val="28"/>
          <w:szCs w:val="28"/>
        </w:rPr>
        <w:t xml:space="preserve"> </w:t>
      </w:r>
      <w:r w:rsidRPr="4E08A087">
        <w:rPr>
          <w:rFonts w:ascii="Segoe UI Emoji" w:hAnsi="Segoe UI Emoji" w:cs="Segoe UI Emoji"/>
          <w:sz w:val="28"/>
          <w:szCs w:val="28"/>
        </w:rPr>
        <w:t>💾</w:t>
      </w:r>
    </w:p>
    <w:p w14:paraId="4C646EFE" w14:textId="77777777" w:rsidR="00F47A4F" w:rsidRDefault="00F47A4F" w:rsidP="4E08A087">
      <w:pPr>
        <w:rPr>
          <w:sz w:val="28"/>
          <w:szCs w:val="28"/>
        </w:rPr>
      </w:pPr>
      <w:r>
        <w:br/>
      </w:r>
    </w:p>
    <w:p w14:paraId="4402E150" w14:textId="77777777" w:rsidR="00F47A4F" w:rsidRDefault="2CBAA5B0" w:rsidP="4E08A087">
      <w:pPr>
        <w:jc w:val="center"/>
        <w:rPr>
          <w:b/>
          <w:bCs/>
          <w:sz w:val="28"/>
          <w:szCs w:val="28"/>
        </w:rPr>
      </w:pPr>
      <w:r w:rsidRPr="4E08A087">
        <w:rPr>
          <w:b/>
          <w:bCs/>
          <w:sz w:val="28"/>
          <w:szCs w:val="28"/>
        </w:rPr>
        <w:t>INDUCTION BOOKLET</w:t>
      </w:r>
    </w:p>
    <w:p w14:paraId="3D8A8823" w14:textId="2265EB3F" w:rsidR="00F47A4F" w:rsidRDefault="2CBAA5B0" w:rsidP="4E08A087">
      <w:pPr>
        <w:jc w:val="center"/>
        <w:rPr>
          <w:b/>
          <w:bCs/>
          <w:sz w:val="28"/>
          <w:szCs w:val="28"/>
        </w:rPr>
      </w:pPr>
      <w:r w:rsidRPr="4E08A087">
        <w:rPr>
          <w:b/>
          <w:bCs/>
          <w:sz w:val="28"/>
          <w:szCs w:val="28"/>
        </w:rPr>
        <w:t xml:space="preserve">Technology Company Work Experience </w:t>
      </w:r>
      <w:r w:rsidR="5549F1F2" w:rsidRPr="4E08A087">
        <w:rPr>
          <w:b/>
          <w:bCs/>
          <w:sz w:val="28"/>
          <w:szCs w:val="28"/>
        </w:rPr>
        <w:t>Programmed</w:t>
      </w:r>
    </w:p>
    <w:p w14:paraId="06958AE6" w14:textId="77777777" w:rsidR="00F47A4F" w:rsidRDefault="2CBAA5B0" w:rsidP="4E08A087">
      <w:pPr>
        <w:jc w:val="center"/>
        <w:rPr>
          <w:sz w:val="28"/>
          <w:szCs w:val="28"/>
        </w:rPr>
      </w:pPr>
      <w:r w:rsidRPr="4E08A087">
        <w:rPr>
          <w:sz w:val="28"/>
          <w:szCs w:val="28"/>
        </w:rPr>
        <w:t>IT Department – Educational Materials Development</w:t>
      </w:r>
    </w:p>
    <w:tbl>
      <w:tblPr>
        <w:tblStyle w:val="TableGrid"/>
        <w:tblW w:w="0" w:type="auto"/>
        <w:tblInd w:w="1505" w:type="dxa"/>
        <w:tblLook w:val="04A0" w:firstRow="1" w:lastRow="0" w:firstColumn="1" w:lastColumn="0" w:noHBand="0" w:noVBand="1"/>
      </w:tblPr>
      <w:tblGrid>
        <w:gridCol w:w="5627"/>
      </w:tblGrid>
      <w:tr w:rsidR="00F47A4F" w14:paraId="03066748" w14:textId="77777777" w:rsidTr="4E08A087">
        <w:trPr>
          <w:trHeight w:val="2145"/>
        </w:trPr>
        <w:tc>
          <w:tcPr>
            <w:tcW w:w="5627" w:type="dxa"/>
          </w:tcPr>
          <w:p w14:paraId="31FE4769" w14:textId="77777777" w:rsidR="00F47A4F" w:rsidRDefault="2CBAA5B0" w:rsidP="4E08A087">
            <w:pPr>
              <w:rPr>
                <w:sz w:val="28"/>
                <w:szCs w:val="28"/>
              </w:rPr>
            </w:pPr>
            <w:r w:rsidRPr="4E08A087">
              <w:rPr>
                <w:sz w:val="28"/>
                <w:szCs w:val="28"/>
              </w:rPr>
              <w:t>Student Name: ___________________________</w:t>
            </w:r>
            <w:r w:rsidR="00F47A4F">
              <w:br/>
            </w:r>
            <w:r w:rsidRPr="4E08A087">
              <w:rPr>
                <w:sz w:val="28"/>
                <w:szCs w:val="28"/>
              </w:rPr>
              <w:t>Course: BTEC IT</w:t>
            </w:r>
            <w:r w:rsidR="00F47A4F">
              <w:br/>
            </w:r>
            <w:r w:rsidRPr="4E08A087">
              <w:rPr>
                <w:sz w:val="28"/>
                <w:szCs w:val="28"/>
              </w:rPr>
              <w:t>Unit: Unit 18 – Computational Thinking</w:t>
            </w:r>
            <w:r w:rsidR="00F47A4F">
              <w:br/>
            </w:r>
            <w:r w:rsidRPr="4E08A087">
              <w:rPr>
                <w:sz w:val="28"/>
                <w:szCs w:val="28"/>
              </w:rPr>
              <w:t>Learning Aim: A</w:t>
            </w:r>
            <w:r w:rsidR="00F47A4F">
              <w:br/>
            </w:r>
            <w:r w:rsidRPr="4E08A087">
              <w:rPr>
                <w:sz w:val="28"/>
                <w:szCs w:val="28"/>
              </w:rPr>
              <w:t>Teacher: ___________________________</w:t>
            </w:r>
            <w:r w:rsidR="00F47A4F">
              <w:br/>
            </w:r>
            <w:r w:rsidRPr="4E08A087">
              <w:rPr>
                <w:sz w:val="28"/>
                <w:szCs w:val="28"/>
              </w:rPr>
              <w:t>Submission Date: ___________________________</w:t>
            </w:r>
          </w:p>
        </w:tc>
      </w:tr>
    </w:tbl>
    <w:p w14:paraId="27B4EA5B" w14:textId="77777777" w:rsidR="00F47A4F" w:rsidRDefault="00F47A4F" w:rsidP="4E08A087">
      <w:pPr>
        <w:rPr>
          <w:sz w:val="28"/>
          <w:szCs w:val="28"/>
        </w:rPr>
      </w:pPr>
    </w:p>
    <w:p w14:paraId="628F7D8D" w14:textId="77777777" w:rsidR="00F47A4F" w:rsidRDefault="00F47A4F" w:rsidP="4E08A087">
      <w:pPr>
        <w:rPr>
          <w:sz w:val="28"/>
          <w:szCs w:val="28"/>
        </w:rPr>
      </w:pPr>
      <w:r>
        <w:br/>
      </w:r>
    </w:p>
    <w:p w14:paraId="35D0688F" w14:textId="67023CF5" w:rsidR="00F47A4F" w:rsidRDefault="00F47A4F" w:rsidP="00F47A4F">
      <w:pPr>
        <w:jc w:val="center"/>
        <w:rPr>
          <w:sz w:val="28"/>
        </w:rPr>
      </w:pPr>
      <w:r>
        <w:rPr>
          <w:sz w:val="28"/>
        </w:rPr>
        <w:t>━━━━━━━━━━━━━━━━</w:t>
      </w:r>
    </w:p>
    <w:p w14:paraId="063FE8E4" w14:textId="2DB18079" w:rsidR="00DD41B1" w:rsidRPr="004071FD" w:rsidRDefault="3CFAFF67" w:rsidP="4E08A087">
      <w:pPr>
        <w:jc w:val="center"/>
        <w:rPr>
          <w:rFonts w:ascii="MS Mincho" w:eastAsia="MS Mincho" w:hAnsi="MS Mincho" w:cs="MS Mincho"/>
          <w:sz w:val="28"/>
          <w:szCs w:val="28"/>
        </w:rPr>
      </w:pPr>
      <w:r w:rsidRPr="4E08A087">
        <w:rPr>
          <w:rFonts w:ascii="MS Mincho" w:eastAsia="MS Mincho" w:hAnsi="MS Mincho" w:cs="MS Mincho"/>
          <w:sz w:val="28"/>
          <w:szCs w:val="28"/>
        </w:rPr>
        <w:t>━━━━━━━━━━━━━━━━━━━━━━━━━━━━━━</w:t>
      </w:r>
    </w:p>
    <w:p w14:paraId="006B1120" w14:textId="15963AA8" w:rsidR="4E08A087" w:rsidRDefault="4E08A087" w:rsidP="4E08A087">
      <w:pPr>
        <w:jc w:val="center"/>
        <w:rPr>
          <w:rFonts w:ascii="MS Mincho" w:eastAsia="MS Mincho" w:hAnsi="MS Mincho" w:cs="MS Mincho"/>
        </w:rPr>
      </w:pPr>
    </w:p>
    <w:p w14:paraId="55164E9D" w14:textId="75145F77" w:rsidR="4E08A087" w:rsidRDefault="4E08A087" w:rsidP="47FFCE6D">
      <w:pPr>
        <w:jc w:val="center"/>
        <w:rPr>
          <w:rFonts w:ascii="MS Mincho" w:eastAsia="MS Mincho" w:hAnsi="MS Mincho" w:cs="MS Mincho"/>
        </w:rPr>
      </w:pPr>
    </w:p>
    <w:p w14:paraId="64A8E9DC" w14:textId="217B00AA" w:rsidR="47FFCE6D" w:rsidRDefault="47FFCE6D" w:rsidP="47FFCE6D">
      <w:pPr>
        <w:jc w:val="center"/>
        <w:rPr>
          <w:rFonts w:ascii="MS Mincho" w:eastAsia="MS Mincho" w:hAnsi="MS Mincho" w:cs="MS Mincho"/>
        </w:rPr>
      </w:pPr>
    </w:p>
    <w:p w14:paraId="4873F086" w14:textId="33C765C5" w:rsidR="4E08A087" w:rsidRDefault="4E08A087" w:rsidP="4E08A087">
      <w:pPr>
        <w:jc w:val="center"/>
        <w:rPr>
          <w:rFonts w:ascii="MS Mincho" w:eastAsia="MS Mincho" w:hAnsi="MS Mincho" w:cs="MS Mincho"/>
        </w:rPr>
      </w:pPr>
    </w:p>
    <w:tbl>
      <w:tblPr>
        <w:tblStyle w:val="TableGrid"/>
        <w:tblW w:w="0" w:type="auto"/>
        <w:tblLook w:val="04A0" w:firstRow="1" w:lastRow="0" w:firstColumn="1" w:lastColumn="0" w:noHBand="0" w:noVBand="1"/>
      </w:tblPr>
      <w:tblGrid>
        <w:gridCol w:w="6771"/>
        <w:gridCol w:w="2085"/>
      </w:tblGrid>
      <w:tr w:rsidR="004071FD" w14:paraId="44DB8E27" w14:textId="77777777" w:rsidTr="47FFCE6D">
        <w:tc>
          <w:tcPr>
            <w:tcW w:w="8856" w:type="dxa"/>
            <w:gridSpan w:val="2"/>
          </w:tcPr>
          <w:p w14:paraId="7F86CB5E" w14:textId="77777777" w:rsidR="004071FD" w:rsidRDefault="03007C18" w:rsidP="47FFCE6D">
            <w:pPr>
              <w:pStyle w:val="Heading1"/>
              <w:jc w:val="center"/>
              <w:rPr>
                <w:color w:val="auto"/>
                <w:sz w:val="22"/>
                <w:szCs w:val="22"/>
              </w:rPr>
            </w:pPr>
            <w:r w:rsidRPr="47FFCE6D">
              <w:rPr>
                <w:color w:val="auto"/>
              </w:rPr>
              <w:t>TABLE OF CONTENTS</w:t>
            </w:r>
          </w:p>
          <w:p w14:paraId="3876E929" w14:textId="77777777" w:rsidR="004071FD" w:rsidRDefault="004071FD" w:rsidP="4E08A087"/>
        </w:tc>
      </w:tr>
      <w:tr w:rsidR="00792AF1" w14:paraId="3D3CA7D8" w14:textId="77777777" w:rsidTr="47FFCE6D">
        <w:tc>
          <w:tcPr>
            <w:tcW w:w="6771" w:type="dxa"/>
          </w:tcPr>
          <w:p w14:paraId="6F41DA65" w14:textId="519C7F9A" w:rsidR="00792AF1" w:rsidRDefault="31DB01DE" w:rsidP="4E08A087">
            <w:pPr>
              <w:jc w:val="center"/>
            </w:pPr>
            <w:r w:rsidRPr="4E08A087">
              <w:t>To</w:t>
            </w:r>
            <w:r w:rsidR="191554DB" w:rsidRPr="4E08A087">
              <w:t>pic</w:t>
            </w:r>
          </w:p>
        </w:tc>
        <w:tc>
          <w:tcPr>
            <w:tcW w:w="2085" w:type="dxa"/>
          </w:tcPr>
          <w:p w14:paraId="4C6441C9" w14:textId="1ADF39BE" w:rsidR="00792AF1" w:rsidRDefault="31DB01DE" w:rsidP="4E08A087">
            <w:pPr>
              <w:jc w:val="center"/>
            </w:pPr>
            <w:r w:rsidRPr="4E08A087">
              <w:t>Page no</w:t>
            </w:r>
          </w:p>
        </w:tc>
      </w:tr>
      <w:tr w:rsidR="004071FD" w14:paraId="547C13E0" w14:textId="77777777" w:rsidTr="47FFCE6D">
        <w:tc>
          <w:tcPr>
            <w:tcW w:w="6771" w:type="dxa"/>
          </w:tcPr>
          <w:p w14:paraId="2DD1F9A5" w14:textId="77777777" w:rsidR="00792AF1" w:rsidRDefault="31DB01DE" w:rsidP="4E08A087">
            <w:r w:rsidRPr="4E08A087">
              <w:t>1. Introduction</w:t>
            </w:r>
          </w:p>
          <w:p w14:paraId="6B6DBBBC" w14:textId="77777777" w:rsidR="00B23420" w:rsidRDefault="162F3CD8" w:rsidP="001D35E9">
            <w:pPr>
              <w:pStyle w:val="ListParagraph"/>
              <w:numPr>
                <w:ilvl w:val="0"/>
                <w:numId w:val="14"/>
              </w:numPr>
              <w:rPr>
                <w:lang w:val="en-GB"/>
              </w:rPr>
            </w:pPr>
            <w:r w:rsidRPr="4E08A087">
              <w:rPr>
                <w:lang w:val="en-GB"/>
              </w:rPr>
              <w:t>Overview of the Work Experience Program </w:t>
            </w:r>
            <w:r w:rsidR="221D0010" w:rsidRPr="4E08A087">
              <w:rPr>
                <w:lang w:val="en-GB"/>
              </w:rPr>
              <w:t xml:space="preserve"> </w:t>
            </w:r>
          </w:p>
          <w:p w14:paraId="0FEAEA3E" w14:textId="77777777" w:rsidR="007B346A" w:rsidRDefault="162F3CD8" w:rsidP="001D35E9">
            <w:pPr>
              <w:pStyle w:val="ListParagraph"/>
              <w:numPr>
                <w:ilvl w:val="0"/>
                <w:numId w:val="14"/>
              </w:numPr>
              <w:rPr>
                <w:lang w:val="en-GB"/>
              </w:rPr>
            </w:pPr>
            <w:r w:rsidRPr="4E08A087">
              <w:rPr>
                <w:lang w:val="en-GB"/>
              </w:rPr>
              <w:t>Purpose of the Induction Booklet </w:t>
            </w:r>
            <w:r w:rsidR="221D0010" w:rsidRPr="4E08A087">
              <w:rPr>
                <w:lang w:val="en-GB"/>
              </w:rPr>
              <w:t xml:space="preserve"> </w:t>
            </w:r>
          </w:p>
          <w:p w14:paraId="35E95A37" w14:textId="4E78EB62" w:rsidR="004071FD" w:rsidRPr="001F2876" w:rsidRDefault="162F3CD8" w:rsidP="001D35E9">
            <w:pPr>
              <w:pStyle w:val="ListParagraph"/>
              <w:numPr>
                <w:ilvl w:val="0"/>
                <w:numId w:val="14"/>
              </w:numPr>
              <w:rPr>
                <w:lang w:val="en-GB"/>
              </w:rPr>
            </w:pPr>
            <w:r w:rsidRPr="4E08A087">
              <w:rPr>
                <w:lang w:val="en-GB"/>
              </w:rPr>
              <w:t>Importance of Computational Thinking in IT</w:t>
            </w:r>
          </w:p>
        </w:tc>
        <w:tc>
          <w:tcPr>
            <w:tcW w:w="2085" w:type="dxa"/>
          </w:tcPr>
          <w:p w14:paraId="5436C6F9" w14:textId="2BE24E4E" w:rsidR="004071FD" w:rsidRDefault="12E98E9F" w:rsidP="4E08A087">
            <w:pPr>
              <w:jc w:val="center"/>
            </w:pPr>
            <w:r w:rsidRPr="47FFCE6D">
              <w:t>3</w:t>
            </w:r>
          </w:p>
        </w:tc>
      </w:tr>
      <w:tr w:rsidR="004071FD" w14:paraId="1E2714E8" w14:textId="77777777" w:rsidTr="47FFCE6D">
        <w:tc>
          <w:tcPr>
            <w:tcW w:w="6771" w:type="dxa"/>
          </w:tcPr>
          <w:p w14:paraId="3E9CC39D" w14:textId="77777777" w:rsidR="00792AF1" w:rsidRPr="00BE3855" w:rsidRDefault="31DB01DE" w:rsidP="4E08A087">
            <w:r w:rsidRPr="4E08A087">
              <w:t>2. The Role of Computational Calculations in Problem-Solving</w:t>
            </w:r>
          </w:p>
          <w:p w14:paraId="6A2949C2" w14:textId="77777777" w:rsidR="0024584D" w:rsidRDefault="0FB74D2E" w:rsidP="001D35E9">
            <w:pPr>
              <w:pStyle w:val="ListParagraph"/>
              <w:numPr>
                <w:ilvl w:val="0"/>
                <w:numId w:val="13"/>
              </w:numPr>
              <w:rPr>
                <w:lang w:val="en-GB"/>
              </w:rPr>
            </w:pPr>
            <w:r w:rsidRPr="4E08A087">
              <w:rPr>
                <w:lang w:val="en-GB"/>
              </w:rPr>
              <w:t>Why Calculations Matter in Computing </w:t>
            </w:r>
            <w:r w:rsidR="53289798" w:rsidRPr="4E08A087">
              <w:rPr>
                <w:lang w:val="en-GB"/>
              </w:rPr>
              <w:t xml:space="preserve">  </w:t>
            </w:r>
          </w:p>
          <w:p w14:paraId="753AE3F0" w14:textId="20EAC8E2" w:rsidR="004071FD" w:rsidRPr="0024584D" w:rsidRDefault="0FB74D2E" w:rsidP="001D35E9">
            <w:pPr>
              <w:pStyle w:val="ListParagraph"/>
              <w:numPr>
                <w:ilvl w:val="0"/>
                <w:numId w:val="13"/>
              </w:numPr>
              <w:rPr>
                <w:lang w:val="en-GB"/>
              </w:rPr>
            </w:pPr>
            <w:r w:rsidRPr="4E08A087">
              <w:rPr>
                <w:lang w:val="en-GB"/>
              </w:rPr>
              <w:t>Examples of Computational Calculations in Real-World Scenarios </w:t>
            </w:r>
          </w:p>
        </w:tc>
        <w:tc>
          <w:tcPr>
            <w:tcW w:w="2085" w:type="dxa"/>
          </w:tcPr>
          <w:p w14:paraId="6F475224" w14:textId="5EA2F7A5" w:rsidR="004071FD" w:rsidRDefault="5C269BD8" w:rsidP="4E08A087">
            <w:pPr>
              <w:jc w:val="center"/>
            </w:pPr>
            <w:r w:rsidRPr="47FFCE6D">
              <w:t>4-5</w:t>
            </w:r>
          </w:p>
        </w:tc>
      </w:tr>
      <w:tr w:rsidR="00792AF1" w14:paraId="3AE9DF48" w14:textId="77777777" w:rsidTr="47FFCE6D">
        <w:tc>
          <w:tcPr>
            <w:tcW w:w="6771" w:type="dxa"/>
          </w:tcPr>
          <w:p w14:paraId="3927AF77" w14:textId="77777777" w:rsidR="00792AF1" w:rsidRDefault="31DB01DE" w:rsidP="4E08A087">
            <w:r w:rsidRPr="4E08A087">
              <w:t>3. Understanding Number Systems in Computing</w:t>
            </w:r>
          </w:p>
          <w:p w14:paraId="5368252A" w14:textId="77777777" w:rsidR="0024584D" w:rsidRDefault="0FB74D2E" w:rsidP="001D35E9">
            <w:pPr>
              <w:pStyle w:val="ListParagraph"/>
              <w:numPr>
                <w:ilvl w:val="0"/>
                <w:numId w:val="12"/>
              </w:numPr>
              <w:rPr>
                <w:lang w:val="en-GB"/>
              </w:rPr>
            </w:pPr>
            <w:r w:rsidRPr="4E08A087">
              <w:rPr>
                <w:lang w:val="en-GB"/>
              </w:rPr>
              <w:t>Natural Numbers, Integers, and Rational Numbers </w:t>
            </w:r>
            <w:r w:rsidR="53289798" w:rsidRPr="4E08A087">
              <w:rPr>
                <w:lang w:val="en-GB"/>
              </w:rPr>
              <w:t xml:space="preserve"> </w:t>
            </w:r>
          </w:p>
          <w:p w14:paraId="2DD3EAEF" w14:textId="6E9B35B4" w:rsidR="00792AF1" w:rsidRPr="0024584D" w:rsidRDefault="0FB74D2E" w:rsidP="001D35E9">
            <w:pPr>
              <w:pStyle w:val="ListParagraph"/>
              <w:numPr>
                <w:ilvl w:val="0"/>
                <w:numId w:val="12"/>
              </w:numPr>
              <w:rPr>
                <w:lang w:val="en-GB"/>
              </w:rPr>
            </w:pPr>
            <w:r w:rsidRPr="4E08A087">
              <w:rPr>
                <w:lang w:val="en-GB"/>
              </w:rPr>
              <w:t>Why Number Representation is Crucial in Computing</w:t>
            </w:r>
          </w:p>
        </w:tc>
        <w:tc>
          <w:tcPr>
            <w:tcW w:w="2085" w:type="dxa"/>
          </w:tcPr>
          <w:p w14:paraId="35E8B162" w14:textId="2E53E3CE" w:rsidR="00792AF1" w:rsidRDefault="0254C29F" w:rsidP="4E08A087">
            <w:pPr>
              <w:jc w:val="center"/>
            </w:pPr>
            <w:r w:rsidRPr="47FFCE6D">
              <w:t>6-9</w:t>
            </w:r>
          </w:p>
        </w:tc>
      </w:tr>
      <w:tr w:rsidR="00792AF1" w14:paraId="6B305FD3" w14:textId="77777777" w:rsidTr="47FFCE6D">
        <w:tc>
          <w:tcPr>
            <w:tcW w:w="6771" w:type="dxa"/>
          </w:tcPr>
          <w:p w14:paraId="153968EF" w14:textId="77777777" w:rsidR="00792AF1" w:rsidRDefault="31DB01DE" w:rsidP="4E08A087">
            <w:r w:rsidRPr="4E08A087">
              <w:t>4. Binary and Hexadecimal Number Systems</w:t>
            </w:r>
          </w:p>
          <w:p w14:paraId="529D00F8" w14:textId="77777777" w:rsidR="00B50295" w:rsidRDefault="5ED48A79" w:rsidP="001D35E9">
            <w:pPr>
              <w:pStyle w:val="ListParagraph"/>
              <w:numPr>
                <w:ilvl w:val="0"/>
                <w:numId w:val="10"/>
              </w:numPr>
              <w:rPr>
                <w:lang w:val="en-GB"/>
              </w:rPr>
            </w:pPr>
            <w:r w:rsidRPr="4E08A087">
              <w:rPr>
                <w:lang w:val="en-GB"/>
              </w:rPr>
              <w:t>Introduction to Binary (Base-2) and Its Role in Computing  </w:t>
            </w:r>
            <w:r w:rsidR="4678FAED" w:rsidRPr="4E08A087">
              <w:rPr>
                <w:lang w:val="en-GB"/>
              </w:rPr>
              <w:t xml:space="preserve">   </w:t>
            </w:r>
          </w:p>
          <w:p w14:paraId="30322C91" w14:textId="77777777" w:rsidR="00B50295" w:rsidRDefault="5ED48A79" w:rsidP="001D35E9">
            <w:pPr>
              <w:pStyle w:val="ListParagraph"/>
              <w:numPr>
                <w:ilvl w:val="0"/>
                <w:numId w:val="10"/>
              </w:numPr>
              <w:rPr>
                <w:lang w:val="en-GB"/>
              </w:rPr>
            </w:pPr>
            <w:r w:rsidRPr="4E08A087">
              <w:rPr>
                <w:lang w:val="en-GB"/>
              </w:rPr>
              <w:t>Understanding Hexadecimal (Base-16) and Its Applications  </w:t>
            </w:r>
            <w:r w:rsidR="4678FAED" w:rsidRPr="4E08A087">
              <w:rPr>
                <w:lang w:val="en-GB"/>
              </w:rPr>
              <w:t xml:space="preserve">    </w:t>
            </w:r>
          </w:p>
          <w:p w14:paraId="55A864F0" w14:textId="723B7D9B" w:rsidR="00792AF1" w:rsidRPr="0024584D" w:rsidRDefault="5ED48A79" w:rsidP="001D35E9">
            <w:pPr>
              <w:pStyle w:val="ListParagraph"/>
              <w:numPr>
                <w:ilvl w:val="0"/>
                <w:numId w:val="10"/>
              </w:numPr>
              <w:rPr>
                <w:lang w:val="en-GB"/>
              </w:rPr>
            </w:pPr>
            <w:r w:rsidRPr="4E08A087">
              <w:rPr>
                <w:lang w:val="en-GB"/>
              </w:rPr>
              <w:t xml:space="preserve">Converting Between Decimal, Binary, and Hexadecimal  </w:t>
            </w:r>
          </w:p>
        </w:tc>
        <w:tc>
          <w:tcPr>
            <w:tcW w:w="2085" w:type="dxa"/>
          </w:tcPr>
          <w:p w14:paraId="38352DF2" w14:textId="07FF53BA" w:rsidR="00792AF1" w:rsidRDefault="7332EEEB" w:rsidP="4E08A087">
            <w:pPr>
              <w:jc w:val="center"/>
            </w:pPr>
            <w:r w:rsidRPr="47FFCE6D">
              <w:t>10-14</w:t>
            </w:r>
          </w:p>
        </w:tc>
      </w:tr>
      <w:tr w:rsidR="00792AF1" w14:paraId="4CAD615F" w14:textId="77777777" w:rsidTr="47FFCE6D">
        <w:tc>
          <w:tcPr>
            <w:tcW w:w="6771" w:type="dxa"/>
          </w:tcPr>
          <w:p w14:paraId="5A858D99" w14:textId="77777777" w:rsidR="00493F8F" w:rsidRDefault="191554DB" w:rsidP="4E08A087">
            <w:r w:rsidRPr="4E08A087">
              <w:t>5. Power Notation and Its Computational Use</w:t>
            </w:r>
          </w:p>
          <w:p w14:paraId="0D2AEA45" w14:textId="77777777" w:rsidR="008A636F" w:rsidRPr="008A636F" w:rsidRDefault="5ED48A79" w:rsidP="001D35E9">
            <w:pPr>
              <w:pStyle w:val="ListParagraph"/>
              <w:numPr>
                <w:ilvl w:val="0"/>
                <w:numId w:val="9"/>
              </w:numPr>
              <w:rPr>
                <w:lang w:val="en-GB"/>
              </w:rPr>
            </w:pPr>
            <w:r w:rsidRPr="4E08A087">
              <w:rPr>
                <w:lang w:val="en-GB"/>
              </w:rPr>
              <w:t>Definition and Purpose of Power Notation</w:t>
            </w:r>
          </w:p>
          <w:p w14:paraId="777618ED" w14:textId="77777777" w:rsidR="008A636F" w:rsidRPr="008A636F" w:rsidRDefault="5ED48A79" w:rsidP="001D35E9">
            <w:pPr>
              <w:pStyle w:val="ListParagraph"/>
              <w:numPr>
                <w:ilvl w:val="0"/>
                <w:numId w:val="9"/>
              </w:numPr>
              <w:rPr>
                <w:lang w:val="en-GB"/>
              </w:rPr>
            </w:pPr>
            <w:r w:rsidRPr="4E08A087">
              <w:rPr>
                <w:lang w:val="en-GB"/>
              </w:rPr>
              <w:t>Writing Numbers in Power Notation Including Powers of Two  </w:t>
            </w:r>
            <w:r w:rsidR="28861EC6" w:rsidRPr="4E08A087">
              <w:rPr>
                <w:lang w:val="en-GB"/>
              </w:rPr>
              <w:t xml:space="preserve"> </w:t>
            </w:r>
          </w:p>
          <w:p w14:paraId="58394756" w14:textId="4269FF5B" w:rsidR="00792AF1" w:rsidRPr="008A636F" w:rsidRDefault="5ED48A79" w:rsidP="001D35E9">
            <w:pPr>
              <w:pStyle w:val="ListParagraph"/>
              <w:numPr>
                <w:ilvl w:val="0"/>
                <w:numId w:val="9"/>
              </w:numPr>
              <w:rPr>
                <w:lang w:val="en-GB"/>
              </w:rPr>
            </w:pPr>
            <w:r w:rsidRPr="4E08A087">
              <w:rPr>
                <w:lang w:val="en-GB"/>
              </w:rPr>
              <w:t>Applications in Memory Storage, Processing, and Data Representation  </w:t>
            </w:r>
          </w:p>
        </w:tc>
        <w:tc>
          <w:tcPr>
            <w:tcW w:w="2085" w:type="dxa"/>
          </w:tcPr>
          <w:p w14:paraId="287286E2" w14:textId="21DE73B3" w:rsidR="00792AF1" w:rsidRDefault="72BDB22D" w:rsidP="4E08A087">
            <w:pPr>
              <w:jc w:val="center"/>
            </w:pPr>
            <w:r w:rsidRPr="47FFCE6D">
              <w:t>15-16</w:t>
            </w:r>
          </w:p>
        </w:tc>
      </w:tr>
      <w:tr w:rsidR="00792AF1" w14:paraId="056D4CC7" w14:textId="77777777" w:rsidTr="47FFCE6D">
        <w:tc>
          <w:tcPr>
            <w:tcW w:w="6771" w:type="dxa"/>
          </w:tcPr>
          <w:p w14:paraId="514EBACA" w14:textId="77777777" w:rsidR="008A636F" w:rsidRDefault="28861EC6" w:rsidP="4E08A087">
            <w:r w:rsidRPr="4E08A087">
              <w:t>6. Rounding Errors in Computational Calculations</w:t>
            </w:r>
          </w:p>
          <w:p w14:paraId="5460A708" w14:textId="77777777" w:rsidR="008A636F" w:rsidRDefault="28861EC6" w:rsidP="001D35E9">
            <w:pPr>
              <w:pStyle w:val="ListParagraph"/>
              <w:numPr>
                <w:ilvl w:val="0"/>
                <w:numId w:val="8"/>
              </w:numPr>
              <w:spacing w:after="160" w:line="278" w:lineRule="auto"/>
            </w:pPr>
            <w:r w:rsidRPr="4E08A087">
              <w:t>What Are Rounding Errors and Why Do They Occur?</w:t>
            </w:r>
          </w:p>
          <w:p w14:paraId="1AF4BAF8" w14:textId="77777777" w:rsidR="008A636F" w:rsidRDefault="28861EC6" w:rsidP="001D35E9">
            <w:pPr>
              <w:pStyle w:val="ListParagraph"/>
              <w:numPr>
                <w:ilvl w:val="0"/>
                <w:numId w:val="8"/>
              </w:numPr>
              <w:spacing w:after="160" w:line="278" w:lineRule="auto"/>
            </w:pPr>
            <w:r w:rsidRPr="4E08A087">
              <w:t>Impact of Rounding Errors on Data Accuracy</w:t>
            </w:r>
          </w:p>
          <w:p w14:paraId="3E4B3857" w14:textId="3A143E69" w:rsidR="00792AF1" w:rsidRDefault="28861EC6" w:rsidP="001D35E9">
            <w:pPr>
              <w:pStyle w:val="ListParagraph"/>
              <w:numPr>
                <w:ilvl w:val="0"/>
                <w:numId w:val="8"/>
              </w:numPr>
              <w:spacing w:after="160" w:line="278" w:lineRule="auto"/>
            </w:pPr>
            <w:r w:rsidRPr="4E08A087">
              <w:t>Methods for Identifying and Reducing Rounding Errors </w:t>
            </w:r>
          </w:p>
        </w:tc>
        <w:tc>
          <w:tcPr>
            <w:tcW w:w="2085" w:type="dxa"/>
          </w:tcPr>
          <w:p w14:paraId="66BD40D6" w14:textId="38D35DC9" w:rsidR="00792AF1" w:rsidRDefault="6D8F22AA" w:rsidP="4E08A087">
            <w:pPr>
              <w:jc w:val="center"/>
            </w:pPr>
            <w:r w:rsidRPr="47FFCE6D">
              <w:t>17-18</w:t>
            </w:r>
          </w:p>
        </w:tc>
      </w:tr>
      <w:tr w:rsidR="00792AF1" w14:paraId="5AB5492E" w14:textId="77777777" w:rsidTr="47FFCE6D">
        <w:tc>
          <w:tcPr>
            <w:tcW w:w="6771" w:type="dxa"/>
          </w:tcPr>
          <w:p w14:paraId="78A29C15" w14:textId="77777777" w:rsidR="0024584D" w:rsidRDefault="53289798" w:rsidP="4E08A087">
            <w:r w:rsidRPr="4E08A087">
              <w:t>7. 6-Bit Binary Representation</w:t>
            </w:r>
          </w:p>
          <w:p w14:paraId="114AD548" w14:textId="77777777" w:rsidR="0024584D" w:rsidRDefault="53289798" w:rsidP="001D35E9">
            <w:pPr>
              <w:pStyle w:val="ListParagraph"/>
              <w:numPr>
                <w:ilvl w:val="0"/>
                <w:numId w:val="11"/>
              </w:numPr>
              <w:spacing w:after="160" w:line="278" w:lineRule="auto"/>
            </w:pPr>
            <w:r w:rsidRPr="4E08A087">
              <w:t xml:space="preserve">Understanding Unsigned and Signed Binary Representations   </w:t>
            </w:r>
          </w:p>
          <w:p w14:paraId="7EE4E42C" w14:textId="77777777" w:rsidR="0024584D" w:rsidRDefault="53289798" w:rsidP="001D35E9">
            <w:pPr>
              <w:pStyle w:val="ListParagraph"/>
              <w:numPr>
                <w:ilvl w:val="0"/>
                <w:numId w:val="11"/>
              </w:numPr>
              <w:spacing w:after="160" w:line="278" w:lineRule="auto"/>
            </w:pPr>
            <w:proofErr w:type="gramStart"/>
            <w:r w:rsidRPr="4E08A087">
              <w:t>Two’s Complement</w:t>
            </w:r>
            <w:proofErr w:type="gramEnd"/>
            <w:r w:rsidRPr="4E08A087">
              <w:t xml:space="preserve"> for Negative Numbers   </w:t>
            </w:r>
          </w:p>
          <w:p w14:paraId="2CBC6DB0" w14:textId="7D4A815A" w:rsidR="00792AF1" w:rsidRDefault="53289798" w:rsidP="001D35E9">
            <w:pPr>
              <w:pStyle w:val="ListParagraph"/>
              <w:numPr>
                <w:ilvl w:val="0"/>
                <w:numId w:val="11"/>
              </w:numPr>
              <w:spacing w:after="160" w:line="278" w:lineRule="auto"/>
            </w:pPr>
            <w:r w:rsidRPr="4E08A087">
              <w:t>Examples and Practical Applications </w:t>
            </w:r>
          </w:p>
        </w:tc>
        <w:tc>
          <w:tcPr>
            <w:tcW w:w="2085" w:type="dxa"/>
          </w:tcPr>
          <w:p w14:paraId="53C8D58C" w14:textId="303B8041" w:rsidR="00792AF1" w:rsidRDefault="7298EA30" w:rsidP="4E08A087">
            <w:pPr>
              <w:jc w:val="center"/>
            </w:pPr>
            <w:r w:rsidRPr="47FFCE6D">
              <w:t>19</w:t>
            </w:r>
          </w:p>
        </w:tc>
      </w:tr>
      <w:tr w:rsidR="00792AF1" w14:paraId="40E4DA9A" w14:textId="77777777" w:rsidTr="47FFCE6D">
        <w:tc>
          <w:tcPr>
            <w:tcW w:w="6771" w:type="dxa"/>
          </w:tcPr>
          <w:p w14:paraId="5942B463" w14:textId="6585C14E" w:rsidR="000D3C00" w:rsidRDefault="40655682" w:rsidP="4E08A087">
            <w:r w:rsidRPr="4E08A087">
              <w:t xml:space="preserve">8. </w:t>
            </w:r>
            <w:r w:rsidR="3F23DAB3" w:rsidRPr="4E08A087">
              <w:t>Converting Between Number Systems</w:t>
            </w:r>
          </w:p>
          <w:p w14:paraId="6F0F2509" w14:textId="77777777" w:rsidR="000D3C00" w:rsidRDefault="40655682" w:rsidP="001D35E9">
            <w:pPr>
              <w:pStyle w:val="ListParagraph"/>
              <w:numPr>
                <w:ilvl w:val="0"/>
                <w:numId w:val="16"/>
              </w:numPr>
              <w:spacing w:after="160" w:line="278" w:lineRule="auto"/>
            </w:pPr>
            <w:r w:rsidRPr="4E08A087">
              <w:t>Decimal to Binary Conversion (Step-by-Step) </w:t>
            </w:r>
          </w:p>
          <w:p w14:paraId="330CB9C4" w14:textId="77777777" w:rsidR="000D3C00" w:rsidRDefault="40655682" w:rsidP="001D35E9">
            <w:pPr>
              <w:pStyle w:val="ListParagraph"/>
              <w:numPr>
                <w:ilvl w:val="0"/>
                <w:numId w:val="16"/>
              </w:numPr>
              <w:spacing w:after="160" w:line="278" w:lineRule="auto"/>
            </w:pPr>
            <w:r w:rsidRPr="4E08A087">
              <w:t xml:space="preserve">Binary to Decimal Conversion  </w:t>
            </w:r>
          </w:p>
          <w:p w14:paraId="0A3F5279" w14:textId="77777777" w:rsidR="000D3C00" w:rsidRDefault="40655682" w:rsidP="001D35E9">
            <w:pPr>
              <w:pStyle w:val="ListParagraph"/>
              <w:numPr>
                <w:ilvl w:val="0"/>
                <w:numId w:val="16"/>
              </w:numPr>
              <w:spacing w:after="160" w:line="278" w:lineRule="auto"/>
            </w:pPr>
            <w:r w:rsidRPr="4E08A087">
              <w:t xml:space="preserve">Decimal to Hexadecimal Conversion  </w:t>
            </w:r>
          </w:p>
          <w:p w14:paraId="48A37DF1" w14:textId="0F552A30" w:rsidR="00792AF1" w:rsidRDefault="04AD4648" w:rsidP="001D35E9">
            <w:pPr>
              <w:pStyle w:val="ListParagraph"/>
              <w:numPr>
                <w:ilvl w:val="0"/>
                <w:numId w:val="16"/>
              </w:numPr>
              <w:spacing w:after="160" w:line="278" w:lineRule="auto"/>
            </w:pPr>
            <w:r w:rsidRPr="47FFCE6D">
              <w:t>Binary to Hexadecimal Conversion </w:t>
            </w:r>
          </w:p>
        </w:tc>
        <w:tc>
          <w:tcPr>
            <w:tcW w:w="2085" w:type="dxa"/>
          </w:tcPr>
          <w:p w14:paraId="43236BA1" w14:textId="39D8C346" w:rsidR="00792AF1" w:rsidRDefault="027B0033" w:rsidP="4E08A087">
            <w:pPr>
              <w:jc w:val="center"/>
            </w:pPr>
            <w:r w:rsidRPr="47FFCE6D">
              <w:t>20-22</w:t>
            </w:r>
          </w:p>
        </w:tc>
      </w:tr>
      <w:tr w:rsidR="00A57483" w14:paraId="70D235A6" w14:textId="77777777" w:rsidTr="47FFCE6D">
        <w:tc>
          <w:tcPr>
            <w:tcW w:w="6771" w:type="dxa"/>
          </w:tcPr>
          <w:p w14:paraId="5ADE1B00" w14:textId="071EF5B1" w:rsidR="00A57483" w:rsidRPr="00A57483" w:rsidRDefault="762F56EE" w:rsidP="001D35E9">
            <w:pPr>
              <w:numPr>
                <w:ilvl w:val="0"/>
                <w:numId w:val="17"/>
              </w:numPr>
              <w:spacing w:after="160" w:line="278" w:lineRule="auto"/>
            </w:pPr>
            <w:r w:rsidRPr="4E08A087">
              <w:t>Practice Questions &amp; Solutions  </w:t>
            </w:r>
          </w:p>
          <w:p w14:paraId="4B613F31" w14:textId="77777777" w:rsidR="00E20F65" w:rsidRDefault="762F56EE" w:rsidP="001D35E9">
            <w:pPr>
              <w:pStyle w:val="ListParagraph"/>
              <w:numPr>
                <w:ilvl w:val="0"/>
                <w:numId w:val="18"/>
              </w:numPr>
              <w:spacing w:after="160" w:line="278" w:lineRule="auto"/>
            </w:pPr>
            <w:r w:rsidRPr="4E08A087">
              <w:lastRenderedPageBreak/>
              <w:t>Writing Numbers in Power Notation </w:t>
            </w:r>
            <w:r w:rsidR="54255145" w:rsidRPr="4E08A087">
              <w:t xml:space="preserve">       </w:t>
            </w:r>
          </w:p>
          <w:p w14:paraId="6F0E6D2F" w14:textId="77777777" w:rsidR="00E20F65" w:rsidRDefault="762F56EE" w:rsidP="001D35E9">
            <w:pPr>
              <w:pStyle w:val="ListParagraph"/>
              <w:numPr>
                <w:ilvl w:val="0"/>
                <w:numId w:val="18"/>
              </w:numPr>
              <w:spacing w:after="160" w:line="278" w:lineRule="auto"/>
            </w:pPr>
            <w:r w:rsidRPr="4E08A087">
              <w:t>Binary, Decimal, and Hexadecimal Conversions </w:t>
            </w:r>
            <w:r w:rsidR="7ADD194E" w:rsidRPr="4E08A087">
              <w:t xml:space="preserve"> </w:t>
            </w:r>
            <w:r w:rsidR="54255145" w:rsidRPr="4E08A087">
              <w:t xml:space="preserve">         </w:t>
            </w:r>
          </w:p>
          <w:p w14:paraId="14F69EC1" w14:textId="77777777" w:rsidR="00E20F65" w:rsidRDefault="762F56EE" w:rsidP="001D35E9">
            <w:pPr>
              <w:pStyle w:val="ListParagraph"/>
              <w:numPr>
                <w:ilvl w:val="0"/>
                <w:numId w:val="18"/>
              </w:numPr>
              <w:spacing w:after="160" w:line="278" w:lineRule="auto"/>
            </w:pPr>
            <w:r w:rsidRPr="4E08A087">
              <w:t>Identifying and Fixing Rounding Errors </w:t>
            </w:r>
            <w:r w:rsidR="54255145" w:rsidRPr="4E08A087">
              <w:t xml:space="preserve">      </w:t>
            </w:r>
          </w:p>
          <w:p w14:paraId="7FF450CB" w14:textId="177F97FE" w:rsidR="00A57483" w:rsidRPr="00A53420" w:rsidRDefault="762F56EE" w:rsidP="001D35E9">
            <w:pPr>
              <w:pStyle w:val="ListParagraph"/>
              <w:numPr>
                <w:ilvl w:val="0"/>
                <w:numId w:val="18"/>
              </w:numPr>
              <w:spacing w:after="160" w:line="278" w:lineRule="auto"/>
            </w:pPr>
            <w:r w:rsidRPr="4E08A087">
              <w:t>Applying Two’s Complement for Negative Numbers </w:t>
            </w:r>
          </w:p>
          <w:p w14:paraId="0EF8A9E7" w14:textId="5ACC6611" w:rsidR="00A57483" w:rsidRDefault="762F56EE" w:rsidP="4E08A087">
            <w:r w:rsidRPr="4E08A087">
              <w:t> </w:t>
            </w:r>
          </w:p>
        </w:tc>
        <w:tc>
          <w:tcPr>
            <w:tcW w:w="2085" w:type="dxa"/>
          </w:tcPr>
          <w:p w14:paraId="749AC706" w14:textId="5488EEB2" w:rsidR="00A57483" w:rsidRDefault="115401C4" w:rsidP="4E08A087">
            <w:pPr>
              <w:jc w:val="center"/>
            </w:pPr>
            <w:r w:rsidRPr="47FFCE6D">
              <w:lastRenderedPageBreak/>
              <w:t>23-28</w:t>
            </w:r>
          </w:p>
        </w:tc>
      </w:tr>
      <w:tr w:rsidR="00A57483" w14:paraId="43A2991F" w14:textId="77777777" w:rsidTr="47FFCE6D">
        <w:tc>
          <w:tcPr>
            <w:tcW w:w="6771" w:type="dxa"/>
          </w:tcPr>
          <w:p w14:paraId="3AB7979E" w14:textId="2AC95C86" w:rsidR="004264A8" w:rsidRDefault="602D239C" w:rsidP="4E08A087">
            <w:r w:rsidRPr="4E08A087">
              <w:t>10</w:t>
            </w:r>
            <w:r w:rsidR="19117D23" w:rsidRPr="4E08A087">
              <w:t>. Glossary</w:t>
            </w:r>
          </w:p>
          <w:p w14:paraId="23D016FC" w14:textId="77777777" w:rsidR="004264A8" w:rsidRPr="00A53420" w:rsidRDefault="19117D23" w:rsidP="001D35E9">
            <w:pPr>
              <w:pStyle w:val="ListParagraph"/>
              <w:numPr>
                <w:ilvl w:val="0"/>
                <w:numId w:val="19"/>
              </w:numPr>
            </w:pPr>
            <w:r w:rsidRPr="4E08A087">
              <w:t>Definitions of Important Computational Concepts </w:t>
            </w:r>
          </w:p>
          <w:p w14:paraId="371354EA" w14:textId="77777777" w:rsidR="00A57483" w:rsidRDefault="00A57483" w:rsidP="4E08A087"/>
        </w:tc>
        <w:tc>
          <w:tcPr>
            <w:tcW w:w="2085" w:type="dxa"/>
          </w:tcPr>
          <w:p w14:paraId="7BAD54FE" w14:textId="3A71E531" w:rsidR="00A57483" w:rsidRDefault="11B3A8E2" w:rsidP="4E08A087">
            <w:pPr>
              <w:jc w:val="center"/>
            </w:pPr>
            <w:r w:rsidRPr="47FFCE6D">
              <w:t>29-30</w:t>
            </w:r>
          </w:p>
        </w:tc>
      </w:tr>
      <w:tr w:rsidR="00E20F65" w14:paraId="08C1ECC2" w14:textId="77777777" w:rsidTr="47FFCE6D">
        <w:tc>
          <w:tcPr>
            <w:tcW w:w="6771" w:type="dxa"/>
          </w:tcPr>
          <w:p w14:paraId="19DE8A07" w14:textId="3A995E38" w:rsidR="00430E61" w:rsidRDefault="4AD71FB7" w:rsidP="4E08A087">
            <w:r w:rsidRPr="4E08A087">
              <w:t>1</w:t>
            </w:r>
            <w:r w:rsidR="602D239C" w:rsidRPr="4E08A087">
              <w:t>1</w:t>
            </w:r>
            <w:r w:rsidRPr="4E08A087">
              <w:t>. Conclusion</w:t>
            </w:r>
          </w:p>
          <w:p w14:paraId="4420DC8D" w14:textId="77777777" w:rsidR="009A6BFA" w:rsidRPr="00A53420" w:rsidRDefault="602D239C" w:rsidP="001D35E9">
            <w:pPr>
              <w:pStyle w:val="ListParagraph"/>
              <w:numPr>
                <w:ilvl w:val="0"/>
                <w:numId w:val="19"/>
              </w:numPr>
            </w:pPr>
            <w:r w:rsidRPr="4E08A087">
              <w:t>Key Takeaways from the Booklet </w:t>
            </w:r>
          </w:p>
          <w:p w14:paraId="3BB9E39E" w14:textId="77777777" w:rsidR="009A6BFA" w:rsidRPr="00A53420" w:rsidRDefault="602D239C" w:rsidP="001D35E9">
            <w:pPr>
              <w:pStyle w:val="ListParagraph"/>
              <w:numPr>
                <w:ilvl w:val="0"/>
                <w:numId w:val="19"/>
              </w:numPr>
            </w:pPr>
            <w:r w:rsidRPr="4E08A087">
              <w:t>The Importance of Computational Thinking in IT Careers </w:t>
            </w:r>
          </w:p>
          <w:p w14:paraId="4344555A" w14:textId="77777777" w:rsidR="00E20F65" w:rsidRDefault="00E20F65" w:rsidP="4E08A087"/>
        </w:tc>
        <w:tc>
          <w:tcPr>
            <w:tcW w:w="2085" w:type="dxa"/>
          </w:tcPr>
          <w:p w14:paraId="2F8B2973" w14:textId="2F62CD59" w:rsidR="00E20F65" w:rsidRDefault="0BEE41DD" w:rsidP="4E08A087">
            <w:pPr>
              <w:jc w:val="center"/>
            </w:pPr>
            <w:r w:rsidRPr="47FFCE6D">
              <w:t>31-32</w:t>
            </w:r>
          </w:p>
        </w:tc>
      </w:tr>
      <w:tr w:rsidR="47FFCE6D" w14:paraId="5EBC074A" w14:textId="77777777" w:rsidTr="47FFCE6D">
        <w:trPr>
          <w:trHeight w:val="300"/>
        </w:trPr>
        <w:tc>
          <w:tcPr>
            <w:tcW w:w="6771" w:type="dxa"/>
          </w:tcPr>
          <w:p w14:paraId="611A183F" w14:textId="4954E418" w:rsidR="0BEE41DD" w:rsidRDefault="0BEE41DD" w:rsidP="47FFCE6D">
            <w:r w:rsidRPr="47FFCE6D">
              <w:t xml:space="preserve">12. Reference </w:t>
            </w:r>
          </w:p>
          <w:p w14:paraId="5EC6D3F3" w14:textId="0C3E3AB5" w:rsidR="47FFCE6D" w:rsidRDefault="47FFCE6D" w:rsidP="47FFCE6D"/>
        </w:tc>
        <w:tc>
          <w:tcPr>
            <w:tcW w:w="2085" w:type="dxa"/>
          </w:tcPr>
          <w:p w14:paraId="09E2F2A8" w14:textId="0AE696E2" w:rsidR="0BEE41DD" w:rsidRDefault="0BEE41DD" w:rsidP="47FFCE6D">
            <w:pPr>
              <w:jc w:val="center"/>
            </w:pPr>
            <w:r w:rsidRPr="47FFCE6D">
              <w:t>33</w:t>
            </w:r>
          </w:p>
        </w:tc>
      </w:tr>
    </w:tbl>
    <w:p w14:paraId="63B0F5EB" w14:textId="77777777" w:rsidR="009A6BFA" w:rsidRDefault="009A6BFA" w:rsidP="4E08A087">
      <w:pPr>
        <w:rPr>
          <w:b/>
          <w:bCs/>
        </w:rPr>
      </w:pPr>
    </w:p>
    <w:p w14:paraId="5EBBEC37" w14:textId="77777777" w:rsidR="008A1023" w:rsidRDefault="008A1023" w:rsidP="4E08A087">
      <w:pPr>
        <w:rPr>
          <w:b/>
          <w:bCs/>
        </w:rPr>
      </w:pPr>
    </w:p>
    <w:p w14:paraId="474422BC" w14:textId="77777777" w:rsidR="008A1023" w:rsidRDefault="008A1023" w:rsidP="4E08A087">
      <w:pPr>
        <w:rPr>
          <w:b/>
          <w:bCs/>
        </w:rPr>
      </w:pPr>
    </w:p>
    <w:p w14:paraId="3072E502" w14:textId="77777777" w:rsidR="008A1023" w:rsidRDefault="008A1023" w:rsidP="4E08A087">
      <w:pPr>
        <w:rPr>
          <w:b/>
          <w:bCs/>
        </w:rPr>
      </w:pPr>
    </w:p>
    <w:p w14:paraId="18280621" w14:textId="77777777" w:rsidR="008A1023" w:rsidRDefault="008A1023" w:rsidP="4E08A087">
      <w:pPr>
        <w:rPr>
          <w:b/>
          <w:bCs/>
        </w:rPr>
      </w:pPr>
    </w:p>
    <w:p w14:paraId="1010A92D" w14:textId="77777777" w:rsidR="008A1023" w:rsidRDefault="008A1023" w:rsidP="4E08A087">
      <w:pPr>
        <w:rPr>
          <w:b/>
          <w:bCs/>
        </w:rPr>
      </w:pPr>
    </w:p>
    <w:p w14:paraId="579F4E82" w14:textId="77777777" w:rsidR="008A1023" w:rsidRDefault="008A1023" w:rsidP="4E08A087">
      <w:pPr>
        <w:rPr>
          <w:b/>
          <w:bCs/>
        </w:rPr>
      </w:pPr>
    </w:p>
    <w:p w14:paraId="6052579A" w14:textId="77777777" w:rsidR="008A1023" w:rsidRDefault="008A1023" w:rsidP="4E08A087">
      <w:pPr>
        <w:rPr>
          <w:b/>
          <w:bCs/>
        </w:rPr>
      </w:pPr>
    </w:p>
    <w:p w14:paraId="20921555" w14:textId="77777777" w:rsidR="008A1023" w:rsidRDefault="008A1023" w:rsidP="4E08A087">
      <w:pPr>
        <w:rPr>
          <w:b/>
          <w:bCs/>
        </w:rPr>
      </w:pPr>
    </w:p>
    <w:p w14:paraId="524B14CC" w14:textId="77777777" w:rsidR="008A1023" w:rsidRDefault="008A1023" w:rsidP="4E08A087">
      <w:pPr>
        <w:rPr>
          <w:b/>
          <w:bCs/>
        </w:rPr>
      </w:pPr>
    </w:p>
    <w:p w14:paraId="63F9FEA7" w14:textId="77777777" w:rsidR="008A1023" w:rsidRDefault="008A1023" w:rsidP="4E08A087">
      <w:pPr>
        <w:rPr>
          <w:b/>
          <w:bCs/>
        </w:rPr>
      </w:pPr>
    </w:p>
    <w:p w14:paraId="2B8BFCE5" w14:textId="77777777" w:rsidR="008A1023" w:rsidRDefault="008A1023" w:rsidP="4E08A087">
      <w:pPr>
        <w:rPr>
          <w:b/>
          <w:bCs/>
        </w:rPr>
      </w:pPr>
    </w:p>
    <w:p w14:paraId="09E93B2F" w14:textId="77777777" w:rsidR="008A1023" w:rsidRDefault="008A1023" w:rsidP="4E08A087">
      <w:pPr>
        <w:rPr>
          <w:b/>
          <w:bCs/>
        </w:rPr>
      </w:pPr>
    </w:p>
    <w:p w14:paraId="5F1EB5A6" w14:textId="77777777" w:rsidR="008A1023" w:rsidRDefault="008A1023" w:rsidP="4E08A087">
      <w:pPr>
        <w:rPr>
          <w:b/>
          <w:bCs/>
        </w:rPr>
      </w:pPr>
    </w:p>
    <w:p w14:paraId="02D4A087" w14:textId="77777777" w:rsidR="008A1023" w:rsidRDefault="008A1023" w:rsidP="4E08A087">
      <w:pPr>
        <w:rPr>
          <w:b/>
          <w:bCs/>
        </w:rPr>
      </w:pPr>
    </w:p>
    <w:p w14:paraId="3F6C4C2A" w14:textId="77777777" w:rsidR="008A1023" w:rsidRDefault="008A1023" w:rsidP="4E08A087">
      <w:pPr>
        <w:rPr>
          <w:b/>
          <w:bCs/>
        </w:rPr>
      </w:pPr>
    </w:p>
    <w:p w14:paraId="20EA6B7A" w14:textId="61BE7C3C" w:rsidR="00DD41B1" w:rsidRDefault="1484F464" w:rsidP="4E08A087">
      <w:pPr>
        <w:pStyle w:val="Heading1"/>
        <w:rPr>
          <w:sz w:val="22"/>
          <w:szCs w:val="22"/>
        </w:rPr>
      </w:pPr>
      <w:r w:rsidRPr="4E08A087">
        <w:rPr>
          <w:sz w:val="22"/>
          <w:szCs w:val="22"/>
        </w:rPr>
        <w:lastRenderedPageBreak/>
        <w:t>1. Introduction</w:t>
      </w:r>
    </w:p>
    <w:p w14:paraId="18B0F494" w14:textId="77777777" w:rsidR="00C657E3" w:rsidRPr="00C657E3" w:rsidRDefault="00874857" w:rsidP="001D35E9">
      <w:pPr>
        <w:numPr>
          <w:ilvl w:val="0"/>
          <w:numId w:val="15"/>
        </w:numPr>
        <w:rPr>
          <w:lang w:val="en-GB"/>
        </w:rPr>
      </w:pPr>
      <w:r>
        <w:br/>
      </w:r>
      <w:r w:rsidR="17C672B9" w:rsidRPr="4E08A087">
        <w:rPr>
          <w:lang w:val="en-GB"/>
        </w:rPr>
        <w:t>This induction booklet has been created as part of a work experience programme in a technology company. The booklet is designed for students aged 14 to 15 who are new to computing. Its purpose is to introduce learners to computational thinking and explain how calculations are used in computing to solve problems.</w:t>
      </w:r>
    </w:p>
    <w:p w14:paraId="63D6C7B3" w14:textId="5FA49F7E" w:rsidR="00497138" w:rsidRPr="00497138" w:rsidRDefault="17C672B9" w:rsidP="001D35E9">
      <w:pPr>
        <w:numPr>
          <w:ilvl w:val="0"/>
          <w:numId w:val="15"/>
        </w:numPr>
        <w:rPr>
          <w:b/>
          <w:bCs/>
          <w:lang w:val="en-GB"/>
        </w:rPr>
      </w:pPr>
      <w:r w:rsidRPr="4E08A087">
        <w:rPr>
          <w:lang w:val="en-GB"/>
        </w:rPr>
        <w:t>The booklet explains key ideas in a simple way so that new learners can understand how computers use numbers, logic, and step-by-step processes to complete tasks in real life.</w:t>
      </w:r>
    </w:p>
    <w:p w14:paraId="4F3031D2" w14:textId="77777777" w:rsidR="00497138" w:rsidRPr="00877927" w:rsidRDefault="27B8B6B7" w:rsidP="001D35E9">
      <w:pPr>
        <w:numPr>
          <w:ilvl w:val="0"/>
          <w:numId w:val="15"/>
        </w:numPr>
        <w:rPr>
          <w:b/>
          <w:bCs/>
          <w:lang w:val="en-GB"/>
        </w:rPr>
      </w:pPr>
      <w:r w:rsidRPr="4E08A087">
        <w:rPr>
          <w:b/>
          <w:bCs/>
          <w:lang w:val="en-GB"/>
        </w:rPr>
        <w:t>Overview of the Work Experience Program</w:t>
      </w:r>
    </w:p>
    <w:p w14:paraId="06F4287F" w14:textId="77777777" w:rsidR="00497138" w:rsidRPr="00497138" w:rsidRDefault="27B8B6B7" w:rsidP="001D35E9">
      <w:pPr>
        <w:numPr>
          <w:ilvl w:val="0"/>
          <w:numId w:val="15"/>
        </w:numPr>
        <w:rPr>
          <w:lang w:val="en-GB"/>
        </w:rPr>
      </w:pPr>
      <w:r w:rsidRPr="4E08A087">
        <w:rPr>
          <w:lang w:val="en-GB"/>
        </w:rPr>
        <w:t>The work experience programme gives students the opportunity to understand how an IT department operates in a professional setting. During the programme, learners are introduced to key computing concepts, problem-solving techniques, and how real-world systems are designed and maintained. It helps students develop basic technical knowledge as well as logical thinking skills that are important in the technology industry.</w:t>
      </w:r>
    </w:p>
    <w:p w14:paraId="5FC2567E" w14:textId="77777777" w:rsidR="00497138" w:rsidRPr="00877927" w:rsidRDefault="27B8B6B7" w:rsidP="001D35E9">
      <w:pPr>
        <w:numPr>
          <w:ilvl w:val="0"/>
          <w:numId w:val="15"/>
        </w:numPr>
        <w:rPr>
          <w:b/>
          <w:bCs/>
          <w:lang w:val="en-GB"/>
        </w:rPr>
      </w:pPr>
      <w:r w:rsidRPr="4E08A087">
        <w:rPr>
          <w:b/>
          <w:bCs/>
          <w:lang w:val="en-GB"/>
        </w:rPr>
        <w:t>Purpose of the Induction Booklet</w:t>
      </w:r>
    </w:p>
    <w:p w14:paraId="3D7D0F1E" w14:textId="77777777" w:rsidR="00497138" w:rsidRPr="00497138" w:rsidRDefault="27B8B6B7" w:rsidP="001D35E9">
      <w:pPr>
        <w:numPr>
          <w:ilvl w:val="0"/>
          <w:numId w:val="15"/>
        </w:numPr>
        <w:rPr>
          <w:lang w:val="en-GB"/>
        </w:rPr>
      </w:pPr>
      <w:r w:rsidRPr="4E08A087">
        <w:rPr>
          <w:lang w:val="en-GB"/>
        </w:rPr>
        <w:t>The purpose of this induction booklet is to introduce junior learners to computational thinking and explain how calculations are used in computing. It provides clear explanations of number systems, binary representation, hexadecimal numbers, power notation, and rounding errors. The booklet aims to build a strong foundation so learners can understand how computers process information and solve problems.</w:t>
      </w:r>
    </w:p>
    <w:p w14:paraId="01B9C898" w14:textId="77777777" w:rsidR="00497138" w:rsidRPr="00877927" w:rsidRDefault="27B8B6B7" w:rsidP="001D35E9">
      <w:pPr>
        <w:numPr>
          <w:ilvl w:val="0"/>
          <w:numId w:val="15"/>
        </w:numPr>
        <w:rPr>
          <w:b/>
          <w:bCs/>
          <w:lang w:val="en-GB"/>
        </w:rPr>
      </w:pPr>
      <w:r w:rsidRPr="4E08A087">
        <w:rPr>
          <w:b/>
          <w:bCs/>
          <w:lang w:val="en-GB"/>
        </w:rPr>
        <w:t>Importance of Computational Thinking in IT</w:t>
      </w:r>
    </w:p>
    <w:p w14:paraId="4F5128C3" w14:textId="77777777" w:rsidR="00497138" w:rsidRPr="00497138" w:rsidRDefault="27B8B6B7" w:rsidP="001D35E9">
      <w:pPr>
        <w:numPr>
          <w:ilvl w:val="0"/>
          <w:numId w:val="15"/>
        </w:numPr>
        <w:rPr>
          <w:lang w:val="en-GB"/>
        </w:rPr>
      </w:pPr>
      <w:r w:rsidRPr="4E08A087">
        <w:rPr>
          <w:lang w:val="en-GB"/>
        </w:rPr>
        <w:t>Computational thinking is important in IT because it helps people solve problems in a structured and logical way. In computing, problems are broken down into smaller steps, and calculations are used to find accurate solutions. Every digital system, from online shopping websites to mobile apps and banking software, depends on computational thinking to function correctly. Without it, computer systems would not be able to process data or make decisions efficiently.</w:t>
      </w:r>
    </w:p>
    <w:p w14:paraId="57A38983" w14:textId="7795ADDC" w:rsidR="00C657E3" w:rsidRPr="00C657E3" w:rsidRDefault="00C657E3" w:rsidP="4E08A087">
      <w:pPr>
        <w:rPr>
          <w:lang w:val="en-GB"/>
        </w:rPr>
      </w:pPr>
    </w:p>
    <w:p w14:paraId="5C29F625" w14:textId="37DF45D3" w:rsidR="00DD41B1" w:rsidRDefault="00874857" w:rsidP="4E08A087">
      <w:r>
        <w:br/>
      </w:r>
    </w:p>
    <w:p w14:paraId="50D4C694" w14:textId="77777777" w:rsidR="00DD41B1" w:rsidRDefault="00874857" w:rsidP="4E08A087">
      <w:r w:rsidRPr="4E08A087">
        <w:br w:type="page"/>
      </w:r>
    </w:p>
    <w:p w14:paraId="0DD2ED24" w14:textId="65BDC238" w:rsidR="00DD41B1" w:rsidRDefault="1484F464" w:rsidP="4E08A087">
      <w:pPr>
        <w:pStyle w:val="Heading1"/>
        <w:rPr>
          <w:sz w:val="22"/>
          <w:szCs w:val="22"/>
        </w:rPr>
      </w:pPr>
      <w:r w:rsidRPr="4E08A087">
        <w:rPr>
          <w:sz w:val="22"/>
          <w:szCs w:val="22"/>
        </w:rPr>
        <w:lastRenderedPageBreak/>
        <w:t>2. The Role of Computational Calculations in Problem-Solving</w:t>
      </w:r>
    </w:p>
    <w:p w14:paraId="70FEEC35" w14:textId="77777777" w:rsidR="00877927" w:rsidRPr="00877927" w:rsidRDefault="1128C3E5" w:rsidP="001D35E9">
      <w:pPr>
        <w:pStyle w:val="ListParagraph"/>
        <w:numPr>
          <w:ilvl w:val="0"/>
          <w:numId w:val="22"/>
        </w:numPr>
        <w:rPr>
          <w:b/>
          <w:bCs/>
          <w:lang w:val="en-GB"/>
        </w:rPr>
      </w:pPr>
      <w:r w:rsidRPr="4E08A087">
        <w:rPr>
          <w:b/>
          <w:bCs/>
          <w:lang w:val="en-GB"/>
        </w:rPr>
        <w:t>Why Calculations Matter in Computing</w:t>
      </w:r>
    </w:p>
    <w:p w14:paraId="4AACB28D" w14:textId="77777777" w:rsidR="00877927" w:rsidRPr="00877927" w:rsidRDefault="1128C3E5" w:rsidP="4E08A087">
      <w:pPr>
        <w:pStyle w:val="ListParagraph"/>
        <w:rPr>
          <w:b/>
          <w:bCs/>
          <w:lang w:val="en-GB"/>
        </w:rPr>
      </w:pPr>
      <w:r w:rsidRPr="4E08A087">
        <w:rPr>
          <w:lang w:val="en-GB"/>
        </w:rPr>
        <w:t>Computers do not “think” like humans. They follow instructions and perform calculations very fast.</w:t>
      </w:r>
    </w:p>
    <w:p w14:paraId="294E10DA" w14:textId="2F46D02A" w:rsidR="0093394B" w:rsidRPr="00877927" w:rsidRDefault="1128C3E5" w:rsidP="4E08A087">
      <w:pPr>
        <w:pStyle w:val="ListParagraph"/>
        <w:rPr>
          <w:b/>
          <w:bCs/>
          <w:lang w:val="en-GB"/>
        </w:rPr>
      </w:pPr>
      <w:r w:rsidRPr="4E08A087">
        <w:rPr>
          <w:lang w:val="en-GB"/>
        </w:rPr>
        <w:t>Calculations help computers to:</w:t>
      </w:r>
    </w:p>
    <w:p w14:paraId="32E953E9" w14:textId="77777777" w:rsidR="0093394B" w:rsidRPr="0093394B" w:rsidRDefault="1128C3E5" w:rsidP="001D35E9">
      <w:pPr>
        <w:numPr>
          <w:ilvl w:val="0"/>
          <w:numId w:val="20"/>
        </w:numPr>
        <w:rPr>
          <w:lang w:val="en-GB"/>
        </w:rPr>
      </w:pPr>
      <w:r w:rsidRPr="4E08A087">
        <w:rPr>
          <w:lang w:val="en-GB"/>
        </w:rPr>
        <w:t>Add, subtract, multiply and divide numbers</w:t>
      </w:r>
    </w:p>
    <w:p w14:paraId="3C44EDE2" w14:textId="77777777" w:rsidR="0093394B" w:rsidRPr="0093394B" w:rsidRDefault="1128C3E5" w:rsidP="001D35E9">
      <w:pPr>
        <w:numPr>
          <w:ilvl w:val="0"/>
          <w:numId w:val="20"/>
        </w:numPr>
        <w:rPr>
          <w:lang w:val="en-GB"/>
        </w:rPr>
      </w:pPr>
      <w:r w:rsidRPr="4E08A087">
        <w:rPr>
          <w:lang w:val="en-GB"/>
        </w:rPr>
        <w:t>Compare values (greater than, less than)</w:t>
      </w:r>
    </w:p>
    <w:p w14:paraId="3B66C195" w14:textId="77777777" w:rsidR="0093394B" w:rsidRPr="0093394B" w:rsidRDefault="1128C3E5" w:rsidP="001D35E9">
      <w:pPr>
        <w:numPr>
          <w:ilvl w:val="0"/>
          <w:numId w:val="20"/>
        </w:numPr>
        <w:rPr>
          <w:lang w:val="en-GB"/>
        </w:rPr>
      </w:pPr>
      <w:r w:rsidRPr="4E08A087">
        <w:rPr>
          <w:lang w:val="en-GB"/>
        </w:rPr>
        <w:t>Store and process data</w:t>
      </w:r>
    </w:p>
    <w:p w14:paraId="025E87E8" w14:textId="77777777" w:rsidR="00877927" w:rsidRPr="00877927" w:rsidRDefault="1128C3E5" w:rsidP="001D35E9">
      <w:pPr>
        <w:numPr>
          <w:ilvl w:val="0"/>
          <w:numId w:val="20"/>
        </w:numPr>
        <w:rPr>
          <w:lang w:val="en-GB"/>
        </w:rPr>
      </w:pPr>
      <w:r w:rsidRPr="4E08A087">
        <w:rPr>
          <w:lang w:val="en-GB"/>
        </w:rPr>
        <w:t>Make logical decisions</w:t>
      </w:r>
    </w:p>
    <w:p w14:paraId="50BEFE0A" w14:textId="77777777" w:rsidR="00877927" w:rsidRPr="00877927" w:rsidRDefault="1128C3E5" w:rsidP="4E08A087">
      <w:pPr>
        <w:ind w:left="720"/>
        <w:rPr>
          <w:lang w:val="en-GB"/>
        </w:rPr>
      </w:pPr>
      <w:r w:rsidRPr="4E08A087">
        <w:rPr>
          <w:lang w:val="en-GB"/>
        </w:rPr>
        <w:t>For example:</w:t>
      </w:r>
    </w:p>
    <w:p w14:paraId="7C54C90A" w14:textId="07486A53" w:rsidR="00877927" w:rsidRPr="00877927" w:rsidRDefault="695C8A59" w:rsidP="4E08A087">
      <w:pPr>
        <w:ind w:left="720"/>
        <w:rPr>
          <w:lang w:val="en-GB"/>
        </w:rPr>
      </w:pPr>
      <w:r w:rsidRPr="4E08A087">
        <w:rPr>
          <w:lang w:val="en-GB"/>
        </w:rPr>
        <w:t xml:space="preserve">If a </w:t>
      </w:r>
      <w:proofErr w:type="gramStart"/>
      <w:r w:rsidR="74BCA362" w:rsidRPr="4E08A087">
        <w:rPr>
          <w:lang w:val="en-GB"/>
        </w:rPr>
        <w:t>student marks</w:t>
      </w:r>
      <w:proofErr w:type="gramEnd"/>
      <w:r w:rsidRPr="4E08A087">
        <w:rPr>
          <w:lang w:val="en-GB"/>
        </w:rPr>
        <w:t xml:space="preserve"> is 85, the system calculates:</w:t>
      </w:r>
    </w:p>
    <w:p w14:paraId="2AA5C5FC" w14:textId="77777777" w:rsidR="00877927" w:rsidRPr="00877927" w:rsidRDefault="1128C3E5" w:rsidP="4E08A087">
      <w:pPr>
        <w:ind w:left="720"/>
        <w:rPr>
          <w:lang w:val="en-GB"/>
        </w:rPr>
      </w:pPr>
      <w:r w:rsidRPr="4E08A087">
        <w:rPr>
          <w:lang w:val="en-GB"/>
        </w:rPr>
        <w:t>If marks ≥ 80 → Grade A</w:t>
      </w:r>
    </w:p>
    <w:p w14:paraId="326236A1" w14:textId="77777777" w:rsidR="00877927" w:rsidRPr="00877927" w:rsidRDefault="1128C3E5" w:rsidP="4E08A087">
      <w:pPr>
        <w:ind w:left="720"/>
        <w:rPr>
          <w:lang w:val="en-GB"/>
        </w:rPr>
      </w:pPr>
      <w:r w:rsidRPr="4E08A087">
        <w:rPr>
          <w:lang w:val="en-GB"/>
        </w:rPr>
        <w:t>That is a comparison calculation.</w:t>
      </w:r>
    </w:p>
    <w:p w14:paraId="5411356E" w14:textId="77777777" w:rsidR="00877927" w:rsidRPr="00877927" w:rsidRDefault="1128C3E5" w:rsidP="4E08A087">
      <w:pPr>
        <w:ind w:left="720"/>
        <w:rPr>
          <w:lang w:val="en-GB"/>
        </w:rPr>
      </w:pPr>
      <w:r w:rsidRPr="4E08A087">
        <w:rPr>
          <w:lang w:val="en-GB"/>
        </w:rPr>
        <w:t>Another example:</w:t>
      </w:r>
    </w:p>
    <w:p w14:paraId="49EAF070" w14:textId="77777777" w:rsidR="00877927" w:rsidRPr="00877927" w:rsidRDefault="1128C3E5" w:rsidP="4E08A087">
      <w:pPr>
        <w:ind w:left="720"/>
        <w:rPr>
          <w:lang w:val="en-GB"/>
        </w:rPr>
      </w:pPr>
      <w:r w:rsidRPr="4E08A087">
        <w:rPr>
          <w:lang w:val="en-GB"/>
        </w:rPr>
        <w:t>An online shop calculates:</w:t>
      </w:r>
    </w:p>
    <w:p w14:paraId="00ADA58C" w14:textId="77777777" w:rsidR="00877927" w:rsidRPr="00877927" w:rsidRDefault="1128C3E5" w:rsidP="4E08A087">
      <w:pPr>
        <w:ind w:left="720"/>
        <w:rPr>
          <w:lang w:val="en-GB"/>
        </w:rPr>
      </w:pPr>
      <w:r w:rsidRPr="4E08A087">
        <w:rPr>
          <w:lang w:val="en-GB"/>
        </w:rPr>
        <w:t>Total price = item price × quantity</w:t>
      </w:r>
    </w:p>
    <w:p w14:paraId="2B3E2564" w14:textId="77777777" w:rsidR="00877927" w:rsidRPr="00877927" w:rsidRDefault="1128C3E5" w:rsidP="4E08A087">
      <w:pPr>
        <w:ind w:left="720"/>
        <w:rPr>
          <w:lang w:val="en-GB"/>
        </w:rPr>
      </w:pPr>
      <w:r w:rsidRPr="4E08A087">
        <w:rPr>
          <w:lang w:val="en-GB"/>
        </w:rPr>
        <w:t>If price = £12</w:t>
      </w:r>
      <w:r w:rsidR="0093394B">
        <w:br/>
      </w:r>
      <w:r w:rsidRPr="4E08A087">
        <w:rPr>
          <w:lang w:val="en-GB"/>
        </w:rPr>
        <w:t>Quantity = 4</w:t>
      </w:r>
    </w:p>
    <w:p w14:paraId="13B74DB2" w14:textId="77777777" w:rsidR="00877927" w:rsidRPr="00877927" w:rsidRDefault="1128C3E5" w:rsidP="4E08A087">
      <w:pPr>
        <w:ind w:left="720"/>
        <w:rPr>
          <w:lang w:val="en-GB"/>
        </w:rPr>
      </w:pPr>
      <w:r w:rsidRPr="4E08A087">
        <w:rPr>
          <w:lang w:val="en-GB"/>
        </w:rPr>
        <w:t>Total = 12 × 4 = £48</w:t>
      </w:r>
    </w:p>
    <w:p w14:paraId="39EE7B25" w14:textId="4EC26C08" w:rsidR="0093394B" w:rsidRPr="00877927" w:rsidRDefault="1128C3E5" w:rsidP="4E08A087">
      <w:pPr>
        <w:ind w:left="720"/>
        <w:rPr>
          <w:lang w:val="en-GB"/>
        </w:rPr>
      </w:pPr>
      <w:r w:rsidRPr="4E08A087">
        <w:rPr>
          <w:lang w:val="en-GB"/>
        </w:rPr>
        <w:t>Without calculations, the system cannot give correct output.</w:t>
      </w:r>
    </w:p>
    <w:p w14:paraId="7D44C2A3" w14:textId="77777777" w:rsidR="00877927" w:rsidRPr="00877927" w:rsidRDefault="0A3E0B9E" w:rsidP="001D35E9">
      <w:pPr>
        <w:pStyle w:val="ListParagraph"/>
        <w:numPr>
          <w:ilvl w:val="0"/>
          <w:numId w:val="22"/>
        </w:numPr>
        <w:rPr>
          <w:b/>
          <w:bCs/>
          <w:lang w:val="en-GB"/>
        </w:rPr>
      </w:pPr>
      <w:r w:rsidRPr="4E08A087">
        <w:rPr>
          <w:b/>
          <w:bCs/>
          <w:lang w:val="en-GB"/>
        </w:rPr>
        <w:t>Real-Life Examples of Computational Calculations</w:t>
      </w:r>
    </w:p>
    <w:p w14:paraId="768F9604" w14:textId="77777777" w:rsidR="00877927" w:rsidRPr="00877927" w:rsidRDefault="0A3E0B9E" w:rsidP="4E08A087">
      <w:pPr>
        <w:pStyle w:val="ListParagraph"/>
        <w:rPr>
          <w:b/>
          <w:bCs/>
          <w:lang w:val="en-GB"/>
        </w:rPr>
      </w:pPr>
      <w:r w:rsidRPr="4E08A087">
        <w:rPr>
          <w:b/>
          <w:bCs/>
          <w:lang w:val="en-GB"/>
        </w:rPr>
        <w:t>Example 1: Banking System</w:t>
      </w:r>
    </w:p>
    <w:p w14:paraId="0FCEAACC" w14:textId="5AEDF9A8" w:rsidR="00877927" w:rsidRPr="00877927" w:rsidRDefault="0A3E0B9E" w:rsidP="4E08A087">
      <w:pPr>
        <w:pStyle w:val="ListParagraph"/>
        <w:rPr>
          <w:b/>
          <w:bCs/>
          <w:lang w:val="en-GB"/>
        </w:rPr>
      </w:pPr>
      <w:r w:rsidRPr="4E08A087">
        <w:rPr>
          <w:lang w:val="en-GB"/>
        </w:rPr>
        <w:t>Banks use calculations to:</w:t>
      </w:r>
    </w:p>
    <w:p w14:paraId="067B1753" w14:textId="77777777" w:rsidR="00877927" w:rsidRPr="00877927" w:rsidRDefault="0A3E0B9E" w:rsidP="001D35E9">
      <w:pPr>
        <w:numPr>
          <w:ilvl w:val="0"/>
          <w:numId w:val="21"/>
        </w:numPr>
        <w:rPr>
          <w:lang w:val="en-GB"/>
        </w:rPr>
      </w:pPr>
      <w:r w:rsidRPr="4E08A087">
        <w:rPr>
          <w:lang w:val="en-GB"/>
        </w:rPr>
        <w:t>Add interest</w:t>
      </w:r>
    </w:p>
    <w:p w14:paraId="3B3A7C02" w14:textId="77777777" w:rsidR="00877927" w:rsidRPr="00877927" w:rsidRDefault="0A3E0B9E" w:rsidP="001D35E9">
      <w:pPr>
        <w:numPr>
          <w:ilvl w:val="0"/>
          <w:numId w:val="21"/>
        </w:numPr>
        <w:rPr>
          <w:lang w:val="en-GB"/>
        </w:rPr>
      </w:pPr>
      <w:r w:rsidRPr="4E08A087">
        <w:rPr>
          <w:lang w:val="en-GB"/>
        </w:rPr>
        <w:t>Deduct payments</w:t>
      </w:r>
    </w:p>
    <w:p w14:paraId="663EA834" w14:textId="77777777" w:rsidR="00877927" w:rsidRPr="00877927" w:rsidRDefault="0A3E0B9E" w:rsidP="001D35E9">
      <w:pPr>
        <w:numPr>
          <w:ilvl w:val="0"/>
          <w:numId w:val="21"/>
        </w:numPr>
        <w:rPr>
          <w:lang w:val="en-GB"/>
        </w:rPr>
      </w:pPr>
      <w:r w:rsidRPr="4E08A087">
        <w:rPr>
          <w:lang w:val="en-GB"/>
        </w:rPr>
        <w:t>Calculate loan amounts</w:t>
      </w:r>
    </w:p>
    <w:p w14:paraId="32D66937" w14:textId="77777777" w:rsidR="00877927" w:rsidRPr="00877927" w:rsidRDefault="0A3E0B9E" w:rsidP="4E08A087">
      <w:pPr>
        <w:ind w:left="720"/>
        <w:rPr>
          <w:lang w:val="en-GB"/>
        </w:rPr>
      </w:pPr>
      <w:r w:rsidRPr="4E08A087">
        <w:rPr>
          <w:lang w:val="en-GB"/>
        </w:rPr>
        <w:t>If a bank gives 5% interest on £1000:</w:t>
      </w:r>
    </w:p>
    <w:p w14:paraId="2BDD6C51" w14:textId="77777777" w:rsidR="00877927" w:rsidRDefault="0A3E0B9E" w:rsidP="4E08A087">
      <w:pPr>
        <w:ind w:left="720"/>
        <w:rPr>
          <w:lang w:val="en-GB"/>
        </w:rPr>
      </w:pPr>
      <w:r w:rsidRPr="4E08A087">
        <w:rPr>
          <w:lang w:val="en-GB"/>
        </w:rPr>
        <w:t>Interest = 1000 × 0.05 = £50</w:t>
      </w:r>
    </w:p>
    <w:p w14:paraId="58AB0539" w14:textId="34E76368" w:rsidR="00877927" w:rsidRDefault="75FE9931" w:rsidP="4E08A087">
      <w:pPr>
        <w:ind w:left="720"/>
        <w:rPr>
          <w:lang w:val="en-GB"/>
        </w:rPr>
      </w:pPr>
      <w:r w:rsidRPr="4E08A087">
        <w:rPr>
          <w:lang w:val="en-GB"/>
        </w:rPr>
        <w:t>Final amount = £1050</w:t>
      </w:r>
    </w:p>
    <w:p w14:paraId="35C6AD5B" w14:textId="0FC07AF4" w:rsidR="007E55D7" w:rsidRDefault="14B153F7" w:rsidP="4E08A087">
      <w:pPr>
        <w:pStyle w:val="ListParagraph"/>
        <w:rPr>
          <w:b/>
          <w:bCs/>
          <w:lang w:val="en-GB"/>
        </w:rPr>
      </w:pPr>
      <w:r w:rsidRPr="4E08A087">
        <w:rPr>
          <w:b/>
          <w:bCs/>
          <w:lang w:val="en-GB"/>
        </w:rPr>
        <w:lastRenderedPageBreak/>
        <w:t xml:space="preserve">Example </w:t>
      </w:r>
      <w:r w:rsidR="264C3519" w:rsidRPr="4E08A087">
        <w:rPr>
          <w:b/>
          <w:bCs/>
          <w:lang w:val="en-GB"/>
        </w:rPr>
        <w:t>2</w:t>
      </w:r>
      <w:r w:rsidRPr="4E08A087">
        <w:rPr>
          <w:b/>
          <w:bCs/>
          <w:lang w:val="en-GB"/>
        </w:rPr>
        <w:t xml:space="preserve">: </w:t>
      </w:r>
      <w:r w:rsidR="264C3519" w:rsidRPr="4E08A087">
        <w:rPr>
          <w:b/>
          <w:bCs/>
          <w:lang w:val="en-GB"/>
        </w:rPr>
        <w:t>social media</w:t>
      </w:r>
    </w:p>
    <w:p w14:paraId="5A691BAF" w14:textId="77777777" w:rsidR="007E55D7" w:rsidRDefault="007E55D7" w:rsidP="4E08A087">
      <w:pPr>
        <w:pStyle w:val="ListParagraph"/>
        <w:rPr>
          <w:b/>
          <w:bCs/>
          <w:lang w:val="en-GB"/>
        </w:rPr>
      </w:pPr>
    </w:p>
    <w:p w14:paraId="1A27A33A" w14:textId="21F54BC9" w:rsidR="40620CA1" w:rsidRDefault="384374BA" w:rsidP="4E08A087">
      <w:pPr>
        <w:pStyle w:val="ListParagraph"/>
        <w:rPr>
          <w:rFonts w:ascii="Cambria" w:eastAsia="Cambria" w:hAnsi="Cambria" w:cs="Cambria"/>
          <w:lang w:val="en-GB"/>
        </w:rPr>
      </w:pPr>
      <w:r w:rsidRPr="4E08A087">
        <w:rPr>
          <w:rFonts w:ascii="Cambria" w:eastAsia="Cambria" w:hAnsi="Cambria" w:cs="Cambria"/>
          <w:lang w:val="en-GB"/>
        </w:rPr>
        <w:t>When you upload a picture:</w:t>
      </w:r>
    </w:p>
    <w:p w14:paraId="02674DB9" w14:textId="77777777" w:rsidR="007E55D7" w:rsidRPr="007E55D7" w:rsidRDefault="007E55D7" w:rsidP="4E08A087">
      <w:pPr>
        <w:pStyle w:val="ListParagraph"/>
        <w:rPr>
          <w:b/>
          <w:bCs/>
          <w:lang w:val="en-GB"/>
        </w:rPr>
      </w:pPr>
    </w:p>
    <w:p w14:paraId="2AA8DE0C" w14:textId="48090978" w:rsidR="40620CA1" w:rsidRDefault="384374BA" w:rsidP="4E08A087">
      <w:pPr>
        <w:pStyle w:val="ListParagraph"/>
        <w:numPr>
          <w:ilvl w:val="0"/>
          <w:numId w:val="1"/>
        </w:numPr>
        <w:spacing w:before="240" w:after="240"/>
        <w:rPr>
          <w:rFonts w:ascii="Cambria" w:eastAsia="Cambria" w:hAnsi="Cambria" w:cs="Cambria"/>
          <w:lang w:val="en-GB"/>
        </w:rPr>
      </w:pPr>
      <w:r w:rsidRPr="4E08A087">
        <w:rPr>
          <w:rFonts w:ascii="Cambria" w:eastAsia="Cambria" w:hAnsi="Cambria" w:cs="Cambria"/>
          <w:lang w:val="en-GB"/>
        </w:rPr>
        <w:t>The system calculates file size</w:t>
      </w:r>
    </w:p>
    <w:p w14:paraId="395FBEEF" w14:textId="1BF368FC" w:rsidR="40620CA1" w:rsidRDefault="384374BA" w:rsidP="4E08A087">
      <w:pPr>
        <w:pStyle w:val="ListParagraph"/>
        <w:numPr>
          <w:ilvl w:val="0"/>
          <w:numId w:val="1"/>
        </w:numPr>
        <w:spacing w:before="240" w:after="240"/>
        <w:rPr>
          <w:rFonts w:ascii="Cambria" w:eastAsia="Cambria" w:hAnsi="Cambria" w:cs="Cambria"/>
          <w:lang w:val="en-GB"/>
        </w:rPr>
      </w:pPr>
      <w:r w:rsidRPr="4E08A087">
        <w:rPr>
          <w:rFonts w:ascii="Cambria" w:eastAsia="Cambria" w:hAnsi="Cambria" w:cs="Cambria"/>
          <w:lang w:val="en-GB"/>
        </w:rPr>
        <w:t>It compresses data</w:t>
      </w:r>
    </w:p>
    <w:p w14:paraId="78994E47" w14:textId="0F727E76" w:rsidR="40620CA1" w:rsidRDefault="384374BA" w:rsidP="4E08A087">
      <w:pPr>
        <w:pStyle w:val="ListParagraph"/>
        <w:numPr>
          <w:ilvl w:val="0"/>
          <w:numId w:val="1"/>
        </w:numPr>
        <w:spacing w:before="240" w:after="240"/>
        <w:rPr>
          <w:rFonts w:ascii="Cambria" w:eastAsia="Cambria" w:hAnsi="Cambria" w:cs="Cambria"/>
          <w:lang w:val="en-GB"/>
        </w:rPr>
      </w:pPr>
      <w:r w:rsidRPr="4E08A087">
        <w:rPr>
          <w:rFonts w:ascii="Cambria" w:eastAsia="Cambria" w:hAnsi="Cambria" w:cs="Cambria"/>
          <w:lang w:val="en-GB"/>
        </w:rPr>
        <w:t>It calculates storage space</w:t>
      </w:r>
    </w:p>
    <w:p w14:paraId="12F81A92" w14:textId="77777777" w:rsidR="007E55D7" w:rsidRDefault="007E55D7" w:rsidP="4E08A087">
      <w:pPr>
        <w:pStyle w:val="ListParagraph"/>
        <w:spacing w:before="240" w:after="240"/>
        <w:rPr>
          <w:rFonts w:ascii="Cambria" w:eastAsia="Cambria" w:hAnsi="Cambria" w:cs="Cambria"/>
          <w:lang w:val="en-GB"/>
        </w:rPr>
      </w:pPr>
    </w:p>
    <w:p w14:paraId="46B0BF8F" w14:textId="77777777" w:rsidR="000119FA" w:rsidRPr="000119FA" w:rsidRDefault="32E2E7AB" w:rsidP="4E08A087">
      <w:pPr>
        <w:ind w:left="720"/>
        <w:rPr>
          <w:b/>
          <w:bCs/>
          <w:lang w:val="en-GB"/>
        </w:rPr>
      </w:pPr>
      <w:r w:rsidRPr="4E08A087">
        <w:rPr>
          <w:b/>
          <w:bCs/>
          <w:lang w:val="en-GB"/>
        </w:rPr>
        <w:t>Example 3: GPS Navigation</w:t>
      </w:r>
    </w:p>
    <w:p w14:paraId="05B1BE46" w14:textId="77777777" w:rsidR="000119FA" w:rsidRPr="000119FA" w:rsidRDefault="32E2E7AB" w:rsidP="4E08A087">
      <w:pPr>
        <w:ind w:left="720"/>
        <w:rPr>
          <w:lang w:val="en-GB"/>
        </w:rPr>
      </w:pPr>
      <w:r w:rsidRPr="4E08A087">
        <w:rPr>
          <w:lang w:val="en-GB"/>
        </w:rPr>
        <w:t>Google Maps calculates:</w:t>
      </w:r>
    </w:p>
    <w:p w14:paraId="0EDD376F" w14:textId="77777777" w:rsidR="000119FA" w:rsidRPr="000119FA" w:rsidRDefault="32E2E7AB" w:rsidP="001D35E9">
      <w:pPr>
        <w:numPr>
          <w:ilvl w:val="0"/>
          <w:numId w:val="23"/>
        </w:numPr>
        <w:rPr>
          <w:lang w:val="en-GB"/>
        </w:rPr>
      </w:pPr>
      <w:r w:rsidRPr="4E08A087">
        <w:rPr>
          <w:lang w:val="en-GB"/>
        </w:rPr>
        <w:t>Distance</w:t>
      </w:r>
    </w:p>
    <w:p w14:paraId="57A4530C" w14:textId="77777777" w:rsidR="000119FA" w:rsidRPr="000119FA" w:rsidRDefault="32E2E7AB" w:rsidP="001D35E9">
      <w:pPr>
        <w:numPr>
          <w:ilvl w:val="0"/>
          <w:numId w:val="23"/>
        </w:numPr>
        <w:rPr>
          <w:lang w:val="en-GB"/>
        </w:rPr>
      </w:pPr>
      <w:r w:rsidRPr="4E08A087">
        <w:rPr>
          <w:lang w:val="en-GB"/>
        </w:rPr>
        <w:t>Speed</w:t>
      </w:r>
    </w:p>
    <w:p w14:paraId="5612D644" w14:textId="77777777" w:rsidR="000119FA" w:rsidRPr="000119FA" w:rsidRDefault="32E2E7AB" w:rsidP="001D35E9">
      <w:pPr>
        <w:numPr>
          <w:ilvl w:val="0"/>
          <w:numId w:val="23"/>
        </w:numPr>
        <w:rPr>
          <w:lang w:val="en-GB"/>
        </w:rPr>
      </w:pPr>
      <w:r w:rsidRPr="4E08A087">
        <w:rPr>
          <w:lang w:val="en-GB"/>
        </w:rPr>
        <w:t>Estimated arrival time</w:t>
      </w:r>
    </w:p>
    <w:p w14:paraId="2BB2BF8D" w14:textId="77777777" w:rsidR="000119FA" w:rsidRPr="000119FA" w:rsidRDefault="32E2E7AB" w:rsidP="4E08A087">
      <w:pPr>
        <w:ind w:left="720"/>
        <w:rPr>
          <w:lang w:val="en-GB"/>
        </w:rPr>
      </w:pPr>
      <w:r w:rsidRPr="4E08A087">
        <w:rPr>
          <w:lang w:val="en-GB"/>
        </w:rPr>
        <w:t>If distance = 120 km</w:t>
      </w:r>
      <w:r w:rsidR="000119FA">
        <w:br/>
      </w:r>
      <w:r w:rsidRPr="4E08A087">
        <w:rPr>
          <w:lang w:val="en-GB"/>
        </w:rPr>
        <w:t>Speed = 60 km/h</w:t>
      </w:r>
    </w:p>
    <w:p w14:paraId="036B5DB1" w14:textId="77777777" w:rsidR="000119FA" w:rsidRDefault="32E2E7AB" w:rsidP="4E08A087">
      <w:pPr>
        <w:ind w:left="720"/>
        <w:rPr>
          <w:lang w:val="en-GB"/>
        </w:rPr>
      </w:pPr>
      <w:r w:rsidRPr="4E08A087">
        <w:rPr>
          <w:lang w:val="en-GB"/>
        </w:rPr>
        <w:t>Time = Distance ÷ Speed</w:t>
      </w:r>
      <w:r w:rsidR="000119FA">
        <w:br/>
      </w:r>
      <w:r w:rsidRPr="4E08A087">
        <w:rPr>
          <w:lang w:val="en-GB"/>
        </w:rPr>
        <w:t>Time = 120 ÷ 60 = 2 hours</w:t>
      </w:r>
    </w:p>
    <w:p w14:paraId="24229B65" w14:textId="77777777" w:rsidR="000119FA" w:rsidRPr="000119FA" w:rsidRDefault="32E2E7AB" w:rsidP="4E08A087">
      <w:pPr>
        <w:ind w:left="720"/>
        <w:rPr>
          <w:b/>
          <w:bCs/>
          <w:lang w:val="en-GB"/>
        </w:rPr>
      </w:pPr>
      <w:r w:rsidRPr="4E08A087">
        <w:rPr>
          <w:b/>
          <w:bCs/>
          <w:lang w:val="en-GB"/>
        </w:rPr>
        <w:t>Example 4: Gaming</w:t>
      </w:r>
    </w:p>
    <w:p w14:paraId="5EB02697" w14:textId="77777777" w:rsidR="000119FA" w:rsidRPr="000119FA" w:rsidRDefault="32E2E7AB" w:rsidP="4E08A087">
      <w:pPr>
        <w:ind w:left="720"/>
        <w:rPr>
          <w:lang w:val="en-GB"/>
        </w:rPr>
      </w:pPr>
      <w:r w:rsidRPr="4E08A087">
        <w:rPr>
          <w:lang w:val="en-GB"/>
        </w:rPr>
        <w:t>In games:</w:t>
      </w:r>
    </w:p>
    <w:p w14:paraId="26C551D6" w14:textId="77777777" w:rsidR="000119FA" w:rsidRPr="000119FA" w:rsidRDefault="32E2E7AB" w:rsidP="4E08A087">
      <w:pPr>
        <w:ind w:left="720"/>
        <w:rPr>
          <w:lang w:val="en-GB"/>
        </w:rPr>
      </w:pPr>
      <w:r w:rsidRPr="4E08A087">
        <w:rPr>
          <w:lang w:val="en-GB"/>
        </w:rPr>
        <w:t>Score = previous score + new points</w:t>
      </w:r>
    </w:p>
    <w:p w14:paraId="7AE1568E" w14:textId="77777777" w:rsidR="000119FA" w:rsidRPr="000119FA" w:rsidRDefault="32E2E7AB" w:rsidP="4E08A087">
      <w:pPr>
        <w:ind w:left="720"/>
        <w:rPr>
          <w:lang w:val="en-GB"/>
        </w:rPr>
      </w:pPr>
      <w:r w:rsidRPr="4E08A087">
        <w:rPr>
          <w:lang w:val="en-GB"/>
        </w:rPr>
        <w:t>Health = health – damage</w:t>
      </w:r>
    </w:p>
    <w:p w14:paraId="31C2814B" w14:textId="77777777" w:rsidR="000119FA" w:rsidRPr="000119FA" w:rsidRDefault="32E2E7AB" w:rsidP="4E08A087">
      <w:pPr>
        <w:ind w:left="720"/>
        <w:rPr>
          <w:lang w:val="en-GB"/>
        </w:rPr>
      </w:pPr>
      <w:r w:rsidRPr="4E08A087">
        <w:rPr>
          <w:lang w:val="en-GB"/>
        </w:rPr>
        <w:t>If health = 100</w:t>
      </w:r>
      <w:r w:rsidR="000119FA">
        <w:br/>
      </w:r>
      <w:r w:rsidRPr="4E08A087">
        <w:rPr>
          <w:lang w:val="en-GB"/>
        </w:rPr>
        <w:t>Damage = 25</w:t>
      </w:r>
    </w:p>
    <w:p w14:paraId="0DE6EFE4" w14:textId="77777777" w:rsidR="000119FA" w:rsidRPr="000119FA" w:rsidRDefault="32E2E7AB" w:rsidP="4E08A087">
      <w:pPr>
        <w:ind w:left="720"/>
        <w:rPr>
          <w:lang w:val="en-GB"/>
        </w:rPr>
      </w:pPr>
      <w:r w:rsidRPr="4E08A087">
        <w:rPr>
          <w:lang w:val="en-GB"/>
        </w:rPr>
        <w:t>New health = 75</w:t>
      </w:r>
    </w:p>
    <w:p w14:paraId="6F8DC8E7" w14:textId="77777777" w:rsidR="000119FA" w:rsidRPr="000119FA" w:rsidRDefault="32E2E7AB" w:rsidP="4E08A087">
      <w:pPr>
        <w:ind w:left="720"/>
        <w:rPr>
          <w:lang w:val="en-GB"/>
        </w:rPr>
      </w:pPr>
      <w:r w:rsidRPr="4E08A087">
        <w:rPr>
          <w:lang w:val="en-GB"/>
        </w:rPr>
        <w:t>This is all computational calculation.</w:t>
      </w:r>
    </w:p>
    <w:p w14:paraId="6E182BA2" w14:textId="77777777" w:rsidR="000119FA" w:rsidRPr="000119FA" w:rsidRDefault="000119FA" w:rsidP="4E08A087">
      <w:pPr>
        <w:ind w:left="720"/>
        <w:rPr>
          <w:lang w:val="en-GB"/>
        </w:rPr>
      </w:pPr>
    </w:p>
    <w:p w14:paraId="2D108476" w14:textId="1E1BF087" w:rsidR="3D573E39" w:rsidRDefault="3D573E39" w:rsidP="4E08A087">
      <w:pPr>
        <w:ind w:left="720"/>
        <w:rPr>
          <w:lang w:val="en-GB"/>
        </w:rPr>
      </w:pPr>
    </w:p>
    <w:p w14:paraId="74048BE7" w14:textId="77777777" w:rsidR="00CE4B55" w:rsidRDefault="00CE4B55" w:rsidP="4E08A087">
      <w:pPr>
        <w:rPr>
          <w:lang w:val="en-GB"/>
        </w:rPr>
      </w:pPr>
    </w:p>
    <w:p w14:paraId="293EB8B7" w14:textId="7F1216E0" w:rsidR="00DD41B1" w:rsidRDefault="1484F464" w:rsidP="4E08A087">
      <w:pPr>
        <w:pStyle w:val="Heading1"/>
        <w:rPr>
          <w:sz w:val="22"/>
          <w:szCs w:val="22"/>
        </w:rPr>
      </w:pPr>
      <w:r w:rsidRPr="4E08A087">
        <w:rPr>
          <w:sz w:val="22"/>
          <w:szCs w:val="22"/>
        </w:rPr>
        <w:t>3. Understanding Number Systems in Computing</w:t>
      </w:r>
    </w:p>
    <w:p w14:paraId="66411E8B" w14:textId="65E91414" w:rsidR="00DD41B1" w:rsidRDefault="7B28CAC7" w:rsidP="4E08A087">
      <w:r w:rsidRPr="4E08A087">
        <w:t>Computers use different types of numbers. Each type has a purpose.</w:t>
      </w:r>
    </w:p>
    <w:p w14:paraId="3654263B" w14:textId="77777777" w:rsidR="00B20CD4" w:rsidRPr="00B20CD4" w:rsidRDefault="7B28CAC7" w:rsidP="4E08A087">
      <w:pPr>
        <w:rPr>
          <w:b/>
          <w:bCs/>
          <w:lang w:val="en-GB"/>
        </w:rPr>
      </w:pPr>
      <w:r w:rsidRPr="4E08A087">
        <w:rPr>
          <w:b/>
          <w:bCs/>
          <w:lang w:val="en-GB"/>
        </w:rPr>
        <w:lastRenderedPageBreak/>
        <w:t>Natural Numbers</w:t>
      </w:r>
    </w:p>
    <w:p w14:paraId="554B87BD" w14:textId="77777777" w:rsidR="00B20CD4" w:rsidRPr="00B20CD4" w:rsidRDefault="7B28CAC7" w:rsidP="4E08A087">
      <w:pPr>
        <w:rPr>
          <w:lang w:val="en-GB"/>
        </w:rPr>
      </w:pPr>
      <w:r w:rsidRPr="4E08A087">
        <w:rPr>
          <w:lang w:val="en-GB"/>
        </w:rPr>
        <w:t>Natural numbers are counting numbers:</w:t>
      </w:r>
    </w:p>
    <w:p w14:paraId="4DA3437D" w14:textId="77777777" w:rsidR="00B20CD4" w:rsidRPr="00B20CD4" w:rsidRDefault="7B28CAC7" w:rsidP="4E08A087">
      <w:pPr>
        <w:rPr>
          <w:lang w:val="en-GB"/>
        </w:rPr>
      </w:pPr>
      <w:r w:rsidRPr="4E08A087">
        <w:rPr>
          <w:lang w:val="en-GB"/>
        </w:rPr>
        <w:t>1, 2, 3, 4, 5, 6, …</w:t>
      </w:r>
    </w:p>
    <w:p w14:paraId="0B60E67C" w14:textId="77777777" w:rsidR="00B20CD4" w:rsidRPr="00B20CD4" w:rsidRDefault="7B28CAC7" w:rsidP="4E08A087">
      <w:pPr>
        <w:rPr>
          <w:lang w:val="en-GB"/>
        </w:rPr>
      </w:pPr>
      <w:r w:rsidRPr="4E08A087">
        <w:rPr>
          <w:lang w:val="en-GB"/>
        </w:rPr>
        <w:t>They are used in computing for:</w:t>
      </w:r>
    </w:p>
    <w:p w14:paraId="1F76CEE2" w14:textId="77777777" w:rsidR="00B20CD4" w:rsidRPr="00B20CD4" w:rsidRDefault="7B28CAC7" w:rsidP="001D35E9">
      <w:pPr>
        <w:numPr>
          <w:ilvl w:val="0"/>
          <w:numId w:val="24"/>
        </w:numPr>
        <w:rPr>
          <w:lang w:val="en-GB"/>
        </w:rPr>
      </w:pPr>
      <w:r w:rsidRPr="4E08A087">
        <w:rPr>
          <w:lang w:val="en-GB"/>
        </w:rPr>
        <w:t>Counting objects</w:t>
      </w:r>
    </w:p>
    <w:p w14:paraId="2BEB718B" w14:textId="77777777" w:rsidR="00B20CD4" w:rsidRPr="00B20CD4" w:rsidRDefault="7B28CAC7" w:rsidP="001D35E9">
      <w:pPr>
        <w:numPr>
          <w:ilvl w:val="0"/>
          <w:numId w:val="24"/>
        </w:numPr>
        <w:rPr>
          <w:lang w:val="en-GB"/>
        </w:rPr>
      </w:pPr>
      <w:r w:rsidRPr="4E08A087">
        <w:rPr>
          <w:lang w:val="en-GB"/>
        </w:rPr>
        <w:t>Loop counters</w:t>
      </w:r>
    </w:p>
    <w:p w14:paraId="026FB93E" w14:textId="77777777" w:rsidR="00B20CD4" w:rsidRPr="00B20CD4" w:rsidRDefault="7B28CAC7" w:rsidP="001D35E9">
      <w:pPr>
        <w:numPr>
          <w:ilvl w:val="0"/>
          <w:numId w:val="24"/>
        </w:numPr>
        <w:rPr>
          <w:lang w:val="en-GB"/>
        </w:rPr>
      </w:pPr>
      <w:r w:rsidRPr="4E08A087">
        <w:rPr>
          <w:lang w:val="en-GB"/>
        </w:rPr>
        <w:t>Index numbers</w:t>
      </w:r>
    </w:p>
    <w:p w14:paraId="1322278A" w14:textId="77777777" w:rsidR="00B20CD4" w:rsidRPr="00B20CD4" w:rsidRDefault="7B28CAC7" w:rsidP="4E08A087">
      <w:pPr>
        <w:rPr>
          <w:lang w:val="en-GB"/>
        </w:rPr>
      </w:pPr>
      <w:r w:rsidRPr="4E08A087">
        <w:rPr>
          <w:lang w:val="en-GB"/>
        </w:rPr>
        <w:t>Example:</w:t>
      </w:r>
    </w:p>
    <w:p w14:paraId="20538C77" w14:textId="77777777" w:rsidR="00B20CD4" w:rsidRPr="00B20CD4" w:rsidRDefault="7B28CAC7" w:rsidP="4E08A087">
      <w:pPr>
        <w:rPr>
          <w:lang w:val="en-GB"/>
        </w:rPr>
      </w:pPr>
      <w:r w:rsidRPr="4E08A087">
        <w:rPr>
          <w:lang w:val="en-GB"/>
        </w:rPr>
        <w:t>If a program prints numbers from 1 to 10:</w:t>
      </w:r>
    </w:p>
    <w:p w14:paraId="4040659B" w14:textId="77777777" w:rsidR="00B20CD4" w:rsidRPr="00B20CD4" w:rsidRDefault="7B28CAC7" w:rsidP="4E08A087">
      <w:pPr>
        <w:rPr>
          <w:lang w:val="en-GB"/>
        </w:rPr>
      </w:pPr>
      <w:r w:rsidRPr="4E08A087">
        <w:rPr>
          <w:lang w:val="en-GB"/>
        </w:rPr>
        <w:t xml:space="preserve">for </w:t>
      </w:r>
      <w:proofErr w:type="spellStart"/>
      <w:r w:rsidRPr="4E08A087">
        <w:rPr>
          <w:lang w:val="en-GB"/>
        </w:rPr>
        <w:t>i</w:t>
      </w:r>
      <w:proofErr w:type="spellEnd"/>
      <w:r w:rsidRPr="4E08A087">
        <w:rPr>
          <w:lang w:val="en-GB"/>
        </w:rPr>
        <w:t xml:space="preserve"> = 1 to 10</w:t>
      </w:r>
    </w:p>
    <w:p w14:paraId="0186C3E1" w14:textId="77777777" w:rsidR="00B20CD4" w:rsidRPr="00B20CD4" w:rsidRDefault="7B28CAC7" w:rsidP="4E08A087">
      <w:pPr>
        <w:rPr>
          <w:lang w:val="en-GB"/>
        </w:rPr>
      </w:pPr>
      <w:r w:rsidRPr="4E08A087">
        <w:rPr>
          <w:lang w:val="en-GB"/>
        </w:rPr>
        <w:t>Here, natural numbers control repetition.</w:t>
      </w:r>
    </w:p>
    <w:p w14:paraId="437B6A91" w14:textId="77777777" w:rsidR="00B053C5" w:rsidRPr="00B053C5" w:rsidRDefault="6C03E1CB" w:rsidP="4E08A087">
      <w:pPr>
        <w:rPr>
          <w:b/>
          <w:bCs/>
          <w:lang w:val="en-GB"/>
        </w:rPr>
      </w:pPr>
      <w:r w:rsidRPr="4E08A087">
        <w:rPr>
          <w:b/>
          <w:bCs/>
          <w:lang w:val="en-GB"/>
        </w:rPr>
        <w:t>Integers</w:t>
      </w:r>
    </w:p>
    <w:p w14:paraId="70B41EE8" w14:textId="77777777" w:rsidR="00B053C5" w:rsidRPr="00B053C5" w:rsidRDefault="6C03E1CB" w:rsidP="4E08A087">
      <w:pPr>
        <w:rPr>
          <w:lang w:val="en-GB"/>
        </w:rPr>
      </w:pPr>
      <w:r w:rsidRPr="4E08A087">
        <w:rPr>
          <w:lang w:val="en-GB"/>
        </w:rPr>
        <w:t>Integers include positive and negative numbers:</w:t>
      </w:r>
    </w:p>
    <w:p w14:paraId="4912949B" w14:textId="77777777" w:rsidR="00B053C5" w:rsidRPr="00B053C5" w:rsidRDefault="6C03E1CB" w:rsidP="4E08A087">
      <w:pPr>
        <w:rPr>
          <w:lang w:val="en-GB"/>
        </w:rPr>
      </w:pPr>
      <w:r w:rsidRPr="4E08A087">
        <w:rPr>
          <w:lang w:val="en-GB"/>
        </w:rPr>
        <w:t>…, -3, -2, -1, 0, 1, 2, 3, …</w:t>
      </w:r>
    </w:p>
    <w:p w14:paraId="68DBCE8E" w14:textId="77777777" w:rsidR="00B053C5" w:rsidRPr="00B053C5" w:rsidRDefault="6C03E1CB" w:rsidP="4E08A087">
      <w:pPr>
        <w:rPr>
          <w:lang w:val="en-GB"/>
        </w:rPr>
      </w:pPr>
      <w:r w:rsidRPr="4E08A087">
        <w:rPr>
          <w:lang w:val="en-GB"/>
        </w:rPr>
        <w:t>They are used when values can go below zero.</w:t>
      </w:r>
    </w:p>
    <w:p w14:paraId="53900C08" w14:textId="77777777" w:rsidR="00B053C5" w:rsidRPr="00B053C5" w:rsidRDefault="6C03E1CB" w:rsidP="4E08A087">
      <w:pPr>
        <w:rPr>
          <w:lang w:val="en-GB"/>
        </w:rPr>
      </w:pPr>
      <w:r w:rsidRPr="4E08A087">
        <w:rPr>
          <w:lang w:val="en-GB"/>
        </w:rPr>
        <w:t>Example:</w:t>
      </w:r>
    </w:p>
    <w:p w14:paraId="582A5EB4" w14:textId="77777777" w:rsidR="00B053C5" w:rsidRPr="00B053C5" w:rsidRDefault="6C03E1CB" w:rsidP="4E08A087">
      <w:pPr>
        <w:rPr>
          <w:lang w:val="en-GB"/>
        </w:rPr>
      </w:pPr>
      <w:r w:rsidRPr="4E08A087">
        <w:rPr>
          <w:lang w:val="en-GB"/>
        </w:rPr>
        <w:t>Temperature system:</w:t>
      </w:r>
    </w:p>
    <w:p w14:paraId="6C800A63" w14:textId="77777777" w:rsidR="00B053C5" w:rsidRPr="00B053C5" w:rsidRDefault="6C03E1CB" w:rsidP="4E08A087">
      <w:pPr>
        <w:rPr>
          <w:lang w:val="en-GB"/>
        </w:rPr>
      </w:pPr>
      <w:r w:rsidRPr="4E08A087">
        <w:rPr>
          <w:lang w:val="en-GB"/>
        </w:rPr>
        <w:t>If temperature drops 5 degrees:</w:t>
      </w:r>
    </w:p>
    <w:p w14:paraId="071B607E" w14:textId="77777777" w:rsidR="00B053C5" w:rsidRPr="00B053C5" w:rsidRDefault="6C03E1CB" w:rsidP="4E08A087">
      <w:pPr>
        <w:rPr>
          <w:lang w:val="en-GB"/>
        </w:rPr>
      </w:pPr>
      <w:r w:rsidRPr="4E08A087">
        <w:rPr>
          <w:lang w:val="en-GB"/>
        </w:rPr>
        <w:t>10°C → 5°C</w:t>
      </w:r>
    </w:p>
    <w:p w14:paraId="4051843C" w14:textId="77777777" w:rsidR="00B053C5" w:rsidRPr="00B053C5" w:rsidRDefault="6C03E1CB" w:rsidP="4E08A087">
      <w:pPr>
        <w:rPr>
          <w:lang w:val="en-GB"/>
        </w:rPr>
      </w:pPr>
      <w:r w:rsidRPr="4E08A087">
        <w:rPr>
          <w:lang w:val="en-GB"/>
        </w:rPr>
        <w:t>Or below zero:</w:t>
      </w:r>
    </w:p>
    <w:p w14:paraId="124AD00F" w14:textId="77777777" w:rsidR="00B053C5" w:rsidRPr="00B053C5" w:rsidRDefault="6C03E1CB" w:rsidP="4E08A087">
      <w:pPr>
        <w:rPr>
          <w:lang w:val="en-GB"/>
        </w:rPr>
      </w:pPr>
      <w:r w:rsidRPr="4E08A087">
        <w:rPr>
          <w:lang w:val="en-GB"/>
        </w:rPr>
        <w:t>2°C → -3°C</w:t>
      </w:r>
    </w:p>
    <w:p w14:paraId="5B1C9641" w14:textId="77777777" w:rsidR="00B053C5" w:rsidRPr="00B053C5" w:rsidRDefault="6C03E1CB" w:rsidP="4E08A087">
      <w:pPr>
        <w:rPr>
          <w:lang w:val="en-GB"/>
        </w:rPr>
      </w:pPr>
      <w:r w:rsidRPr="4E08A087">
        <w:rPr>
          <w:lang w:val="en-GB"/>
        </w:rPr>
        <w:t>In games:</w:t>
      </w:r>
    </w:p>
    <w:p w14:paraId="72BD2E67" w14:textId="77777777" w:rsidR="00B053C5" w:rsidRPr="00B053C5" w:rsidRDefault="6C03E1CB" w:rsidP="4E08A087">
      <w:pPr>
        <w:rPr>
          <w:lang w:val="en-GB"/>
        </w:rPr>
      </w:pPr>
      <w:r w:rsidRPr="4E08A087">
        <w:rPr>
          <w:lang w:val="en-GB"/>
        </w:rPr>
        <w:t>Player score can become negative.</w:t>
      </w:r>
    </w:p>
    <w:p w14:paraId="5EAA09BF" w14:textId="77777777" w:rsidR="00B053C5" w:rsidRPr="00B053C5" w:rsidRDefault="6C03E1CB" w:rsidP="4E08A087">
      <w:pPr>
        <w:rPr>
          <w:lang w:val="en-GB"/>
        </w:rPr>
      </w:pPr>
      <w:r w:rsidRPr="4E08A087">
        <w:rPr>
          <w:lang w:val="en-GB"/>
        </w:rPr>
        <w:t>Bank balance:</w:t>
      </w:r>
    </w:p>
    <w:p w14:paraId="3C44C69E" w14:textId="77777777" w:rsidR="00B053C5" w:rsidRPr="00B053C5" w:rsidRDefault="6C03E1CB" w:rsidP="4E08A087">
      <w:pPr>
        <w:rPr>
          <w:lang w:val="en-GB"/>
        </w:rPr>
      </w:pPr>
      <w:r w:rsidRPr="4E08A087">
        <w:rPr>
          <w:lang w:val="en-GB"/>
        </w:rPr>
        <w:t>If you spend more money than you have:</w:t>
      </w:r>
    </w:p>
    <w:p w14:paraId="35847A42" w14:textId="77777777" w:rsidR="00B053C5" w:rsidRPr="00B053C5" w:rsidRDefault="6C03E1CB" w:rsidP="4E08A087">
      <w:pPr>
        <w:rPr>
          <w:lang w:val="en-GB"/>
        </w:rPr>
      </w:pPr>
      <w:r w:rsidRPr="4E08A087">
        <w:rPr>
          <w:lang w:val="en-GB"/>
        </w:rPr>
        <w:t>£20 – £50 = -£30</w:t>
      </w:r>
    </w:p>
    <w:p w14:paraId="36530E2B" w14:textId="77777777" w:rsidR="00B053C5" w:rsidRPr="00B053C5" w:rsidRDefault="6C03E1CB" w:rsidP="4E08A087">
      <w:pPr>
        <w:rPr>
          <w:lang w:val="en-GB"/>
        </w:rPr>
      </w:pPr>
      <w:proofErr w:type="gramStart"/>
      <w:r w:rsidRPr="4E08A087">
        <w:rPr>
          <w:lang w:val="en-GB"/>
        </w:rPr>
        <w:lastRenderedPageBreak/>
        <w:t>So</w:t>
      </w:r>
      <w:proofErr w:type="gramEnd"/>
      <w:r w:rsidRPr="4E08A087">
        <w:rPr>
          <w:lang w:val="en-GB"/>
        </w:rPr>
        <w:t xml:space="preserve"> integers are very important.</w:t>
      </w:r>
    </w:p>
    <w:p w14:paraId="2BD9AD08" w14:textId="77777777" w:rsidR="00B053C5" w:rsidRPr="00B053C5" w:rsidRDefault="6C03E1CB" w:rsidP="4E08A087">
      <w:pPr>
        <w:rPr>
          <w:b/>
          <w:bCs/>
          <w:lang w:val="en-GB"/>
        </w:rPr>
      </w:pPr>
      <w:r w:rsidRPr="4E08A087">
        <w:rPr>
          <w:b/>
          <w:bCs/>
          <w:lang w:val="en-GB"/>
        </w:rPr>
        <w:t>Rational Numbers</w:t>
      </w:r>
    </w:p>
    <w:p w14:paraId="58CFE452" w14:textId="77777777" w:rsidR="00B053C5" w:rsidRPr="00B053C5" w:rsidRDefault="6C03E1CB" w:rsidP="4E08A087">
      <w:pPr>
        <w:rPr>
          <w:lang w:val="en-GB"/>
        </w:rPr>
      </w:pPr>
      <w:r w:rsidRPr="4E08A087">
        <w:rPr>
          <w:lang w:val="en-GB"/>
        </w:rPr>
        <w:t>Rational numbers are fractions like:</w:t>
      </w:r>
    </w:p>
    <w:p w14:paraId="3A770484" w14:textId="77777777" w:rsidR="00B053C5" w:rsidRPr="00B053C5" w:rsidRDefault="6C03E1CB" w:rsidP="4E08A087">
      <w:pPr>
        <w:rPr>
          <w:lang w:val="en-GB"/>
        </w:rPr>
      </w:pPr>
      <w:r w:rsidRPr="4E08A087">
        <w:rPr>
          <w:lang w:val="en-GB"/>
        </w:rPr>
        <w:t>1/2, 3/4, 5/8</w:t>
      </w:r>
    </w:p>
    <w:p w14:paraId="02F516EC" w14:textId="77777777" w:rsidR="00B053C5" w:rsidRPr="00B053C5" w:rsidRDefault="6C03E1CB" w:rsidP="4E08A087">
      <w:pPr>
        <w:rPr>
          <w:lang w:val="en-GB"/>
        </w:rPr>
      </w:pPr>
      <w:r w:rsidRPr="4E08A087">
        <w:rPr>
          <w:lang w:val="en-GB"/>
        </w:rPr>
        <w:t>They can also be decimals:</w:t>
      </w:r>
    </w:p>
    <w:p w14:paraId="0F7CFC7B" w14:textId="77777777" w:rsidR="00B053C5" w:rsidRPr="00B053C5" w:rsidRDefault="6C03E1CB" w:rsidP="4E08A087">
      <w:pPr>
        <w:rPr>
          <w:lang w:val="en-GB"/>
        </w:rPr>
      </w:pPr>
      <w:r w:rsidRPr="4E08A087">
        <w:rPr>
          <w:lang w:val="en-GB"/>
        </w:rPr>
        <w:t>0.5, 0.25, 0.75</w:t>
      </w:r>
    </w:p>
    <w:p w14:paraId="48EEBC9F" w14:textId="77777777" w:rsidR="00B053C5" w:rsidRPr="00B053C5" w:rsidRDefault="6C03E1CB" w:rsidP="4E08A087">
      <w:pPr>
        <w:rPr>
          <w:lang w:val="en-GB"/>
        </w:rPr>
      </w:pPr>
      <w:r w:rsidRPr="4E08A087">
        <w:rPr>
          <w:lang w:val="en-GB"/>
        </w:rPr>
        <w:t>They are used in:</w:t>
      </w:r>
    </w:p>
    <w:p w14:paraId="09C70A9D" w14:textId="77777777" w:rsidR="00B053C5" w:rsidRPr="00B053C5" w:rsidRDefault="6C03E1CB" w:rsidP="001D35E9">
      <w:pPr>
        <w:numPr>
          <w:ilvl w:val="0"/>
          <w:numId w:val="25"/>
        </w:numPr>
        <w:rPr>
          <w:lang w:val="en-GB"/>
        </w:rPr>
      </w:pPr>
      <w:r w:rsidRPr="4E08A087">
        <w:rPr>
          <w:lang w:val="en-GB"/>
        </w:rPr>
        <w:t>Measurements</w:t>
      </w:r>
    </w:p>
    <w:p w14:paraId="33EEDD43" w14:textId="77777777" w:rsidR="00B053C5" w:rsidRPr="00B053C5" w:rsidRDefault="6C03E1CB" w:rsidP="001D35E9">
      <w:pPr>
        <w:numPr>
          <w:ilvl w:val="0"/>
          <w:numId w:val="25"/>
        </w:numPr>
        <w:rPr>
          <w:lang w:val="en-GB"/>
        </w:rPr>
      </w:pPr>
      <w:r w:rsidRPr="4E08A087">
        <w:rPr>
          <w:lang w:val="en-GB"/>
        </w:rPr>
        <w:t>Graphics scaling</w:t>
      </w:r>
    </w:p>
    <w:p w14:paraId="6DAB1DF7" w14:textId="77777777" w:rsidR="00B053C5" w:rsidRPr="00B053C5" w:rsidRDefault="6C03E1CB" w:rsidP="001D35E9">
      <w:pPr>
        <w:numPr>
          <w:ilvl w:val="0"/>
          <w:numId w:val="25"/>
        </w:numPr>
        <w:rPr>
          <w:lang w:val="en-GB"/>
        </w:rPr>
      </w:pPr>
      <w:r w:rsidRPr="4E08A087">
        <w:rPr>
          <w:lang w:val="en-GB"/>
        </w:rPr>
        <w:t>Screen resolution</w:t>
      </w:r>
    </w:p>
    <w:p w14:paraId="58A989A2" w14:textId="77777777" w:rsidR="00B053C5" w:rsidRPr="00B053C5" w:rsidRDefault="6C03E1CB" w:rsidP="4E08A087">
      <w:pPr>
        <w:rPr>
          <w:lang w:val="en-GB"/>
        </w:rPr>
      </w:pPr>
      <w:r w:rsidRPr="4E08A087">
        <w:rPr>
          <w:lang w:val="en-GB"/>
        </w:rPr>
        <w:t>Example:</w:t>
      </w:r>
    </w:p>
    <w:p w14:paraId="7B120442" w14:textId="77777777" w:rsidR="00B053C5" w:rsidRPr="00B053C5" w:rsidRDefault="6C03E1CB" w:rsidP="4E08A087">
      <w:pPr>
        <w:rPr>
          <w:lang w:val="en-GB"/>
        </w:rPr>
      </w:pPr>
      <w:r w:rsidRPr="4E08A087">
        <w:rPr>
          <w:lang w:val="en-GB"/>
        </w:rPr>
        <w:t>Aspect ratio of screen:</w:t>
      </w:r>
    </w:p>
    <w:p w14:paraId="7D3A5434" w14:textId="77777777" w:rsidR="00B053C5" w:rsidRPr="00B053C5" w:rsidRDefault="6C03E1CB" w:rsidP="4E08A087">
      <w:pPr>
        <w:rPr>
          <w:lang w:val="en-GB"/>
        </w:rPr>
      </w:pPr>
      <w:r w:rsidRPr="4E08A087">
        <w:rPr>
          <w:lang w:val="en-GB"/>
        </w:rPr>
        <w:t>16:9</w:t>
      </w:r>
    </w:p>
    <w:p w14:paraId="41BD5563" w14:textId="77777777" w:rsidR="00B053C5" w:rsidRPr="00B053C5" w:rsidRDefault="6C03E1CB" w:rsidP="4E08A087">
      <w:pPr>
        <w:rPr>
          <w:lang w:val="en-GB"/>
        </w:rPr>
      </w:pPr>
      <w:r w:rsidRPr="4E08A087">
        <w:rPr>
          <w:lang w:val="en-GB"/>
        </w:rPr>
        <w:t>This means width ÷ height = 16/9</w:t>
      </w:r>
    </w:p>
    <w:p w14:paraId="1781929B" w14:textId="77777777" w:rsidR="00B053C5" w:rsidRPr="00B053C5" w:rsidRDefault="6C03E1CB" w:rsidP="4E08A087">
      <w:pPr>
        <w:rPr>
          <w:lang w:val="en-GB"/>
        </w:rPr>
      </w:pPr>
      <w:r w:rsidRPr="4E08A087">
        <w:rPr>
          <w:lang w:val="en-GB"/>
        </w:rPr>
        <w:t>If screen width = 1920</w:t>
      </w:r>
      <w:r w:rsidR="00B053C5">
        <w:br/>
      </w:r>
      <w:r w:rsidRPr="4E08A087">
        <w:rPr>
          <w:lang w:val="en-GB"/>
        </w:rPr>
        <w:t>Height = 1080</w:t>
      </w:r>
    </w:p>
    <w:p w14:paraId="60E1FD67" w14:textId="77777777" w:rsidR="00B053C5" w:rsidRPr="00B053C5" w:rsidRDefault="6C03E1CB" w:rsidP="4E08A087">
      <w:pPr>
        <w:rPr>
          <w:lang w:val="en-GB"/>
        </w:rPr>
      </w:pPr>
      <w:r w:rsidRPr="4E08A087">
        <w:rPr>
          <w:lang w:val="en-GB"/>
        </w:rPr>
        <w:t>1920 ÷ 1080 = 16/9</w:t>
      </w:r>
    </w:p>
    <w:p w14:paraId="4AE1A672" w14:textId="38122DE0" w:rsidR="000D0621" w:rsidRPr="000D0621" w:rsidRDefault="584EA0EC" w:rsidP="4E08A087">
      <w:pPr>
        <w:rPr>
          <w:b/>
          <w:bCs/>
          <w:lang w:val="en-GB"/>
        </w:rPr>
      </w:pPr>
      <w:r w:rsidRPr="4E08A087">
        <w:rPr>
          <w:b/>
          <w:bCs/>
          <w:lang w:val="en-GB"/>
        </w:rPr>
        <w:t xml:space="preserve">Binary Numbers </w:t>
      </w:r>
    </w:p>
    <w:p w14:paraId="4DBB45CB" w14:textId="77777777" w:rsidR="000D0621" w:rsidRPr="000D0621" w:rsidRDefault="584EA0EC" w:rsidP="4E08A087">
      <w:pPr>
        <w:rPr>
          <w:lang w:val="en-GB"/>
        </w:rPr>
      </w:pPr>
      <w:r w:rsidRPr="4E08A087">
        <w:rPr>
          <w:lang w:val="en-GB"/>
        </w:rPr>
        <w:t>Binary only uses:</w:t>
      </w:r>
    </w:p>
    <w:p w14:paraId="2471698B" w14:textId="77777777" w:rsidR="000D0621" w:rsidRPr="000D0621" w:rsidRDefault="584EA0EC" w:rsidP="4E08A087">
      <w:pPr>
        <w:rPr>
          <w:lang w:val="en-GB"/>
        </w:rPr>
      </w:pPr>
      <w:r w:rsidRPr="4E08A087">
        <w:rPr>
          <w:lang w:val="en-GB"/>
        </w:rPr>
        <w:t>0 and 1</w:t>
      </w:r>
    </w:p>
    <w:p w14:paraId="2DEAC972" w14:textId="77777777" w:rsidR="000D0621" w:rsidRPr="000D0621" w:rsidRDefault="584EA0EC" w:rsidP="4E08A087">
      <w:pPr>
        <w:rPr>
          <w:lang w:val="en-GB"/>
        </w:rPr>
      </w:pPr>
      <w:r w:rsidRPr="4E08A087">
        <w:rPr>
          <w:lang w:val="en-GB"/>
        </w:rPr>
        <w:t>Computers use binary because electronic circuits have two states:</w:t>
      </w:r>
    </w:p>
    <w:p w14:paraId="233EECFD" w14:textId="77777777" w:rsidR="000D0621" w:rsidRPr="000D0621" w:rsidRDefault="584EA0EC" w:rsidP="4E08A087">
      <w:pPr>
        <w:rPr>
          <w:lang w:val="en-GB"/>
        </w:rPr>
      </w:pPr>
      <w:r w:rsidRPr="4E08A087">
        <w:rPr>
          <w:lang w:val="en-GB"/>
        </w:rPr>
        <w:t>ON (1)</w:t>
      </w:r>
      <w:r w:rsidR="000D0621">
        <w:br/>
      </w:r>
      <w:r w:rsidRPr="4E08A087">
        <w:rPr>
          <w:lang w:val="en-GB"/>
        </w:rPr>
        <w:t>OFF (0)</w:t>
      </w:r>
    </w:p>
    <w:p w14:paraId="40165FD4" w14:textId="77777777" w:rsidR="000D0621" w:rsidRPr="000D0621" w:rsidRDefault="584EA0EC" w:rsidP="4E08A087">
      <w:pPr>
        <w:rPr>
          <w:lang w:val="en-GB"/>
        </w:rPr>
      </w:pPr>
      <w:r w:rsidRPr="4E08A087">
        <w:rPr>
          <w:lang w:val="en-GB"/>
        </w:rPr>
        <w:t>Example:</w:t>
      </w:r>
    </w:p>
    <w:p w14:paraId="35673184" w14:textId="77777777" w:rsidR="000D0621" w:rsidRPr="000D0621" w:rsidRDefault="584EA0EC" w:rsidP="4E08A087">
      <w:pPr>
        <w:rPr>
          <w:lang w:val="en-GB"/>
        </w:rPr>
      </w:pPr>
      <w:r w:rsidRPr="4E08A087">
        <w:rPr>
          <w:lang w:val="en-GB"/>
        </w:rPr>
        <w:t>Decimal 5 in binary:</w:t>
      </w:r>
    </w:p>
    <w:p w14:paraId="52E36533" w14:textId="77777777" w:rsidR="000D0621" w:rsidRPr="000D0621" w:rsidRDefault="584EA0EC" w:rsidP="4E08A087">
      <w:pPr>
        <w:rPr>
          <w:lang w:val="en-GB"/>
        </w:rPr>
      </w:pPr>
      <w:r w:rsidRPr="4E08A087">
        <w:rPr>
          <w:lang w:val="en-GB"/>
        </w:rPr>
        <w:t>5 = 101</w:t>
      </w:r>
    </w:p>
    <w:p w14:paraId="78AE43F8" w14:textId="77777777" w:rsidR="000D0621" w:rsidRPr="000D0621" w:rsidRDefault="584EA0EC" w:rsidP="4E08A087">
      <w:pPr>
        <w:rPr>
          <w:lang w:val="en-GB"/>
        </w:rPr>
      </w:pPr>
      <w:r w:rsidRPr="4E08A087">
        <w:rPr>
          <w:lang w:val="en-GB"/>
        </w:rPr>
        <w:t>Because:</w:t>
      </w:r>
    </w:p>
    <w:p w14:paraId="50727741" w14:textId="77777777" w:rsidR="000D0621" w:rsidRPr="000D0621" w:rsidRDefault="584EA0EC" w:rsidP="4E08A087">
      <w:pPr>
        <w:rPr>
          <w:lang w:val="en-GB"/>
        </w:rPr>
      </w:pPr>
      <w:r w:rsidRPr="4E08A087">
        <w:rPr>
          <w:lang w:val="en-GB"/>
        </w:rPr>
        <w:lastRenderedPageBreak/>
        <w:t>1×4 + 0×2 + 1×1</w:t>
      </w:r>
      <w:r w:rsidR="000D0621">
        <w:br/>
      </w:r>
      <w:r w:rsidRPr="4E08A087">
        <w:rPr>
          <w:lang w:val="en-GB"/>
        </w:rPr>
        <w:t>= 4 + 0 + 1</w:t>
      </w:r>
      <w:r w:rsidR="000D0621">
        <w:br/>
      </w:r>
      <w:r w:rsidRPr="4E08A087">
        <w:rPr>
          <w:lang w:val="en-GB"/>
        </w:rPr>
        <w:t>= 5</w:t>
      </w:r>
    </w:p>
    <w:p w14:paraId="5255E3AF" w14:textId="77777777" w:rsidR="000D0621" w:rsidRPr="000D0621" w:rsidRDefault="584EA0EC" w:rsidP="4E08A087">
      <w:pPr>
        <w:rPr>
          <w:lang w:val="en-GB"/>
        </w:rPr>
      </w:pPr>
      <w:r w:rsidRPr="4E08A087">
        <w:rPr>
          <w:lang w:val="en-GB"/>
        </w:rPr>
        <w:t>Binary is used for:</w:t>
      </w:r>
    </w:p>
    <w:p w14:paraId="440CA011" w14:textId="77777777" w:rsidR="000D0621" w:rsidRPr="000D0621" w:rsidRDefault="584EA0EC" w:rsidP="001D35E9">
      <w:pPr>
        <w:numPr>
          <w:ilvl w:val="0"/>
          <w:numId w:val="26"/>
        </w:numPr>
        <w:rPr>
          <w:lang w:val="en-GB"/>
        </w:rPr>
      </w:pPr>
      <w:r w:rsidRPr="4E08A087">
        <w:rPr>
          <w:lang w:val="en-GB"/>
        </w:rPr>
        <w:t>Data storage</w:t>
      </w:r>
    </w:p>
    <w:p w14:paraId="336590CE" w14:textId="77777777" w:rsidR="000D0621" w:rsidRPr="000D0621" w:rsidRDefault="584EA0EC" w:rsidP="001D35E9">
      <w:pPr>
        <w:numPr>
          <w:ilvl w:val="0"/>
          <w:numId w:val="26"/>
        </w:numPr>
        <w:rPr>
          <w:lang w:val="en-GB"/>
        </w:rPr>
      </w:pPr>
      <w:r w:rsidRPr="4E08A087">
        <w:rPr>
          <w:lang w:val="en-GB"/>
        </w:rPr>
        <w:t>Memory</w:t>
      </w:r>
    </w:p>
    <w:p w14:paraId="5A710680" w14:textId="77777777" w:rsidR="000D0621" w:rsidRPr="000D0621" w:rsidRDefault="584EA0EC" w:rsidP="001D35E9">
      <w:pPr>
        <w:numPr>
          <w:ilvl w:val="0"/>
          <w:numId w:val="26"/>
        </w:numPr>
        <w:rPr>
          <w:lang w:val="en-GB"/>
        </w:rPr>
      </w:pPr>
      <w:r w:rsidRPr="4E08A087">
        <w:rPr>
          <w:lang w:val="en-GB"/>
        </w:rPr>
        <w:t>Processing</w:t>
      </w:r>
    </w:p>
    <w:p w14:paraId="3D134A45" w14:textId="77777777" w:rsidR="000D0621" w:rsidRDefault="584EA0EC" w:rsidP="4E08A087">
      <w:pPr>
        <w:rPr>
          <w:lang w:val="en-GB"/>
        </w:rPr>
      </w:pPr>
      <w:r w:rsidRPr="4E08A087">
        <w:rPr>
          <w:lang w:val="en-GB"/>
        </w:rPr>
        <w:t>Every letter, image, video becomes binary.</w:t>
      </w:r>
    </w:p>
    <w:p w14:paraId="3D4CA4B3" w14:textId="1B286CC9" w:rsidR="005D16F5" w:rsidRPr="005D16F5" w:rsidRDefault="5CCE874E" w:rsidP="4E08A087">
      <w:pPr>
        <w:rPr>
          <w:b/>
          <w:bCs/>
          <w:lang w:val="en-GB"/>
        </w:rPr>
      </w:pPr>
      <w:r w:rsidRPr="4E08A087">
        <w:rPr>
          <w:b/>
          <w:bCs/>
          <w:lang w:val="en-GB"/>
        </w:rPr>
        <w:t xml:space="preserve">Hexadecimal Numbers </w:t>
      </w:r>
    </w:p>
    <w:p w14:paraId="40573D92" w14:textId="77777777" w:rsidR="005D16F5" w:rsidRPr="005D16F5" w:rsidRDefault="5CCE874E" w:rsidP="4E08A087">
      <w:pPr>
        <w:rPr>
          <w:lang w:val="en-GB"/>
        </w:rPr>
      </w:pPr>
      <w:r w:rsidRPr="4E08A087">
        <w:rPr>
          <w:lang w:val="en-GB"/>
        </w:rPr>
        <w:t>Hexadecimal uses:</w:t>
      </w:r>
    </w:p>
    <w:p w14:paraId="6DE1DC02" w14:textId="77777777" w:rsidR="005D16F5" w:rsidRPr="005D16F5" w:rsidRDefault="5CCE874E" w:rsidP="4E08A087">
      <w:pPr>
        <w:rPr>
          <w:lang w:val="en-GB"/>
        </w:rPr>
      </w:pPr>
      <w:r w:rsidRPr="4E08A087">
        <w:rPr>
          <w:lang w:val="en-GB"/>
        </w:rPr>
        <w:t>0–9 and A–F</w:t>
      </w:r>
    </w:p>
    <w:p w14:paraId="0CC22DFE" w14:textId="77777777" w:rsidR="005D16F5" w:rsidRPr="005D16F5" w:rsidRDefault="5CCE874E" w:rsidP="4E08A087">
      <w:pPr>
        <w:rPr>
          <w:lang w:val="en-GB"/>
        </w:rPr>
      </w:pPr>
      <w:r w:rsidRPr="4E08A087">
        <w:rPr>
          <w:lang w:val="en-GB"/>
        </w:rPr>
        <w:t>A = 10</w:t>
      </w:r>
      <w:r w:rsidR="005D16F5">
        <w:br/>
      </w:r>
      <w:r w:rsidRPr="4E08A087">
        <w:rPr>
          <w:lang w:val="en-GB"/>
        </w:rPr>
        <w:t>B = 11</w:t>
      </w:r>
      <w:r w:rsidR="005D16F5">
        <w:br/>
      </w:r>
      <w:r w:rsidRPr="4E08A087">
        <w:rPr>
          <w:lang w:val="en-GB"/>
        </w:rPr>
        <w:t>C = 12</w:t>
      </w:r>
      <w:r w:rsidR="005D16F5">
        <w:br/>
      </w:r>
      <w:r w:rsidRPr="4E08A087">
        <w:rPr>
          <w:lang w:val="en-GB"/>
        </w:rPr>
        <w:t>D = 13</w:t>
      </w:r>
      <w:r w:rsidR="005D16F5">
        <w:br/>
      </w:r>
      <w:r w:rsidRPr="4E08A087">
        <w:rPr>
          <w:lang w:val="en-GB"/>
        </w:rPr>
        <w:t>E = 14</w:t>
      </w:r>
      <w:r w:rsidR="005D16F5">
        <w:br/>
      </w:r>
      <w:r w:rsidRPr="4E08A087">
        <w:rPr>
          <w:lang w:val="en-GB"/>
        </w:rPr>
        <w:t>F = 15</w:t>
      </w:r>
    </w:p>
    <w:p w14:paraId="106B2718" w14:textId="77777777" w:rsidR="005D16F5" w:rsidRPr="005D16F5" w:rsidRDefault="5CCE874E" w:rsidP="4E08A087">
      <w:pPr>
        <w:rPr>
          <w:lang w:val="en-GB"/>
        </w:rPr>
      </w:pPr>
      <w:r w:rsidRPr="4E08A087">
        <w:rPr>
          <w:lang w:val="en-GB"/>
        </w:rPr>
        <w:t>Hexadecimal is shorter than binary.</w:t>
      </w:r>
    </w:p>
    <w:p w14:paraId="79C77192" w14:textId="77777777" w:rsidR="005D16F5" w:rsidRPr="005D16F5" w:rsidRDefault="5CCE874E" w:rsidP="4E08A087">
      <w:pPr>
        <w:rPr>
          <w:lang w:val="en-GB"/>
        </w:rPr>
      </w:pPr>
      <w:r w:rsidRPr="4E08A087">
        <w:rPr>
          <w:lang w:val="en-GB"/>
        </w:rPr>
        <w:t>Example:</w:t>
      </w:r>
    </w:p>
    <w:p w14:paraId="735CF488" w14:textId="77777777" w:rsidR="005D16F5" w:rsidRPr="005D16F5" w:rsidRDefault="5CCE874E" w:rsidP="4E08A087">
      <w:pPr>
        <w:rPr>
          <w:lang w:val="en-GB"/>
        </w:rPr>
      </w:pPr>
      <w:r w:rsidRPr="4E08A087">
        <w:rPr>
          <w:lang w:val="en-GB"/>
        </w:rPr>
        <w:t>Binary: 11111111</w:t>
      </w:r>
      <w:r w:rsidR="005D16F5">
        <w:br/>
      </w:r>
      <w:r w:rsidRPr="4E08A087">
        <w:rPr>
          <w:lang w:val="en-GB"/>
        </w:rPr>
        <w:t>Hexadecimal: FF</w:t>
      </w:r>
    </w:p>
    <w:p w14:paraId="501E0768" w14:textId="77777777" w:rsidR="005D16F5" w:rsidRPr="005D16F5" w:rsidRDefault="5CCE874E" w:rsidP="4E08A087">
      <w:pPr>
        <w:rPr>
          <w:lang w:val="en-GB"/>
        </w:rPr>
      </w:pPr>
      <w:r w:rsidRPr="4E08A087">
        <w:rPr>
          <w:lang w:val="en-GB"/>
        </w:rPr>
        <w:t>Much easier to read.</w:t>
      </w:r>
    </w:p>
    <w:p w14:paraId="2B0F0051" w14:textId="77777777" w:rsidR="005D16F5" w:rsidRPr="005D16F5" w:rsidRDefault="5CCE874E" w:rsidP="4E08A087">
      <w:pPr>
        <w:rPr>
          <w:lang w:val="en-GB"/>
        </w:rPr>
      </w:pPr>
      <w:r w:rsidRPr="4E08A087">
        <w:rPr>
          <w:lang w:val="en-GB"/>
        </w:rPr>
        <w:t>Used in:</w:t>
      </w:r>
    </w:p>
    <w:p w14:paraId="798BED9A" w14:textId="77777777" w:rsidR="005D16F5" w:rsidRPr="005D16F5" w:rsidRDefault="5CCE874E" w:rsidP="001D35E9">
      <w:pPr>
        <w:numPr>
          <w:ilvl w:val="0"/>
          <w:numId w:val="27"/>
        </w:numPr>
        <w:rPr>
          <w:lang w:val="en-GB"/>
        </w:rPr>
      </w:pPr>
      <w:r w:rsidRPr="4E08A087">
        <w:rPr>
          <w:lang w:val="en-GB"/>
        </w:rPr>
        <w:t>Memory addresses</w:t>
      </w:r>
    </w:p>
    <w:p w14:paraId="08272668" w14:textId="77777777" w:rsidR="005D16F5" w:rsidRPr="005D16F5" w:rsidRDefault="5CCE874E" w:rsidP="001D35E9">
      <w:pPr>
        <w:numPr>
          <w:ilvl w:val="0"/>
          <w:numId w:val="27"/>
        </w:numPr>
        <w:rPr>
          <w:lang w:val="en-GB"/>
        </w:rPr>
      </w:pPr>
      <w:r w:rsidRPr="4E08A087">
        <w:rPr>
          <w:lang w:val="en-GB"/>
        </w:rPr>
        <w:t>Web colour codes (#FF0000 = Red)</w:t>
      </w:r>
    </w:p>
    <w:p w14:paraId="1B9221AA" w14:textId="77777777" w:rsidR="0027724A" w:rsidRDefault="5CCE874E" w:rsidP="001D35E9">
      <w:pPr>
        <w:numPr>
          <w:ilvl w:val="0"/>
          <w:numId w:val="27"/>
        </w:numPr>
        <w:rPr>
          <w:lang w:val="en-GB"/>
        </w:rPr>
      </w:pPr>
      <w:r w:rsidRPr="4E08A087">
        <w:rPr>
          <w:lang w:val="en-GB"/>
        </w:rPr>
        <w:t>Programming</w:t>
      </w:r>
    </w:p>
    <w:p w14:paraId="0D8E9B1F" w14:textId="0B717B41" w:rsidR="0027724A" w:rsidRPr="0027724A" w:rsidRDefault="5D6C4316" w:rsidP="4E08A087">
      <w:pPr>
        <w:rPr>
          <w:lang w:val="en-GB"/>
        </w:rPr>
      </w:pPr>
      <w:r w:rsidRPr="4E08A087">
        <w:rPr>
          <w:b/>
          <w:bCs/>
          <w:lang w:val="en-GB"/>
        </w:rPr>
        <w:t>Why Number Representation is Important</w:t>
      </w:r>
    </w:p>
    <w:p w14:paraId="32E1A57E" w14:textId="77777777" w:rsidR="0027724A" w:rsidRPr="0027724A" w:rsidRDefault="5D6C4316" w:rsidP="4E08A087">
      <w:pPr>
        <w:ind w:left="720"/>
        <w:rPr>
          <w:lang w:val="en-GB"/>
        </w:rPr>
      </w:pPr>
      <w:r w:rsidRPr="4E08A087">
        <w:rPr>
          <w:lang w:val="en-GB"/>
        </w:rPr>
        <w:t>If numbers are stored wrongly:</w:t>
      </w:r>
    </w:p>
    <w:p w14:paraId="15969337" w14:textId="77777777" w:rsidR="0027724A" w:rsidRPr="0027724A" w:rsidRDefault="5D6C4316" w:rsidP="001D35E9">
      <w:pPr>
        <w:numPr>
          <w:ilvl w:val="0"/>
          <w:numId w:val="28"/>
        </w:numPr>
        <w:rPr>
          <w:lang w:val="en-GB"/>
        </w:rPr>
      </w:pPr>
      <w:r w:rsidRPr="4E08A087">
        <w:rPr>
          <w:lang w:val="en-GB"/>
        </w:rPr>
        <w:t>Calculations become incorrect</w:t>
      </w:r>
    </w:p>
    <w:p w14:paraId="4C9A608C" w14:textId="77777777" w:rsidR="0027724A" w:rsidRPr="0027724A" w:rsidRDefault="5D6C4316" w:rsidP="001D35E9">
      <w:pPr>
        <w:numPr>
          <w:ilvl w:val="0"/>
          <w:numId w:val="28"/>
        </w:numPr>
        <w:rPr>
          <w:lang w:val="en-GB"/>
        </w:rPr>
      </w:pPr>
      <w:r w:rsidRPr="4E08A087">
        <w:rPr>
          <w:lang w:val="en-GB"/>
        </w:rPr>
        <w:lastRenderedPageBreak/>
        <w:t>Systems crash</w:t>
      </w:r>
    </w:p>
    <w:p w14:paraId="5976C435" w14:textId="77777777" w:rsidR="0027724A" w:rsidRPr="0027724A" w:rsidRDefault="5D6C4316" w:rsidP="001D35E9">
      <w:pPr>
        <w:numPr>
          <w:ilvl w:val="0"/>
          <w:numId w:val="28"/>
        </w:numPr>
        <w:rPr>
          <w:lang w:val="en-GB"/>
        </w:rPr>
      </w:pPr>
      <w:r w:rsidRPr="4E08A087">
        <w:rPr>
          <w:lang w:val="en-GB"/>
        </w:rPr>
        <w:t>Data becomes corrupted</w:t>
      </w:r>
    </w:p>
    <w:p w14:paraId="3C520DEE" w14:textId="77777777" w:rsidR="0027724A" w:rsidRPr="0027724A" w:rsidRDefault="5D6C4316" w:rsidP="4E08A087">
      <w:pPr>
        <w:ind w:left="720"/>
        <w:rPr>
          <w:lang w:val="en-GB"/>
        </w:rPr>
      </w:pPr>
      <w:r w:rsidRPr="4E08A087">
        <w:rPr>
          <w:lang w:val="en-GB"/>
        </w:rPr>
        <w:t>Correct number representation ensures:</w:t>
      </w:r>
    </w:p>
    <w:p w14:paraId="32ED33C9" w14:textId="77777777" w:rsidR="0027724A" w:rsidRPr="0027724A" w:rsidRDefault="5D6C4316" w:rsidP="001D35E9">
      <w:pPr>
        <w:numPr>
          <w:ilvl w:val="0"/>
          <w:numId w:val="29"/>
        </w:numPr>
        <w:rPr>
          <w:lang w:val="en-GB"/>
        </w:rPr>
      </w:pPr>
      <w:r w:rsidRPr="4E08A087">
        <w:rPr>
          <w:lang w:val="en-GB"/>
        </w:rPr>
        <w:t>Accuracy</w:t>
      </w:r>
    </w:p>
    <w:p w14:paraId="50E87511" w14:textId="77777777" w:rsidR="0027724A" w:rsidRPr="0027724A" w:rsidRDefault="5D6C4316" w:rsidP="001D35E9">
      <w:pPr>
        <w:numPr>
          <w:ilvl w:val="0"/>
          <w:numId w:val="29"/>
        </w:numPr>
        <w:rPr>
          <w:lang w:val="en-GB"/>
        </w:rPr>
      </w:pPr>
      <w:r w:rsidRPr="4E08A087">
        <w:rPr>
          <w:lang w:val="en-GB"/>
        </w:rPr>
        <w:t>Efficiency</w:t>
      </w:r>
    </w:p>
    <w:p w14:paraId="00DFFF39" w14:textId="77777777" w:rsidR="0027724A" w:rsidRPr="0027724A" w:rsidRDefault="5D6C4316" w:rsidP="001D35E9">
      <w:pPr>
        <w:numPr>
          <w:ilvl w:val="0"/>
          <w:numId w:val="29"/>
        </w:numPr>
        <w:rPr>
          <w:lang w:val="en-GB"/>
        </w:rPr>
      </w:pPr>
      <w:r w:rsidRPr="4E08A087">
        <w:rPr>
          <w:lang w:val="en-GB"/>
        </w:rPr>
        <w:t>Speed</w:t>
      </w:r>
    </w:p>
    <w:p w14:paraId="2C4ECC5B" w14:textId="77777777" w:rsidR="0027724A" w:rsidRPr="0027724A" w:rsidRDefault="5D6C4316" w:rsidP="4E08A087">
      <w:pPr>
        <w:ind w:left="720"/>
        <w:rPr>
          <w:lang w:val="en-GB"/>
        </w:rPr>
      </w:pPr>
      <w:r w:rsidRPr="4E08A087">
        <w:rPr>
          <w:lang w:val="en-GB"/>
        </w:rPr>
        <w:t>For example:</w:t>
      </w:r>
    </w:p>
    <w:p w14:paraId="66027DB3" w14:textId="77777777" w:rsidR="0027724A" w:rsidRPr="0027724A" w:rsidRDefault="5D6C4316" w:rsidP="4E08A087">
      <w:pPr>
        <w:ind w:left="720"/>
        <w:rPr>
          <w:lang w:val="en-GB"/>
        </w:rPr>
      </w:pPr>
      <w:r w:rsidRPr="4E08A087">
        <w:rPr>
          <w:lang w:val="en-GB"/>
        </w:rPr>
        <w:t>1 KB = 1024 bytes</w:t>
      </w:r>
      <w:r w:rsidR="0027724A">
        <w:br/>
      </w:r>
      <w:r w:rsidRPr="4E08A087">
        <w:rPr>
          <w:lang w:val="en-GB"/>
        </w:rPr>
        <w:t>Because 1024 = 2¹⁰</w:t>
      </w:r>
    </w:p>
    <w:p w14:paraId="089D1BAD" w14:textId="77777777" w:rsidR="0027724A" w:rsidRDefault="5D6C4316" w:rsidP="4E08A087">
      <w:pPr>
        <w:ind w:left="720"/>
        <w:rPr>
          <w:lang w:val="en-GB"/>
        </w:rPr>
      </w:pPr>
      <w:r w:rsidRPr="4E08A087">
        <w:rPr>
          <w:lang w:val="en-GB"/>
        </w:rPr>
        <w:t>This is power of two.</w:t>
      </w:r>
    </w:p>
    <w:p w14:paraId="4D3069A3" w14:textId="4EE316D0" w:rsidR="0027724A" w:rsidRPr="0027724A" w:rsidRDefault="0067416A" w:rsidP="4E08A087">
      <w:pPr>
        <w:ind w:left="720"/>
        <w:rPr>
          <w:lang w:val="en-GB"/>
        </w:rPr>
      </w:pPr>
      <w:r>
        <w:rPr>
          <w:lang w:val="en-GB"/>
        </w:rPr>
        <w:tab/>
      </w:r>
    </w:p>
    <w:p w14:paraId="13E86916" w14:textId="77777777" w:rsidR="005D16F5" w:rsidRPr="005D16F5" w:rsidRDefault="005D16F5" w:rsidP="4E08A087">
      <w:pPr>
        <w:ind w:left="720"/>
        <w:rPr>
          <w:lang w:val="en-GB"/>
        </w:rPr>
      </w:pPr>
    </w:p>
    <w:p w14:paraId="63B3FF41" w14:textId="77777777" w:rsidR="000D0621" w:rsidRPr="000D0621" w:rsidRDefault="000D0621" w:rsidP="4E08A087">
      <w:pPr>
        <w:rPr>
          <w:lang w:val="en-GB"/>
        </w:rPr>
      </w:pPr>
    </w:p>
    <w:p w14:paraId="50BE8499" w14:textId="77777777" w:rsidR="00B20CD4" w:rsidRDefault="00B20CD4" w:rsidP="4E08A087"/>
    <w:p w14:paraId="6B3DA112" w14:textId="77777777" w:rsidR="00DD41B1" w:rsidRDefault="00874857" w:rsidP="4E08A087">
      <w:r w:rsidRPr="4E08A087">
        <w:br w:type="page"/>
      </w:r>
    </w:p>
    <w:p w14:paraId="365922EE" w14:textId="77777777" w:rsidR="00DD41B1" w:rsidRDefault="1484F464" w:rsidP="4E08A087">
      <w:pPr>
        <w:pStyle w:val="Heading1"/>
        <w:rPr>
          <w:sz w:val="22"/>
          <w:szCs w:val="22"/>
        </w:rPr>
      </w:pPr>
      <w:r w:rsidRPr="4E08A087">
        <w:rPr>
          <w:sz w:val="22"/>
          <w:szCs w:val="22"/>
        </w:rPr>
        <w:lastRenderedPageBreak/>
        <w:t>4. Binary and Hexadecimal Number Systems</w:t>
      </w:r>
    </w:p>
    <w:p w14:paraId="6D1170CB" w14:textId="77777777" w:rsidR="00082922" w:rsidRDefault="00874857" w:rsidP="4E08A087">
      <w:r>
        <w:br/>
      </w:r>
      <w:r w:rsidR="26E261B3" w:rsidRPr="4E08A087">
        <w:t>Introduction to Binary and Its Role in Computing</w:t>
      </w:r>
    </w:p>
    <w:p w14:paraId="724DF703" w14:textId="77777777" w:rsidR="00082922" w:rsidRPr="00082922" w:rsidRDefault="26E261B3" w:rsidP="4E08A087">
      <w:pPr>
        <w:rPr>
          <w:lang w:val="en-GB"/>
        </w:rPr>
      </w:pPr>
      <w:r w:rsidRPr="4E08A087">
        <w:rPr>
          <w:lang w:val="en-GB"/>
        </w:rPr>
        <w:t>Binary is the main number system used in computers. It is called base-2 because it only uses two numbers:</w:t>
      </w:r>
    </w:p>
    <w:p w14:paraId="340A29B9" w14:textId="77777777" w:rsidR="00082922" w:rsidRPr="00082922" w:rsidRDefault="26E261B3" w:rsidP="4E08A087">
      <w:pPr>
        <w:rPr>
          <w:lang w:val="en-GB"/>
        </w:rPr>
      </w:pPr>
      <w:r w:rsidRPr="4E08A087">
        <w:rPr>
          <w:lang w:val="en-GB"/>
        </w:rPr>
        <w:t>0 and 1</w:t>
      </w:r>
    </w:p>
    <w:p w14:paraId="04EF6CF6" w14:textId="77777777" w:rsidR="00082922" w:rsidRPr="00082922" w:rsidRDefault="26E261B3" w:rsidP="4E08A087">
      <w:pPr>
        <w:rPr>
          <w:lang w:val="en-GB"/>
        </w:rPr>
      </w:pPr>
      <w:r w:rsidRPr="4E08A087">
        <w:rPr>
          <w:lang w:val="en-GB"/>
        </w:rPr>
        <w:t>Computers use binary because inside a computer there are electronic circuits. These circuits only understand two states:</w:t>
      </w:r>
    </w:p>
    <w:p w14:paraId="7033C92B" w14:textId="77777777" w:rsidR="00082922" w:rsidRPr="00082922" w:rsidRDefault="26E261B3" w:rsidP="4E08A087">
      <w:pPr>
        <w:rPr>
          <w:lang w:val="en-GB"/>
        </w:rPr>
      </w:pPr>
      <w:r w:rsidRPr="4E08A087">
        <w:rPr>
          <w:lang w:val="en-GB"/>
        </w:rPr>
        <w:t>• ON</w:t>
      </w:r>
      <w:r w:rsidR="00082922">
        <w:br/>
      </w:r>
      <w:r w:rsidRPr="4E08A087">
        <w:rPr>
          <w:lang w:val="en-GB"/>
        </w:rPr>
        <w:t>• OFF</w:t>
      </w:r>
    </w:p>
    <w:p w14:paraId="0DB9727B" w14:textId="77777777" w:rsidR="00082922" w:rsidRPr="00082922" w:rsidRDefault="26E261B3" w:rsidP="4E08A087">
      <w:pPr>
        <w:rPr>
          <w:lang w:val="en-GB"/>
        </w:rPr>
      </w:pPr>
      <w:r w:rsidRPr="4E08A087">
        <w:rPr>
          <w:lang w:val="en-GB"/>
        </w:rPr>
        <w:t>ON is written as 1</w:t>
      </w:r>
      <w:r w:rsidR="00082922">
        <w:br/>
      </w:r>
      <w:r w:rsidRPr="4E08A087">
        <w:rPr>
          <w:lang w:val="en-GB"/>
        </w:rPr>
        <w:t>OFF is written as 0</w:t>
      </w:r>
    </w:p>
    <w:p w14:paraId="1E6995E7" w14:textId="77777777" w:rsidR="00082922" w:rsidRPr="00082922" w:rsidRDefault="26E261B3" w:rsidP="4E08A087">
      <w:pPr>
        <w:rPr>
          <w:lang w:val="en-GB"/>
        </w:rPr>
      </w:pPr>
      <w:r w:rsidRPr="4E08A087">
        <w:rPr>
          <w:lang w:val="en-GB"/>
        </w:rPr>
        <w:t>Because of this, everything in a computer becomes 0s and 1s.</w:t>
      </w:r>
    </w:p>
    <w:p w14:paraId="53A881C1" w14:textId="77777777" w:rsidR="00082922" w:rsidRPr="00082922" w:rsidRDefault="26E261B3" w:rsidP="4E08A087">
      <w:pPr>
        <w:rPr>
          <w:lang w:val="en-GB"/>
        </w:rPr>
      </w:pPr>
      <w:r w:rsidRPr="4E08A087">
        <w:rPr>
          <w:lang w:val="en-GB"/>
        </w:rPr>
        <w:t>For example:</w:t>
      </w:r>
    </w:p>
    <w:p w14:paraId="0286A3DB" w14:textId="77777777" w:rsidR="00082922" w:rsidRPr="00082922" w:rsidRDefault="26E261B3" w:rsidP="4E08A087">
      <w:pPr>
        <w:rPr>
          <w:lang w:val="en-GB"/>
        </w:rPr>
      </w:pPr>
      <w:r w:rsidRPr="4E08A087">
        <w:rPr>
          <w:lang w:val="en-GB"/>
        </w:rPr>
        <w:t>When you type your name on a keyboard, the computer does not store the letters directly. It changes them into binary code.</w:t>
      </w:r>
    </w:p>
    <w:p w14:paraId="0248BAC4" w14:textId="77777777" w:rsidR="00082922" w:rsidRPr="00082922" w:rsidRDefault="26E261B3" w:rsidP="4E08A087">
      <w:pPr>
        <w:rPr>
          <w:lang w:val="en-GB"/>
        </w:rPr>
      </w:pPr>
      <w:r w:rsidRPr="4E08A087">
        <w:rPr>
          <w:lang w:val="en-GB"/>
        </w:rPr>
        <w:t>Even pictures, music, and videos are stored in binary form.</w:t>
      </w:r>
    </w:p>
    <w:p w14:paraId="1F2DBBCD" w14:textId="77777777" w:rsidR="00146368" w:rsidRPr="00146368" w:rsidRDefault="618D1D71" w:rsidP="4E08A087">
      <w:pPr>
        <w:rPr>
          <w:b/>
          <w:bCs/>
          <w:lang w:val="en-GB"/>
        </w:rPr>
      </w:pPr>
      <w:r w:rsidRPr="4E08A087">
        <w:rPr>
          <w:b/>
          <w:bCs/>
          <w:lang w:val="en-GB"/>
        </w:rPr>
        <w:t>How Binary Works</w:t>
      </w:r>
    </w:p>
    <w:p w14:paraId="388A71E1" w14:textId="77777777" w:rsidR="00146368" w:rsidRPr="00146368" w:rsidRDefault="618D1D71" w:rsidP="4E08A087">
      <w:pPr>
        <w:rPr>
          <w:lang w:val="en-GB"/>
        </w:rPr>
      </w:pPr>
      <w:r w:rsidRPr="4E08A087">
        <w:rPr>
          <w:lang w:val="en-GB"/>
        </w:rPr>
        <w:t>Binary uses powers of 2.</w:t>
      </w:r>
    </w:p>
    <w:p w14:paraId="323F8660" w14:textId="77777777" w:rsidR="00146368" w:rsidRPr="00146368" w:rsidRDefault="618D1D71" w:rsidP="4E08A087">
      <w:pPr>
        <w:rPr>
          <w:lang w:val="en-GB"/>
        </w:rPr>
      </w:pPr>
      <w:r w:rsidRPr="4E08A087">
        <w:rPr>
          <w:lang w:val="en-GB"/>
        </w:rPr>
        <w:t>Each position in a binary number has a value.</w:t>
      </w:r>
    </w:p>
    <w:p w14:paraId="4A12EF36" w14:textId="77777777" w:rsidR="00146368" w:rsidRPr="00146368" w:rsidRDefault="618D1D71" w:rsidP="4E08A087">
      <w:pPr>
        <w:rPr>
          <w:lang w:val="en-GB"/>
        </w:rPr>
      </w:pPr>
      <w:r w:rsidRPr="4E08A087">
        <w:rPr>
          <w:lang w:val="en-GB"/>
        </w:rPr>
        <w:t>Example:</w:t>
      </w:r>
    </w:p>
    <w:p w14:paraId="536FB864" w14:textId="77777777" w:rsidR="00146368" w:rsidRPr="00146368" w:rsidRDefault="618D1D71" w:rsidP="4E08A087">
      <w:pPr>
        <w:rPr>
          <w:lang w:val="en-GB"/>
        </w:rPr>
      </w:pPr>
      <w:r w:rsidRPr="4E08A087">
        <w:rPr>
          <w:lang w:val="en-GB"/>
        </w:rPr>
        <w:t>Binary number: 10110</w:t>
      </w:r>
    </w:p>
    <w:p w14:paraId="0001C300" w14:textId="77777777" w:rsidR="00146368" w:rsidRPr="00146368" w:rsidRDefault="618D1D71" w:rsidP="4E08A087">
      <w:pPr>
        <w:rPr>
          <w:lang w:val="en-GB"/>
        </w:rPr>
      </w:pPr>
      <w:r w:rsidRPr="4E08A087">
        <w:rPr>
          <w:lang w:val="en-GB"/>
        </w:rPr>
        <w:t>From right to left:</w:t>
      </w:r>
    </w:p>
    <w:p w14:paraId="5EA29557" w14:textId="77777777" w:rsidR="00146368" w:rsidRPr="00146368" w:rsidRDefault="618D1D71" w:rsidP="4E08A087">
      <w:pPr>
        <w:rPr>
          <w:lang w:val="en-GB"/>
        </w:rPr>
      </w:pPr>
      <w:r w:rsidRPr="4E08A087">
        <w:rPr>
          <w:lang w:val="en-GB"/>
        </w:rPr>
        <w:t>2⁰ = 1</w:t>
      </w:r>
      <w:r w:rsidR="00146368">
        <w:br/>
      </w:r>
      <w:r w:rsidRPr="4E08A087">
        <w:rPr>
          <w:lang w:val="en-GB"/>
        </w:rPr>
        <w:t>2¹ = 2</w:t>
      </w:r>
      <w:r w:rsidR="00146368">
        <w:br/>
      </w:r>
      <w:r w:rsidRPr="4E08A087">
        <w:rPr>
          <w:lang w:val="en-GB"/>
        </w:rPr>
        <w:t>2² = 4</w:t>
      </w:r>
      <w:r w:rsidR="00146368">
        <w:br/>
      </w:r>
      <w:r w:rsidRPr="4E08A087">
        <w:rPr>
          <w:lang w:val="en-GB"/>
        </w:rPr>
        <w:t>2³ = 8</w:t>
      </w:r>
      <w:r w:rsidR="00146368">
        <w:br/>
      </w:r>
      <w:r w:rsidRPr="4E08A087">
        <w:rPr>
          <w:lang w:val="en-GB"/>
        </w:rPr>
        <w:t>2⁴ = 16</w:t>
      </w:r>
    </w:p>
    <w:p w14:paraId="1E48093E" w14:textId="77777777" w:rsidR="00146368" w:rsidRPr="00146368" w:rsidRDefault="618D1D71" w:rsidP="4E08A087">
      <w:pPr>
        <w:rPr>
          <w:lang w:val="en-GB"/>
        </w:rPr>
      </w:pPr>
      <w:r w:rsidRPr="4E08A087">
        <w:rPr>
          <w:lang w:val="en-GB"/>
        </w:rPr>
        <w:t>Now calculate:</w:t>
      </w:r>
    </w:p>
    <w:p w14:paraId="4C9760AC" w14:textId="77777777" w:rsidR="00146368" w:rsidRPr="00146368" w:rsidRDefault="618D1D71" w:rsidP="4E08A087">
      <w:pPr>
        <w:rPr>
          <w:lang w:val="en-GB"/>
        </w:rPr>
      </w:pPr>
      <w:r w:rsidRPr="4E08A087">
        <w:rPr>
          <w:lang w:val="en-GB"/>
        </w:rPr>
        <w:lastRenderedPageBreak/>
        <w:t>1×16 + 0×8 + 1×4 + 1×2 + 0×1</w:t>
      </w:r>
      <w:r w:rsidR="00146368">
        <w:br/>
      </w:r>
      <w:r w:rsidRPr="4E08A087">
        <w:rPr>
          <w:lang w:val="en-GB"/>
        </w:rPr>
        <w:t>= 16 + 4 + 2</w:t>
      </w:r>
      <w:r w:rsidR="00146368">
        <w:br/>
      </w:r>
      <w:r w:rsidRPr="4E08A087">
        <w:rPr>
          <w:lang w:val="en-GB"/>
        </w:rPr>
        <w:t>= 22</w:t>
      </w:r>
    </w:p>
    <w:p w14:paraId="66647575" w14:textId="77777777" w:rsidR="00146368" w:rsidRPr="00146368" w:rsidRDefault="618D1D71" w:rsidP="4E08A087">
      <w:pPr>
        <w:rPr>
          <w:lang w:val="en-GB"/>
        </w:rPr>
      </w:pPr>
      <w:r w:rsidRPr="4E08A087">
        <w:rPr>
          <w:lang w:val="en-GB"/>
        </w:rPr>
        <w:t>So:</w:t>
      </w:r>
    </w:p>
    <w:p w14:paraId="36FAF494" w14:textId="77777777" w:rsidR="00146368" w:rsidRPr="00146368" w:rsidRDefault="618D1D71" w:rsidP="4E08A087">
      <w:pPr>
        <w:rPr>
          <w:lang w:val="en-GB"/>
        </w:rPr>
      </w:pPr>
      <w:r w:rsidRPr="4E08A087">
        <w:rPr>
          <w:lang w:val="en-GB"/>
        </w:rPr>
        <w:t>10110₂ = 22₁₀</w:t>
      </w:r>
    </w:p>
    <w:p w14:paraId="54859AE5" w14:textId="77777777" w:rsidR="00146368" w:rsidRPr="00146368" w:rsidRDefault="618D1D71" w:rsidP="4E08A087">
      <w:pPr>
        <w:rPr>
          <w:lang w:val="en-GB"/>
        </w:rPr>
      </w:pPr>
      <w:r w:rsidRPr="4E08A087">
        <w:rPr>
          <w:lang w:val="en-GB"/>
        </w:rPr>
        <w:t>This shows how binary numbers change into decimal numbers.</w:t>
      </w:r>
    </w:p>
    <w:p w14:paraId="49638A3E" w14:textId="77777777" w:rsidR="00146368" w:rsidRPr="00146368" w:rsidRDefault="618D1D71" w:rsidP="4E08A087">
      <w:pPr>
        <w:rPr>
          <w:b/>
          <w:bCs/>
          <w:lang w:val="en-GB"/>
        </w:rPr>
      </w:pPr>
      <w:r w:rsidRPr="4E08A087">
        <w:rPr>
          <w:b/>
          <w:bCs/>
          <w:lang w:val="en-GB"/>
        </w:rPr>
        <w:t>Why Binary Is Important</w:t>
      </w:r>
    </w:p>
    <w:p w14:paraId="0ABB3A61" w14:textId="77777777" w:rsidR="00146368" w:rsidRPr="00146368" w:rsidRDefault="618D1D71" w:rsidP="4E08A087">
      <w:pPr>
        <w:rPr>
          <w:lang w:val="en-GB"/>
        </w:rPr>
      </w:pPr>
      <w:r w:rsidRPr="4E08A087">
        <w:rPr>
          <w:lang w:val="en-GB"/>
        </w:rPr>
        <w:t>Binary is important because:</w:t>
      </w:r>
    </w:p>
    <w:p w14:paraId="4BBB4426" w14:textId="77777777" w:rsidR="00146368" w:rsidRPr="00146368" w:rsidRDefault="618D1D71" w:rsidP="4E08A087">
      <w:pPr>
        <w:rPr>
          <w:lang w:val="en-GB"/>
        </w:rPr>
      </w:pPr>
      <w:r w:rsidRPr="4E08A087">
        <w:rPr>
          <w:lang w:val="en-GB"/>
        </w:rPr>
        <w:t>• It stores data</w:t>
      </w:r>
      <w:r w:rsidR="00146368">
        <w:br/>
      </w:r>
      <w:r w:rsidRPr="4E08A087">
        <w:rPr>
          <w:lang w:val="en-GB"/>
        </w:rPr>
        <w:t>• It allows calculations</w:t>
      </w:r>
      <w:r w:rsidR="00146368">
        <w:br/>
      </w:r>
      <w:r w:rsidRPr="4E08A087">
        <w:rPr>
          <w:lang w:val="en-GB"/>
        </w:rPr>
        <w:t>• It runs programs</w:t>
      </w:r>
      <w:r w:rsidR="00146368">
        <w:br/>
      </w:r>
      <w:r w:rsidRPr="4E08A087">
        <w:rPr>
          <w:lang w:val="en-GB"/>
        </w:rPr>
        <w:t>• It controls hardware</w:t>
      </w:r>
    </w:p>
    <w:p w14:paraId="6A324663" w14:textId="77777777" w:rsidR="00146368" w:rsidRPr="00146368" w:rsidRDefault="618D1D71" w:rsidP="4E08A087">
      <w:pPr>
        <w:rPr>
          <w:lang w:val="en-GB"/>
        </w:rPr>
      </w:pPr>
      <w:r w:rsidRPr="4E08A087">
        <w:rPr>
          <w:lang w:val="en-GB"/>
        </w:rPr>
        <w:t>For example, in an 8-bit system:</w:t>
      </w:r>
    </w:p>
    <w:p w14:paraId="25C322FA" w14:textId="77777777" w:rsidR="00146368" w:rsidRPr="00146368" w:rsidRDefault="618D1D71" w:rsidP="4E08A087">
      <w:pPr>
        <w:rPr>
          <w:lang w:val="en-GB"/>
        </w:rPr>
      </w:pPr>
      <w:r w:rsidRPr="4E08A087">
        <w:rPr>
          <w:lang w:val="en-GB"/>
        </w:rPr>
        <w:t>Maximum number = 2⁸ − 1</w:t>
      </w:r>
      <w:r w:rsidR="00146368">
        <w:br/>
      </w:r>
      <w:r w:rsidRPr="4E08A087">
        <w:rPr>
          <w:lang w:val="en-GB"/>
        </w:rPr>
        <w:t>= 255</w:t>
      </w:r>
    </w:p>
    <w:p w14:paraId="4A219096" w14:textId="77777777" w:rsidR="00146368" w:rsidRPr="00146368" w:rsidRDefault="618D1D71" w:rsidP="4E08A087">
      <w:pPr>
        <w:rPr>
          <w:lang w:val="en-GB"/>
        </w:rPr>
      </w:pPr>
      <w:r w:rsidRPr="4E08A087">
        <w:rPr>
          <w:lang w:val="en-GB"/>
        </w:rPr>
        <w:t>That is why colours in RGB go from 0 to 255.</w:t>
      </w:r>
    </w:p>
    <w:p w14:paraId="6E1A1849" w14:textId="77777777" w:rsidR="00163840" w:rsidRPr="00163840" w:rsidRDefault="72760291" w:rsidP="4E08A087">
      <w:pPr>
        <w:rPr>
          <w:b/>
          <w:bCs/>
          <w:lang w:val="en-GB"/>
        </w:rPr>
      </w:pPr>
      <w:r w:rsidRPr="4E08A087">
        <w:rPr>
          <w:b/>
          <w:bCs/>
          <w:lang w:val="en-GB"/>
        </w:rPr>
        <w:t>Understanding Hexadecimal (Base-16) and Its Applications</w:t>
      </w:r>
    </w:p>
    <w:p w14:paraId="7A229C0E" w14:textId="77777777" w:rsidR="00163840" w:rsidRPr="00163840" w:rsidRDefault="72760291" w:rsidP="4E08A087">
      <w:pPr>
        <w:rPr>
          <w:lang w:val="en-GB"/>
        </w:rPr>
      </w:pPr>
      <w:r w:rsidRPr="4E08A087">
        <w:rPr>
          <w:lang w:val="en-GB"/>
        </w:rPr>
        <w:t>Hexadecimal is base-16 number system.</w:t>
      </w:r>
    </w:p>
    <w:p w14:paraId="1CC9C8E3" w14:textId="77777777" w:rsidR="00163840" w:rsidRPr="00163840" w:rsidRDefault="72760291" w:rsidP="4E08A087">
      <w:pPr>
        <w:rPr>
          <w:lang w:val="en-GB"/>
        </w:rPr>
      </w:pPr>
      <w:r w:rsidRPr="4E08A087">
        <w:rPr>
          <w:lang w:val="en-GB"/>
        </w:rPr>
        <w:t>It uses numbers:</w:t>
      </w:r>
    </w:p>
    <w:p w14:paraId="042C736D" w14:textId="77777777" w:rsidR="00163840" w:rsidRPr="00163840" w:rsidRDefault="72760291" w:rsidP="4E08A087">
      <w:pPr>
        <w:rPr>
          <w:lang w:val="en-GB"/>
        </w:rPr>
      </w:pPr>
      <w:r w:rsidRPr="4E08A087">
        <w:rPr>
          <w:lang w:val="en-GB"/>
        </w:rPr>
        <w:t>0 1 2 3 4 5 6 7 8 9</w:t>
      </w:r>
    </w:p>
    <w:p w14:paraId="3854D099" w14:textId="77777777" w:rsidR="00163840" w:rsidRPr="00163840" w:rsidRDefault="72760291" w:rsidP="4E08A087">
      <w:pPr>
        <w:rPr>
          <w:lang w:val="en-GB"/>
        </w:rPr>
      </w:pPr>
      <w:r w:rsidRPr="4E08A087">
        <w:rPr>
          <w:lang w:val="en-GB"/>
        </w:rPr>
        <w:t>And letters:</w:t>
      </w:r>
    </w:p>
    <w:p w14:paraId="28D359AC" w14:textId="77777777" w:rsidR="00163840" w:rsidRPr="00163840" w:rsidRDefault="72760291" w:rsidP="4E08A087">
      <w:pPr>
        <w:rPr>
          <w:lang w:val="en-GB"/>
        </w:rPr>
      </w:pPr>
      <w:r w:rsidRPr="4E08A087">
        <w:rPr>
          <w:lang w:val="en-GB"/>
        </w:rPr>
        <w:t>A B C D E F</w:t>
      </w:r>
    </w:p>
    <w:p w14:paraId="4F23D807" w14:textId="77777777" w:rsidR="00163840" w:rsidRPr="00163840" w:rsidRDefault="72760291" w:rsidP="4E08A087">
      <w:pPr>
        <w:rPr>
          <w:lang w:val="en-GB"/>
        </w:rPr>
      </w:pPr>
      <w:r w:rsidRPr="4E08A087">
        <w:rPr>
          <w:lang w:val="en-GB"/>
        </w:rPr>
        <w:t>Where:</w:t>
      </w:r>
    </w:p>
    <w:p w14:paraId="2D235564" w14:textId="77777777" w:rsidR="00163840" w:rsidRPr="00163840" w:rsidRDefault="72760291" w:rsidP="4E08A087">
      <w:pPr>
        <w:rPr>
          <w:lang w:val="en-GB"/>
        </w:rPr>
      </w:pPr>
      <w:r w:rsidRPr="4E08A087">
        <w:rPr>
          <w:lang w:val="en-GB"/>
        </w:rPr>
        <w:t>A = 10</w:t>
      </w:r>
      <w:r w:rsidR="00163840">
        <w:br/>
      </w:r>
      <w:r w:rsidRPr="4E08A087">
        <w:rPr>
          <w:lang w:val="en-GB"/>
        </w:rPr>
        <w:t>B = 11</w:t>
      </w:r>
      <w:r w:rsidR="00163840">
        <w:br/>
      </w:r>
      <w:r w:rsidRPr="4E08A087">
        <w:rPr>
          <w:lang w:val="en-GB"/>
        </w:rPr>
        <w:t>C = 12</w:t>
      </w:r>
      <w:r w:rsidR="00163840">
        <w:br/>
      </w:r>
      <w:r w:rsidRPr="4E08A087">
        <w:rPr>
          <w:lang w:val="en-GB"/>
        </w:rPr>
        <w:t>D = 13</w:t>
      </w:r>
      <w:r w:rsidR="00163840">
        <w:br/>
      </w:r>
      <w:r w:rsidRPr="4E08A087">
        <w:rPr>
          <w:lang w:val="en-GB"/>
        </w:rPr>
        <w:t>E = 14</w:t>
      </w:r>
      <w:r w:rsidR="00163840">
        <w:br/>
      </w:r>
      <w:r w:rsidRPr="4E08A087">
        <w:rPr>
          <w:lang w:val="en-GB"/>
        </w:rPr>
        <w:t>F = 15</w:t>
      </w:r>
    </w:p>
    <w:p w14:paraId="3F8FB6CB" w14:textId="77777777" w:rsidR="00163840" w:rsidRPr="00163840" w:rsidRDefault="72760291" w:rsidP="4E08A087">
      <w:pPr>
        <w:rPr>
          <w:lang w:val="en-GB"/>
        </w:rPr>
      </w:pPr>
      <w:r w:rsidRPr="4E08A087">
        <w:rPr>
          <w:lang w:val="en-GB"/>
        </w:rPr>
        <w:t>Hexadecimal is easier to read than long binary numbers.</w:t>
      </w:r>
    </w:p>
    <w:p w14:paraId="07645EF1" w14:textId="77777777" w:rsidR="00163840" w:rsidRPr="00163840" w:rsidRDefault="72760291" w:rsidP="4E08A087">
      <w:pPr>
        <w:rPr>
          <w:lang w:val="en-GB"/>
        </w:rPr>
      </w:pPr>
      <w:r w:rsidRPr="4E08A087">
        <w:rPr>
          <w:lang w:val="en-GB"/>
        </w:rPr>
        <w:t>For example:</w:t>
      </w:r>
    </w:p>
    <w:p w14:paraId="309B0B2F" w14:textId="77777777" w:rsidR="00163840" w:rsidRPr="00163840" w:rsidRDefault="72760291" w:rsidP="4E08A087">
      <w:pPr>
        <w:rPr>
          <w:lang w:val="en-GB"/>
        </w:rPr>
      </w:pPr>
      <w:r w:rsidRPr="4E08A087">
        <w:rPr>
          <w:lang w:val="en-GB"/>
        </w:rPr>
        <w:lastRenderedPageBreak/>
        <w:t>Binary: 11111111</w:t>
      </w:r>
      <w:r w:rsidR="00163840">
        <w:br/>
      </w:r>
      <w:r w:rsidRPr="4E08A087">
        <w:rPr>
          <w:lang w:val="en-GB"/>
        </w:rPr>
        <w:t>Hexadecimal: FF</w:t>
      </w:r>
    </w:p>
    <w:p w14:paraId="4708D66D" w14:textId="77777777" w:rsidR="00163840" w:rsidRPr="00163840" w:rsidRDefault="72760291" w:rsidP="4E08A087">
      <w:pPr>
        <w:rPr>
          <w:lang w:val="en-GB"/>
        </w:rPr>
      </w:pPr>
      <w:r w:rsidRPr="4E08A087">
        <w:rPr>
          <w:lang w:val="en-GB"/>
        </w:rPr>
        <w:t>Hexadecimal is shorter and clearer.</w:t>
      </w:r>
    </w:p>
    <w:p w14:paraId="1092A585" w14:textId="77777777" w:rsidR="00163840" w:rsidRPr="00163840" w:rsidRDefault="72760291" w:rsidP="4E08A087">
      <w:pPr>
        <w:rPr>
          <w:b/>
          <w:bCs/>
          <w:lang w:val="en-GB"/>
        </w:rPr>
      </w:pPr>
      <w:r w:rsidRPr="4E08A087">
        <w:rPr>
          <w:b/>
          <w:bCs/>
          <w:lang w:val="en-GB"/>
        </w:rPr>
        <w:t>Where Hexadecimal Is Used</w:t>
      </w:r>
    </w:p>
    <w:p w14:paraId="64E48EF8" w14:textId="77777777" w:rsidR="00163840" w:rsidRPr="00163840" w:rsidRDefault="72760291" w:rsidP="4E08A087">
      <w:pPr>
        <w:rPr>
          <w:lang w:val="en-GB"/>
        </w:rPr>
      </w:pPr>
      <w:r w:rsidRPr="4E08A087">
        <w:rPr>
          <w:lang w:val="en-GB"/>
        </w:rPr>
        <w:t>Hexadecimal is used in:</w:t>
      </w:r>
    </w:p>
    <w:p w14:paraId="2F4DAE04" w14:textId="77777777" w:rsidR="00163840" w:rsidRPr="00163840" w:rsidRDefault="72760291" w:rsidP="4E08A087">
      <w:pPr>
        <w:rPr>
          <w:lang w:val="en-GB"/>
        </w:rPr>
      </w:pPr>
      <w:r w:rsidRPr="4E08A087">
        <w:rPr>
          <w:lang w:val="en-GB"/>
        </w:rPr>
        <w:t>• Memory addresses</w:t>
      </w:r>
      <w:r w:rsidR="00163840">
        <w:br/>
      </w:r>
      <w:r w:rsidRPr="4E08A087">
        <w:rPr>
          <w:lang w:val="en-GB"/>
        </w:rPr>
        <w:t>• Programming</w:t>
      </w:r>
      <w:r w:rsidR="00163840">
        <w:br/>
      </w:r>
      <w:r w:rsidRPr="4E08A087">
        <w:rPr>
          <w:lang w:val="en-GB"/>
        </w:rPr>
        <w:t>• Web colour codes</w:t>
      </w:r>
      <w:r w:rsidR="00163840">
        <w:br/>
      </w:r>
      <w:r w:rsidRPr="4E08A087">
        <w:rPr>
          <w:lang w:val="en-GB"/>
        </w:rPr>
        <w:t>• Networking</w:t>
      </w:r>
    </w:p>
    <w:p w14:paraId="521994D6" w14:textId="77777777" w:rsidR="00163840" w:rsidRPr="00163840" w:rsidRDefault="72760291" w:rsidP="4E08A087">
      <w:pPr>
        <w:rPr>
          <w:lang w:val="en-GB"/>
        </w:rPr>
      </w:pPr>
      <w:r w:rsidRPr="4E08A087">
        <w:rPr>
          <w:lang w:val="en-GB"/>
        </w:rPr>
        <w:t>Example in web design:</w:t>
      </w:r>
    </w:p>
    <w:p w14:paraId="3A6FB739" w14:textId="77777777" w:rsidR="00163840" w:rsidRPr="00163840" w:rsidRDefault="72760291" w:rsidP="4E08A087">
      <w:pPr>
        <w:rPr>
          <w:lang w:val="en-GB"/>
        </w:rPr>
      </w:pPr>
      <w:r w:rsidRPr="4E08A087">
        <w:rPr>
          <w:lang w:val="en-GB"/>
        </w:rPr>
        <w:t>#FF0000 = Red</w:t>
      </w:r>
      <w:r w:rsidR="00163840">
        <w:br/>
      </w:r>
      <w:r w:rsidRPr="4E08A087">
        <w:rPr>
          <w:lang w:val="en-GB"/>
        </w:rPr>
        <w:t>#00FF00 = Green</w:t>
      </w:r>
      <w:r w:rsidR="00163840">
        <w:br/>
      </w:r>
      <w:r w:rsidRPr="4E08A087">
        <w:rPr>
          <w:lang w:val="en-GB"/>
        </w:rPr>
        <w:t>#0000FF = Blue</w:t>
      </w:r>
    </w:p>
    <w:p w14:paraId="6AD4EB9B" w14:textId="77777777" w:rsidR="00163840" w:rsidRPr="00163840" w:rsidRDefault="72760291" w:rsidP="4E08A087">
      <w:pPr>
        <w:rPr>
          <w:lang w:val="en-GB"/>
        </w:rPr>
      </w:pPr>
      <w:r w:rsidRPr="4E08A087">
        <w:rPr>
          <w:lang w:val="en-GB"/>
        </w:rPr>
        <w:t>Each pair shows colour value in hexadecimal.</w:t>
      </w:r>
    </w:p>
    <w:p w14:paraId="2017D20F" w14:textId="77777777" w:rsidR="00624BA3" w:rsidRPr="00624BA3" w:rsidRDefault="2327880F" w:rsidP="4E08A087">
      <w:pPr>
        <w:rPr>
          <w:b/>
          <w:bCs/>
          <w:lang w:val="en-GB"/>
        </w:rPr>
      </w:pPr>
      <w:r w:rsidRPr="4E08A087">
        <w:rPr>
          <w:b/>
          <w:bCs/>
          <w:lang w:val="en-GB"/>
        </w:rPr>
        <w:t>Binary and Hexadecimal Connection</w:t>
      </w:r>
    </w:p>
    <w:p w14:paraId="4CE23AFA" w14:textId="77777777" w:rsidR="00624BA3" w:rsidRPr="00624BA3" w:rsidRDefault="2327880F" w:rsidP="4E08A087">
      <w:pPr>
        <w:rPr>
          <w:lang w:val="en-GB"/>
        </w:rPr>
      </w:pPr>
      <w:r w:rsidRPr="4E08A087">
        <w:rPr>
          <w:lang w:val="en-GB"/>
        </w:rPr>
        <w:t>Every 4 binary digits = 1 hexadecimal digit.</w:t>
      </w:r>
    </w:p>
    <w:p w14:paraId="1DFD6522" w14:textId="77777777" w:rsidR="00624BA3" w:rsidRPr="00624BA3" w:rsidRDefault="2327880F" w:rsidP="4E08A087">
      <w:pPr>
        <w:rPr>
          <w:lang w:val="en-GB"/>
        </w:rPr>
      </w:pPr>
      <w:r w:rsidRPr="4E08A087">
        <w:rPr>
          <w:lang w:val="en-GB"/>
        </w:rPr>
        <w:t>Example:</w:t>
      </w:r>
    </w:p>
    <w:p w14:paraId="1D1D9ACD" w14:textId="77777777" w:rsidR="00624BA3" w:rsidRPr="00624BA3" w:rsidRDefault="2327880F" w:rsidP="4E08A087">
      <w:pPr>
        <w:rPr>
          <w:lang w:val="en-GB"/>
        </w:rPr>
      </w:pPr>
      <w:r w:rsidRPr="4E08A087">
        <w:rPr>
          <w:lang w:val="en-GB"/>
        </w:rPr>
        <w:t>Binary: 1100</w:t>
      </w:r>
    </w:p>
    <w:p w14:paraId="13C86EF6" w14:textId="77777777" w:rsidR="00624BA3" w:rsidRPr="00624BA3" w:rsidRDefault="2327880F" w:rsidP="4E08A087">
      <w:pPr>
        <w:rPr>
          <w:lang w:val="en-GB"/>
        </w:rPr>
      </w:pPr>
      <w:r w:rsidRPr="4E08A087">
        <w:rPr>
          <w:lang w:val="en-GB"/>
        </w:rPr>
        <w:t>1100 = 12</w:t>
      </w:r>
    </w:p>
    <w:p w14:paraId="0B558799" w14:textId="77777777" w:rsidR="00624BA3" w:rsidRPr="00624BA3" w:rsidRDefault="2327880F" w:rsidP="4E08A087">
      <w:pPr>
        <w:rPr>
          <w:lang w:val="en-GB"/>
        </w:rPr>
      </w:pPr>
      <w:r w:rsidRPr="4E08A087">
        <w:rPr>
          <w:lang w:val="en-GB"/>
        </w:rPr>
        <w:t>12 in hex = C</w:t>
      </w:r>
    </w:p>
    <w:p w14:paraId="6B3F9CD8" w14:textId="77777777" w:rsidR="00624BA3" w:rsidRPr="00624BA3" w:rsidRDefault="2327880F" w:rsidP="4E08A087">
      <w:pPr>
        <w:rPr>
          <w:lang w:val="en-GB"/>
        </w:rPr>
      </w:pPr>
      <w:r w:rsidRPr="4E08A087">
        <w:rPr>
          <w:lang w:val="en-GB"/>
        </w:rPr>
        <w:t>So:</w:t>
      </w:r>
    </w:p>
    <w:p w14:paraId="02710761" w14:textId="77777777" w:rsidR="00624BA3" w:rsidRPr="00624BA3" w:rsidRDefault="2327880F" w:rsidP="4E08A087">
      <w:pPr>
        <w:rPr>
          <w:lang w:val="en-GB"/>
        </w:rPr>
      </w:pPr>
      <w:r w:rsidRPr="4E08A087">
        <w:rPr>
          <w:lang w:val="en-GB"/>
        </w:rPr>
        <w:t>1100₂ = C₁₆</w:t>
      </w:r>
    </w:p>
    <w:p w14:paraId="4534BFEC" w14:textId="77777777" w:rsidR="00624BA3" w:rsidRPr="00624BA3" w:rsidRDefault="2327880F" w:rsidP="4E08A087">
      <w:pPr>
        <w:rPr>
          <w:lang w:val="en-GB"/>
        </w:rPr>
      </w:pPr>
      <w:r w:rsidRPr="4E08A087">
        <w:rPr>
          <w:lang w:val="en-GB"/>
        </w:rPr>
        <w:t>Another example:</w:t>
      </w:r>
    </w:p>
    <w:p w14:paraId="13B3969C" w14:textId="77777777" w:rsidR="00624BA3" w:rsidRPr="00624BA3" w:rsidRDefault="2327880F" w:rsidP="4E08A087">
      <w:pPr>
        <w:rPr>
          <w:lang w:val="en-GB"/>
        </w:rPr>
      </w:pPr>
      <w:r w:rsidRPr="4E08A087">
        <w:rPr>
          <w:lang w:val="en-GB"/>
        </w:rPr>
        <w:t>Binary: 1011</w:t>
      </w:r>
    </w:p>
    <w:p w14:paraId="6BA588EE" w14:textId="77777777" w:rsidR="00624BA3" w:rsidRPr="00624BA3" w:rsidRDefault="2327880F" w:rsidP="4E08A087">
      <w:pPr>
        <w:rPr>
          <w:lang w:val="en-GB"/>
        </w:rPr>
      </w:pPr>
      <w:r w:rsidRPr="4E08A087">
        <w:rPr>
          <w:lang w:val="en-GB"/>
        </w:rPr>
        <w:t>1011 = 11</w:t>
      </w:r>
    </w:p>
    <w:p w14:paraId="4882FD62" w14:textId="77777777" w:rsidR="00624BA3" w:rsidRPr="00624BA3" w:rsidRDefault="2327880F" w:rsidP="4E08A087">
      <w:pPr>
        <w:rPr>
          <w:lang w:val="en-GB"/>
        </w:rPr>
      </w:pPr>
      <w:r w:rsidRPr="4E08A087">
        <w:rPr>
          <w:lang w:val="en-GB"/>
        </w:rPr>
        <w:t>11 = B</w:t>
      </w:r>
    </w:p>
    <w:p w14:paraId="643F7A3B" w14:textId="77777777" w:rsidR="00624BA3" w:rsidRPr="00624BA3" w:rsidRDefault="2327880F" w:rsidP="4E08A087">
      <w:pPr>
        <w:rPr>
          <w:lang w:val="en-GB"/>
        </w:rPr>
      </w:pPr>
      <w:r w:rsidRPr="4E08A087">
        <w:rPr>
          <w:lang w:val="en-GB"/>
        </w:rPr>
        <w:t>So:</w:t>
      </w:r>
    </w:p>
    <w:p w14:paraId="72411D45" w14:textId="77777777" w:rsidR="00624BA3" w:rsidRPr="00624BA3" w:rsidRDefault="2327880F" w:rsidP="4E08A087">
      <w:pPr>
        <w:rPr>
          <w:lang w:val="en-GB"/>
        </w:rPr>
      </w:pPr>
      <w:r w:rsidRPr="4E08A087">
        <w:rPr>
          <w:lang w:val="en-GB"/>
        </w:rPr>
        <w:t>1011₂ = B₁₆</w:t>
      </w:r>
    </w:p>
    <w:p w14:paraId="7CFB8D24" w14:textId="77777777" w:rsidR="00624BA3" w:rsidRPr="00624BA3" w:rsidRDefault="2327880F" w:rsidP="4E08A087">
      <w:pPr>
        <w:rPr>
          <w:b/>
          <w:bCs/>
          <w:lang w:val="en-GB"/>
        </w:rPr>
      </w:pPr>
      <w:r w:rsidRPr="4E08A087">
        <w:rPr>
          <w:b/>
          <w:bCs/>
          <w:lang w:val="en-GB"/>
        </w:rPr>
        <w:lastRenderedPageBreak/>
        <w:t>Converting Between Decimal, Binary, and Hexadecimal</w:t>
      </w:r>
    </w:p>
    <w:p w14:paraId="59628B3F" w14:textId="77777777" w:rsidR="00624BA3" w:rsidRPr="00624BA3" w:rsidRDefault="2327880F" w:rsidP="4E08A087">
      <w:pPr>
        <w:rPr>
          <w:b/>
          <w:bCs/>
          <w:lang w:val="en-GB"/>
        </w:rPr>
      </w:pPr>
      <w:r w:rsidRPr="4E08A087">
        <w:rPr>
          <w:b/>
          <w:bCs/>
          <w:lang w:val="en-GB"/>
        </w:rPr>
        <w:t>Decimal to Binary (Step-by-Step)</w:t>
      </w:r>
    </w:p>
    <w:p w14:paraId="3484E2C1" w14:textId="77777777" w:rsidR="00624BA3" w:rsidRPr="00624BA3" w:rsidRDefault="2327880F" w:rsidP="4E08A087">
      <w:pPr>
        <w:rPr>
          <w:lang w:val="en-GB"/>
        </w:rPr>
      </w:pPr>
      <w:r w:rsidRPr="4E08A087">
        <w:rPr>
          <w:lang w:val="en-GB"/>
        </w:rPr>
        <w:t>Convert 74 to binary.</w:t>
      </w:r>
    </w:p>
    <w:p w14:paraId="68FBCB0C" w14:textId="77777777" w:rsidR="00624BA3" w:rsidRPr="00624BA3" w:rsidRDefault="2327880F" w:rsidP="4E08A087">
      <w:pPr>
        <w:rPr>
          <w:lang w:val="en-GB"/>
        </w:rPr>
      </w:pPr>
      <w:r w:rsidRPr="4E08A087">
        <w:rPr>
          <w:lang w:val="en-GB"/>
        </w:rPr>
        <w:t>74 ÷ 2 = 37 remainder 0</w:t>
      </w:r>
      <w:r w:rsidR="00624BA3">
        <w:br/>
      </w:r>
      <w:r w:rsidRPr="4E08A087">
        <w:rPr>
          <w:lang w:val="en-GB"/>
        </w:rPr>
        <w:t>37 ÷ 2 = 18 remainder 1</w:t>
      </w:r>
      <w:r w:rsidR="00624BA3">
        <w:br/>
      </w:r>
      <w:r w:rsidRPr="4E08A087">
        <w:rPr>
          <w:lang w:val="en-GB"/>
        </w:rPr>
        <w:t>18 ÷ 2 = 9 remainder 0</w:t>
      </w:r>
      <w:r w:rsidR="00624BA3">
        <w:br/>
      </w:r>
      <w:r w:rsidRPr="4E08A087">
        <w:rPr>
          <w:lang w:val="en-GB"/>
        </w:rPr>
        <w:t>9 ÷ 2 = 4 remainder 1</w:t>
      </w:r>
      <w:r w:rsidR="00624BA3">
        <w:br/>
      </w:r>
      <w:r w:rsidRPr="4E08A087">
        <w:rPr>
          <w:lang w:val="en-GB"/>
        </w:rPr>
        <w:t>4 ÷ 2 = 2 remainder 0</w:t>
      </w:r>
      <w:r w:rsidR="00624BA3">
        <w:br/>
      </w:r>
      <w:r w:rsidRPr="4E08A087">
        <w:rPr>
          <w:lang w:val="en-GB"/>
        </w:rPr>
        <w:t>2 ÷ 2 = 1 remainder 0</w:t>
      </w:r>
      <w:r w:rsidR="00624BA3">
        <w:br/>
      </w:r>
      <w:r w:rsidRPr="4E08A087">
        <w:rPr>
          <w:lang w:val="en-GB"/>
        </w:rPr>
        <w:t>1 ÷ 2 = 0 remainder 1</w:t>
      </w:r>
    </w:p>
    <w:p w14:paraId="1EA96966" w14:textId="77777777" w:rsidR="00624BA3" w:rsidRPr="00624BA3" w:rsidRDefault="2327880F" w:rsidP="4E08A087">
      <w:pPr>
        <w:rPr>
          <w:lang w:val="en-GB"/>
        </w:rPr>
      </w:pPr>
      <w:r w:rsidRPr="4E08A087">
        <w:rPr>
          <w:lang w:val="en-GB"/>
        </w:rPr>
        <w:t>Write remainders from bottom to top:</w:t>
      </w:r>
    </w:p>
    <w:p w14:paraId="643D1FF4" w14:textId="77777777" w:rsidR="00624BA3" w:rsidRPr="00624BA3" w:rsidRDefault="2327880F" w:rsidP="4E08A087">
      <w:pPr>
        <w:rPr>
          <w:lang w:val="en-GB"/>
        </w:rPr>
      </w:pPr>
      <w:r w:rsidRPr="4E08A087">
        <w:rPr>
          <w:lang w:val="en-GB"/>
        </w:rPr>
        <w:t>1001010</w:t>
      </w:r>
    </w:p>
    <w:p w14:paraId="17FFD2CC" w14:textId="77777777" w:rsidR="00624BA3" w:rsidRPr="00624BA3" w:rsidRDefault="2327880F" w:rsidP="4E08A087">
      <w:pPr>
        <w:rPr>
          <w:lang w:val="en-GB"/>
        </w:rPr>
      </w:pPr>
      <w:r w:rsidRPr="4E08A087">
        <w:rPr>
          <w:lang w:val="en-GB"/>
        </w:rPr>
        <w:t>So:</w:t>
      </w:r>
    </w:p>
    <w:p w14:paraId="4C4698F3" w14:textId="77777777" w:rsidR="00624BA3" w:rsidRPr="00624BA3" w:rsidRDefault="2327880F" w:rsidP="4E08A087">
      <w:pPr>
        <w:rPr>
          <w:lang w:val="en-GB"/>
        </w:rPr>
      </w:pPr>
      <w:r w:rsidRPr="4E08A087">
        <w:rPr>
          <w:lang w:val="en-GB"/>
        </w:rPr>
        <w:t>74₁₀ = 1001010₂</w:t>
      </w:r>
    </w:p>
    <w:p w14:paraId="46F94057" w14:textId="77777777" w:rsidR="00624BA3" w:rsidRPr="00624BA3" w:rsidRDefault="2327880F" w:rsidP="4E08A087">
      <w:pPr>
        <w:rPr>
          <w:b/>
          <w:bCs/>
          <w:lang w:val="en-GB"/>
        </w:rPr>
      </w:pPr>
      <w:r w:rsidRPr="4E08A087">
        <w:rPr>
          <w:b/>
          <w:bCs/>
          <w:lang w:val="en-GB"/>
        </w:rPr>
        <w:t>Binary to Decimal</w:t>
      </w:r>
    </w:p>
    <w:p w14:paraId="63262B9C" w14:textId="77777777" w:rsidR="00624BA3" w:rsidRPr="00624BA3" w:rsidRDefault="2327880F" w:rsidP="4E08A087">
      <w:pPr>
        <w:rPr>
          <w:lang w:val="en-GB"/>
        </w:rPr>
      </w:pPr>
      <w:r w:rsidRPr="4E08A087">
        <w:rPr>
          <w:lang w:val="en-GB"/>
        </w:rPr>
        <w:t>Convert 101101₂ to decimal.</w:t>
      </w:r>
    </w:p>
    <w:p w14:paraId="4A63EFFD" w14:textId="77777777" w:rsidR="00624BA3" w:rsidRPr="00624BA3" w:rsidRDefault="2327880F" w:rsidP="4E08A087">
      <w:pPr>
        <w:rPr>
          <w:lang w:val="en-GB"/>
        </w:rPr>
      </w:pPr>
      <w:r w:rsidRPr="4E08A087">
        <w:rPr>
          <w:lang w:val="en-GB"/>
        </w:rPr>
        <w:t>1×32 + 0×16 + 1×8 + 1×4 + 0×2 + 1×1</w:t>
      </w:r>
      <w:r w:rsidR="00624BA3">
        <w:br/>
      </w:r>
      <w:r w:rsidRPr="4E08A087">
        <w:rPr>
          <w:lang w:val="en-GB"/>
        </w:rPr>
        <w:t>= 32 + 8 + 4 + 1</w:t>
      </w:r>
      <w:r w:rsidR="00624BA3">
        <w:br/>
      </w:r>
      <w:r w:rsidRPr="4E08A087">
        <w:rPr>
          <w:lang w:val="en-GB"/>
        </w:rPr>
        <w:t>= 45</w:t>
      </w:r>
    </w:p>
    <w:p w14:paraId="76FAA176" w14:textId="77777777" w:rsidR="00624BA3" w:rsidRPr="00624BA3" w:rsidRDefault="2327880F" w:rsidP="4E08A087">
      <w:pPr>
        <w:rPr>
          <w:lang w:val="en-GB"/>
        </w:rPr>
      </w:pPr>
      <w:r w:rsidRPr="4E08A087">
        <w:rPr>
          <w:lang w:val="en-GB"/>
        </w:rPr>
        <w:t>So:</w:t>
      </w:r>
    </w:p>
    <w:p w14:paraId="081122EF" w14:textId="77777777" w:rsidR="00624BA3" w:rsidRPr="00624BA3" w:rsidRDefault="2327880F" w:rsidP="4E08A087">
      <w:pPr>
        <w:rPr>
          <w:lang w:val="en-GB"/>
        </w:rPr>
      </w:pPr>
      <w:r w:rsidRPr="4E08A087">
        <w:rPr>
          <w:lang w:val="en-GB"/>
        </w:rPr>
        <w:t>101101₂ = 45₁₀</w:t>
      </w:r>
    </w:p>
    <w:p w14:paraId="16F01BEF" w14:textId="77777777" w:rsidR="00624BA3" w:rsidRPr="00624BA3" w:rsidRDefault="2327880F" w:rsidP="4E08A087">
      <w:pPr>
        <w:rPr>
          <w:b/>
          <w:bCs/>
          <w:lang w:val="en-GB"/>
        </w:rPr>
      </w:pPr>
      <w:r w:rsidRPr="4E08A087">
        <w:rPr>
          <w:b/>
          <w:bCs/>
          <w:lang w:val="en-GB"/>
        </w:rPr>
        <w:t>Decimal to Hexadecimal</w:t>
      </w:r>
    </w:p>
    <w:p w14:paraId="146C563A" w14:textId="77777777" w:rsidR="00624BA3" w:rsidRPr="00624BA3" w:rsidRDefault="2327880F" w:rsidP="4E08A087">
      <w:pPr>
        <w:rPr>
          <w:lang w:val="en-GB"/>
        </w:rPr>
      </w:pPr>
      <w:r w:rsidRPr="4E08A087">
        <w:rPr>
          <w:lang w:val="en-GB"/>
        </w:rPr>
        <w:t>Convert 190 to hexadecimal.</w:t>
      </w:r>
    </w:p>
    <w:p w14:paraId="1B349D9A" w14:textId="77777777" w:rsidR="00624BA3" w:rsidRPr="00624BA3" w:rsidRDefault="2327880F" w:rsidP="4E08A087">
      <w:pPr>
        <w:rPr>
          <w:lang w:val="en-GB"/>
        </w:rPr>
      </w:pPr>
      <w:r w:rsidRPr="4E08A087">
        <w:rPr>
          <w:lang w:val="en-GB"/>
        </w:rPr>
        <w:t>190 ÷ 16 = 11 remainder 14</w:t>
      </w:r>
    </w:p>
    <w:p w14:paraId="4C8EEF11" w14:textId="77777777" w:rsidR="00624BA3" w:rsidRPr="00624BA3" w:rsidRDefault="2327880F" w:rsidP="4E08A087">
      <w:pPr>
        <w:rPr>
          <w:lang w:val="en-GB"/>
        </w:rPr>
      </w:pPr>
      <w:r w:rsidRPr="4E08A087">
        <w:rPr>
          <w:lang w:val="en-GB"/>
        </w:rPr>
        <w:t>14 = E</w:t>
      </w:r>
    </w:p>
    <w:p w14:paraId="22763C04" w14:textId="77777777" w:rsidR="00624BA3" w:rsidRPr="00624BA3" w:rsidRDefault="2327880F" w:rsidP="4E08A087">
      <w:pPr>
        <w:rPr>
          <w:lang w:val="en-GB"/>
        </w:rPr>
      </w:pPr>
      <w:r w:rsidRPr="4E08A087">
        <w:rPr>
          <w:lang w:val="en-GB"/>
        </w:rPr>
        <w:t>11 ÷ 16 = 0 remainder 11</w:t>
      </w:r>
    </w:p>
    <w:p w14:paraId="2CE91AF4" w14:textId="77777777" w:rsidR="00624BA3" w:rsidRPr="00624BA3" w:rsidRDefault="2327880F" w:rsidP="4E08A087">
      <w:pPr>
        <w:rPr>
          <w:lang w:val="en-GB"/>
        </w:rPr>
      </w:pPr>
      <w:r w:rsidRPr="4E08A087">
        <w:rPr>
          <w:lang w:val="en-GB"/>
        </w:rPr>
        <w:t>11 = B</w:t>
      </w:r>
    </w:p>
    <w:p w14:paraId="05BBD0A5" w14:textId="77777777" w:rsidR="00624BA3" w:rsidRPr="00624BA3" w:rsidRDefault="2327880F" w:rsidP="4E08A087">
      <w:pPr>
        <w:rPr>
          <w:lang w:val="en-GB"/>
        </w:rPr>
      </w:pPr>
      <w:r w:rsidRPr="4E08A087">
        <w:rPr>
          <w:lang w:val="en-GB"/>
        </w:rPr>
        <w:t>So:</w:t>
      </w:r>
    </w:p>
    <w:p w14:paraId="114000CB" w14:textId="77777777" w:rsidR="00624BA3" w:rsidRPr="00624BA3" w:rsidRDefault="2327880F" w:rsidP="4E08A087">
      <w:pPr>
        <w:rPr>
          <w:lang w:val="en-GB"/>
        </w:rPr>
      </w:pPr>
      <w:r w:rsidRPr="4E08A087">
        <w:rPr>
          <w:lang w:val="en-GB"/>
        </w:rPr>
        <w:t>190₁₀ = BE₁₆</w:t>
      </w:r>
    </w:p>
    <w:p w14:paraId="449ADD19" w14:textId="77777777" w:rsidR="00126251" w:rsidRPr="00126251" w:rsidRDefault="61F81BA2" w:rsidP="4E08A087">
      <w:pPr>
        <w:rPr>
          <w:b/>
          <w:bCs/>
          <w:lang w:val="en-GB"/>
        </w:rPr>
      </w:pPr>
      <w:r w:rsidRPr="4E08A087">
        <w:rPr>
          <w:b/>
          <w:bCs/>
          <w:lang w:val="en-GB"/>
        </w:rPr>
        <w:lastRenderedPageBreak/>
        <w:t>Binary to Hexadecimal</w:t>
      </w:r>
    </w:p>
    <w:p w14:paraId="0420EFDD" w14:textId="77777777" w:rsidR="00126251" w:rsidRPr="00126251" w:rsidRDefault="61F81BA2" w:rsidP="4E08A087">
      <w:pPr>
        <w:rPr>
          <w:lang w:val="en-GB"/>
        </w:rPr>
      </w:pPr>
      <w:r w:rsidRPr="4E08A087">
        <w:rPr>
          <w:lang w:val="en-GB"/>
        </w:rPr>
        <w:t>Convert:</w:t>
      </w:r>
    </w:p>
    <w:p w14:paraId="7E9E9459" w14:textId="77777777" w:rsidR="00126251" w:rsidRPr="00126251" w:rsidRDefault="61F81BA2" w:rsidP="4E08A087">
      <w:pPr>
        <w:rPr>
          <w:lang w:val="en-GB"/>
        </w:rPr>
      </w:pPr>
      <w:r w:rsidRPr="4E08A087">
        <w:rPr>
          <w:lang w:val="en-GB"/>
        </w:rPr>
        <w:t>11101001</w:t>
      </w:r>
    </w:p>
    <w:p w14:paraId="24AE1AD6" w14:textId="77777777" w:rsidR="00126251" w:rsidRPr="00126251" w:rsidRDefault="61F81BA2" w:rsidP="4E08A087">
      <w:pPr>
        <w:rPr>
          <w:lang w:val="en-GB"/>
        </w:rPr>
      </w:pPr>
      <w:r w:rsidRPr="4E08A087">
        <w:rPr>
          <w:lang w:val="en-GB"/>
        </w:rPr>
        <w:t>Group into 4 bits:</w:t>
      </w:r>
    </w:p>
    <w:p w14:paraId="46484B00" w14:textId="77777777" w:rsidR="00126251" w:rsidRPr="00126251" w:rsidRDefault="61F81BA2" w:rsidP="4E08A087">
      <w:pPr>
        <w:rPr>
          <w:lang w:val="en-GB"/>
        </w:rPr>
      </w:pPr>
      <w:r w:rsidRPr="4E08A087">
        <w:rPr>
          <w:lang w:val="en-GB"/>
        </w:rPr>
        <w:t>1110 1001</w:t>
      </w:r>
    </w:p>
    <w:p w14:paraId="5E720EDF" w14:textId="77777777" w:rsidR="00126251" w:rsidRPr="00126251" w:rsidRDefault="61F81BA2" w:rsidP="4E08A087">
      <w:pPr>
        <w:rPr>
          <w:lang w:val="en-GB"/>
        </w:rPr>
      </w:pPr>
      <w:r w:rsidRPr="4E08A087">
        <w:rPr>
          <w:lang w:val="en-GB"/>
        </w:rPr>
        <w:t>1110 = E</w:t>
      </w:r>
      <w:r w:rsidR="00126251">
        <w:br/>
      </w:r>
      <w:r w:rsidRPr="4E08A087">
        <w:rPr>
          <w:lang w:val="en-GB"/>
        </w:rPr>
        <w:t>1001 = 9</w:t>
      </w:r>
    </w:p>
    <w:p w14:paraId="58B172FA" w14:textId="77777777" w:rsidR="00126251" w:rsidRPr="00126251" w:rsidRDefault="61F81BA2" w:rsidP="4E08A087">
      <w:pPr>
        <w:rPr>
          <w:lang w:val="en-GB"/>
        </w:rPr>
      </w:pPr>
      <w:r w:rsidRPr="4E08A087">
        <w:rPr>
          <w:lang w:val="en-GB"/>
        </w:rPr>
        <w:t>So:</w:t>
      </w:r>
    </w:p>
    <w:p w14:paraId="2A94C53A" w14:textId="77777777" w:rsidR="00126251" w:rsidRPr="00126251" w:rsidRDefault="61F81BA2" w:rsidP="4E08A087">
      <w:pPr>
        <w:rPr>
          <w:lang w:val="en-GB"/>
        </w:rPr>
      </w:pPr>
      <w:r w:rsidRPr="4E08A087">
        <w:rPr>
          <w:lang w:val="en-GB"/>
        </w:rPr>
        <w:t>11101001₂ = E9₁₆</w:t>
      </w:r>
    </w:p>
    <w:p w14:paraId="2F6BDC89" w14:textId="77777777" w:rsidR="00126251" w:rsidRDefault="00126251" w:rsidP="4E08A087">
      <w:pPr>
        <w:rPr>
          <w:b/>
          <w:bCs/>
        </w:rPr>
      </w:pPr>
    </w:p>
    <w:p w14:paraId="6AF174E9" w14:textId="77777777" w:rsidR="00126251" w:rsidRDefault="00126251" w:rsidP="4E08A087">
      <w:pPr>
        <w:rPr>
          <w:b/>
          <w:bCs/>
        </w:rPr>
      </w:pPr>
    </w:p>
    <w:p w14:paraId="5E2D70B7" w14:textId="77777777" w:rsidR="00126251" w:rsidRDefault="00126251" w:rsidP="4E08A087">
      <w:pPr>
        <w:rPr>
          <w:b/>
          <w:bCs/>
        </w:rPr>
      </w:pPr>
    </w:p>
    <w:p w14:paraId="3CF51987" w14:textId="0EDB2811" w:rsidR="47FFCE6D" w:rsidRDefault="47FFCE6D" w:rsidP="47FFCE6D">
      <w:pPr>
        <w:rPr>
          <w:b/>
          <w:bCs/>
        </w:rPr>
      </w:pPr>
    </w:p>
    <w:p w14:paraId="0F985FFE" w14:textId="45533E66" w:rsidR="47FFCE6D" w:rsidRDefault="47FFCE6D" w:rsidP="47FFCE6D">
      <w:pPr>
        <w:rPr>
          <w:b/>
          <w:bCs/>
        </w:rPr>
      </w:pPr>
    </w:p>
    <w:p w14:paraId="7014AD33" w14:textId="6E831B46" w:rsidR="47FFCE6D" w:rsidRDefault="47FFCE6D" w:rsidP="47FFCE6D">
      <w:pPr>
        <w:rPr>
          <w:b/>
          <w:bCs/>
        </w:rPr>
      </w:pPr>
    </w:p>
    <w:p w14:paraId="03F9713F" w14:textId="77777777" w:rsidR="00126251" w:rsidRDefault="00126251" w:rsidP="4E08A087">
      <w:pPr>
        <w:rPr>
          <w:b/>
          <w:bCs/>
        </w:rPr>
      </w:pPr>
    </w:p>
    <w:p w14:paraId="4F5A8A43" w14:textId="77777777" w:rsidR="00126251" w:rsidRDefault="00126251" w:rsidP="4E08A087">
      <w:pPr>
        <w:rPr>
          <w:b/>
          <w:bCs/>
        </w:rPr>
      </w:pPr>
    </w:p>
    <w:p w14:paraId="74B07ED2" w14:textId="77777777" w:rsidR="00126251" w:rsidRDefault="00126251" w:rsidP="4E08A087">
      <w:pPr>
        <w:rPr>
          <w:b/>
          <w:bCs/>
        </w:rPr>
      </w:pPr>
    </w:p>
    <w:p w14:paraId="7E0FC337" w14:textId="77777777" w:rsidR="00126251" w:rsidRDefault="00126251" w:rsidP="4E08A087">
      <w:pPr>
        <w:rPr>
          <w:b/>
          <w:bCs/>
        </w:rPr>
      </w:pPr>
    </w:p>
    <w:p w14:paraId="3187B2B8" w14:textId="77777777" w:rsidR="00126251" w:rsidRDefault="00126251" w:rsidP="4E08A087">
      <w:pPr>
        <w:rPr>
          <w:b/>
          <w:bCs/>
        </w:rPr>
      </w:pPr>
    </w:p>
    <w:p w14:paraId="56CAC0A7" w14:textId="77777777" w:rsidR="00126251" w:rsidRDefault="00126251" w:rsidP="4E08A087">
      <w:pPr>
        <w:rPr>
          <w:b/>
          <w:bCs/>
        </w:rPr>
      </w:pPr>
    </w:p>
    <w:p w14:paraId="59656D10" w14:textId="7F5C1FDE" w:rsidR="4E08A087" w:rsidRDefault="4E08A087" w:rsidP="139EFEA3">
      <w:pPr>
        <w:rPr>
          <w:b/>
          <w:bCs/>
        </w:rPr>
      </w:pPr>
    </w:p>
    <w:p w14:paraId="20D807A4" w14:textId="4ED6AEAC" w:rsidR="00DD41B1" w:rsidRDefault="1484F464" w:rsidP="4E08A087">
      <w:pPr>
        <w:pStyle w:val="Heading1"/>
        <w:rPr>
          <w:sz w:val="22"/>
          <w:szCs w:val="22"/>
        </w:rPr>
      </w:pPr>
      <w:r w:rsidRPr="4E08A087">
        <w:rPr>
          <w:sz w:val="22"/>
          <w:szCs w:val="22"/>
        </w:rPr>
        <w:t>5. Power Notation and Its Computational Use</w:t>
      </w:r>
    </w:p>
    <w:p w14:paraId="5ED73136" w14:textId="77777777" w:rsidR="00862E77" w:rsidRPr="00862E77" w:rsidRDefault="2A2EB1F9" w:rsidP="4E08A087">
      <w:pPr>
        <w:rPr>
          <w:b/>
          <w:bCs/>
          <w:lang w:val="en-GB"/>
        </w:rPr>
      </w:pPr>
      <w:r w:rsidRPr="4E08A087">
        <w:rPr>
          <w:b/>
          <w:bCs/>
          <w:lang w:val="en-GB"/>
        </w:rPr>
        <w:t>Definition and Purpose of Power Notation</w:t>
      </w:r>
    </w:p>
    <w:p w14:paraId="0087D829" w14:textId="77777777" w:rsidR="00862E77" w:rsidRPr="00862E77" w:rsidRDefault="2A2EB1F9" w:rsidP="4E08A087">
      <w:pPr>
        <w:rPr>
          <w:lang w:val="en-GB"/>
        </w:rPr>
      </w:pPr>
      <w:r w:rsidRPr="4E08A087">
        <w:rPr>
          <w:lang w:val="en-GB"/>
        </w:rPr>
        <w:t>Power notation is a way to write numbers using exponents.</w:t>
      </w:r>
    </w:p>
    <w:p w14:paraId="767C53D0" w14:textId="77777777" w:rsidR="00862E77" w:rsidRPr="00862E77" w:rsidRDefault="2A2EB1F9" w:rsidP="4E08A087">
      <w:pPr>
        <w:rPr>
          <w:lang w:val="en-GB"/>
        </w:rPr>
      </w:pPr>
      <w:r w:rsidRPr="4E08A087">
        <w:rPr>
          <w:lang w:val="en-GB"/>
        </w:rPr>
        <w:t>Example:</w:t>
      </w:r>
    </w:p>
    <w:p w14:paraId="1AA8583D" w14:textId="77777777" w:rsidR="00862E77" w:rsidRPr="00862E77" w:rsidRDefault="2A2EB1F9" w:rsidP="4E08A087">
      <w:pPr>
        <w:rPr>
          <w:lang w:val="en-GB"/>
        </w:rPr>
      </w:pPr>
      <w:r w:rsidRPr="4E08A087">
        <w:rPr>
          <w:lang w:val="en-GB"/>
        </w:rPr>
        <w:lastRenderedPageBreak/>
        <w:t>2³ means:</w:t>
      </w:r>
    </w:p>
    <w:p w14:paraId="474DDCF9" w14:textId="77777777" w:rsidR="00862E77" w:rsidRPr="00862E77" w:rsidRDefault="2A2EB1F9" w:rsidP="4E08A087">
      <w:pPr>
        <w:rPr>
          <w:lang w:val="en-GB"/>
        </w:rPr>
      </w:pPr>
      <w:r w:rsidRPr="4E08A087">
        <w:rPr>
          <w:lang w:val="en-GB"/>
        </w:rPr>
        <w:t>2 × 2 × 2 = 8</w:t>
      </w:r>
    </w:p>
    <w:p w14:paraId="11231ADF" w14:textId="77777777" w:rsidR="00862E77" w:rsidRPr="00862E77" w:rsidRDefault="2A2EB1F9" w:rsidP="4E08A087">
      <w:pPr>
        <w:rPr>
          <w:lang w:val="en-GB"/>
        </w:rPr>
      </w:pPr>
      <w:r w:rsidRPr="4E08A087">
        <w:rPr>
          <w:lang w:val="en-GB"/>
        </w:rPr>
        <w:t>It helps write big numbers in shorter form.</w:t>
      </w:r>
    </w:p>
    <w:p w14:paraId="7CC791E1" w14:textId="77777777" w:rsidR="00862E77" w:rsidRPr="00862E77" w:rsidRDefault="2A2EB1F9" w:rsidP="4E08A087">
      <w:pPr>
        <w:rPr>
          <w:b/>
          <w:bCs/>
          <w:lang w:val="en-GB"/>
        </w:rPr>
      </w:pPr>
      <w:r w:rsidRPr="4E08A087">
        <w:rPr>
          <w:b/>
          <w:bCs/>
          <w:lang w:val="en-GB"/>
        </w:rPr>
        <w:t>Writing Numbers Using Powers of Two</w:t>
      </w:r>
    </w:p>
    <w:p w14:paraId="0F3469BD" w14:textId="77777777" w:rsidR="00862E77" w:rsidRPr="00862E77" w:rsidRDefault="2A2EB1F9" w:rsidP="4E08A087">
      <w:pPr>
        <w:rPr>
          <w:lang w:val="en-GB"/>
        </w:rPr>
      </w:pPr>
      <w:r w:rsidRPr="4E08A087">
        <w:rPr>
          <w:lang w:val="en-GB"/>
        </w:rPr>
        <w:t>Computers use powers of 2 because binary is base-2.</w:t>
      </w:r>
    </w:p>
    <w:p w14:paraId="68C93B05" w14:textId="77777777" w:rsidR="00862E77" w:rsidRPr="00862E77" w:rsidRDefault="2A2EB1F9" w:rsidP="4E08A087">
      <w:pPr>
        <w:rPr>
          <w:lang w:val="en-GB"/>
        </w:rPr>
      </w:pPr>
      <w:r w:rsidRPr="4E08A087">
        <w:rPr>
          <w:lang w:val="en-GB"/>
        </w:rPr>
        <w:t>Important powers:</w:t>
      </w:r>
    </w:p>
    <w:p w14:paraId="0AEA13F9" w14:textId="77777777" w:rsidR="00862E77" w:rsidRPr="00862E77" w:rsidRDefault="2A2EB1F9" w:rsidP="4E08A087">
      <w:pPr>
        <w:rPr>
          <w:lang w:val="en-GB"/>
        </w:rPr>
      </w:pPr>
      <w:r w:rsidRPr="4E08A087">
        <w:rPr>
          <w:lang w:val="en-GB"/>
        </w:rPr>
        <w:t>2⁵ = 32</w:t>
      </w:r>
      <w:r w:rsidR="00862E77">
        <w:br/>
      </w:r>
      <w:r w:rsidRPr="4E08A087">
        <w:rPr>
          <w:lang w:val="en-GB"/>
        </w:rPr>
        <w:t>2⁶ = 64</w:t>
      </w:r>
      <w:r w:rsidR="00862E77">
        <w:br/>
      </w:r>
      <w:r w:rsidRPr="4E08A087">
        <w:rPr>
          <w:lang w:val="en-GB"/>
        </w:rPr>
        <w:t>2⁷ = 128</w:t>
      </w:r>
      <w:r w:rsidR="00862E77">
        <w:br/>
      </w:r>
      <w:r w:rsidRPr="4E08A087">
        <w:rPr>
          <w:lang w:val="en-GB"/>
        </w:rPr>
        <w:t>2⁸ = 256</w:t>
      </w:r>
      <w:r w:rsidR="00862E77">
        <w:br/>
      </w:r>
      <w:r w:rsidRPr="4E08A087">
        <w:rPr>
          <w:lang w:val="en-GB"/>
        </w:rPr>
        <w:t>2¹⁰ = 1024</w:t>
      </w:r>
    </w:p>
    <w:p w14:paraId="510CF32D" w14:textId="77777777" w:rsidR="00862E77" w:rsidRPr="00862E77" w:rsidRDefault="2A2EB1F9" w:rsidP="4E08A087">
      <w:pPr>
        <w:rPr>
          <w:lang w:val="en-GB"/>
        </w:rPr>
      </w:pPr>
      <w:r w:rsidRPr="4E08A087">
        <w:rPr>
          <w:lang w:val="en-GB"/>
        </w:rPr>
        <w:t>Example:</w:t>
      </w:r>
    </w:p>
    <w:p w14:paraId="78D9D644" w14:textId="77777777" w:rsidR="00862E77" w:rsidRPr="00862E77" w:rsidRDefault="2A2EB1F9" w:rsidP="4E08A087">
      <w:pPr>
        <w:rPr>
          <w:lang w:val="en-GB"/>
        </w:rPr>
      </w:pPr>
      <w:r w:rsidRPr="4E08A087">
        <w:rPr>
          <w:lang w:val="en-GB"/>
        </w:rPr>
        <w:t>1024 = 2¹⁰</w:t>
      </w:r>
    </w:p>
    <w:p w14:paraId="57FDF57F" w14:textId="77777777" w:rsidR="00862E77" w:rsidRPr="00862E77" w:rsidRDefault="2A2EB1F9" w:rsidP="4E08A087">
      <w:pPr>
        <w:rPr>
          <w:lang w:val="en-GB"/>
        </w:rPr>
      </w:pPr>
      <w:r w:rsidRPr="4E08A087">
        <w:rPr>
          <w:lang w:val="en-GB"/>
        </w:rPr>
        <w:t>2048 = 2¹¹</w:t>
      </w:r>
    </w:p>
    <w:p w14:paraId="76C06FB1" w14:textId="77777777" w:rsidR="00862E77" w:rsidRPr="00862E77" w:rsidRDefault="2A2EB1F9" w:rsidP="4E08A087">
      <w:pPr>
        <w:rPr>
          <w:b/>
          <w:bCs/>
          <w:lang w:val="en-GB"/>
        </w:rPr>
      </w:pPr>
      <w:r w:rsidRPr="4E08A087">
        <w:rPr>
          <w:b/>
          <w:bCs/>
          <w:lang w:val="en-GB"/>
        </w:rPr>
        <w:t>Scientific Notation Example</w:t>
      </w:r>
    </w:p>
    <w:p w14:paraId="4F89C0B4" w14:textId="77777777" w:rsidR="00862E77" w:rsidRPr="00862E77" w:rsidRDefault="2A2EB1F9" w:rsidP="4E08A087">
      <w:pPr>
        <w:rPr>
          <w:lang w:val="en-GB"/>
        </w:rPr>
      </w:pPr>
      <w:r w:rsidRPr="4E08A087">
        <w:rPr>
          <w:lang w:val="en-GB"/>
        </w:rPr>
        <w:t>60000</w:t>
      </w:r>
    </w:p>
    <w:p w14:paraId="72B28657" w14:textId="77777777" w:rsidR="00862E77" w:rsidRPr="00862E77" w:rsidRDefault="2A2EB1F9" w:rsidP="4E08A087">
      <w:pPr>
        <w:rPr>
          <w:lang w:val="en-GB"/>
        </w:rPr>
      </w:pPr>
      <w:r w:rsidRPr="4E08A087">
        <w:rPr>
          <w:lang w:val="en-GB"/>
        </w:rPr>
        <w:t>= 6 × 10⁴</w:t>
      </w:r>
    </w:p>
    <w:p w14:paraId="45D8A659" w14:textId="77777777" w:rsidR="00862E77" w:rsidRPr="00862E77" w:rsidRDefault="2A2EB1F9" w:rsidP="4E08A087">
      <w:pPr>
        <w:rPr>
          <w:lang w:val="en-GB"/>
        </w:rPr>
      </w:pPr>
      <w:r w:rsidRPr="4E08A087">
        <w:rPr>
          <w:lang w:val="en-GB"/>
        </w:rPr>
        <w:t>0.004</w:t>
      </w:r>
    </w:p>
    <w:p w14:paraId="23729028" w14:textId="77777777" w:rsidR="00862E77" w:rsidRPr="00862E77" w:rsidRDefault="2A2EB1F9" w:rsidP="4E08A087">
      <w:pPr>
        <w:rPr>
          <w:lang w:val="en-GB"/>
        </w:rPr>
      </w:pPr>
      <w:r w:rsidRPr="4E08A087">
        <w:rPr>
          <w:lang w:val="en-GB"/>
        </w:rPr>
        <w:t>= 4 × 10⁻³</w:t>
      </w:r>
    </w:p>
    <w:p w14:paraId="653BB4C4" w14:textId="77777777" w:rsidR="00862E77" w:rsidRPr="00862E77" w:rsidRDefault="2A2EB1F9" w:rsidP="4E08A087">
      <w:pPr>
        <w:rPr>
          <w:b/>
          <w:bCs/>
          <w:lang w:val="en-GB"/>
        </w:rPr>
      </w:pPr>
      <w:r w:rsidRPr="4E08A087">
        <w:rPr>
          <w:b/>
          <w:bCs/>
          <w:lang w:val="en-GB"/>
        </w:rPr>
        <w:t>Applications in Memory and Data</w:t>
      </w:r>
    </w:p>
    <w:p w14:paraId="3E92C102" w14:textId="77777777" w:rsidR="00862E77" w:rsidRPr="00862E77" w:rsidRDefault="2A2EB1F9" w:rsidP="4E08A087">
      <w:pPr>
        <w:rPr>
          <w:lang w:val="en-GB"/>
        </w:rPr>
      </w:pPr>
      <w:r w:rsidRPr="4E08A087">
        <w:rPr>
          <w:lang w:val="en-GB"/>
        </w:rPr>
        <w:t>Memory example:</w:t>
      </w:r>
    </w:p>
    <w:p w14:paraId="1F034298" w14:textId="77777777" w:rsidR="00862E77" w:rsidRPr="00862E77" w:rsidRDefault="2A2EB1F9" w:rsidP="4E08A087">
      <w:pPr>
        <w:rPr>
          <w:lang w:val="en-GB"/>
        </w:rPr>
      </w:pPr>
      <w:r w:rsidRPr="4E08A087">
        <w:rPr>
          <w:lang w:val="en-GB"/>
        </w:rPr>
        <w:t xml:space="preserve">8 bits = 1 </w:t>
      </w:r>
      <w:proofErr w:type="gramStart"/>
      <w:r w:rsidRPr="4E08A087">
        <w:rPr>
          <w:lang w:val="en-GB"/>
        </w:rPr>
        <w:t>byte</w:t>
      </w:r>
      <w:proofErr w:type="gramEnd"/>
    </w:p>
    <w:p w14:paraId="5B1E8507" w14:textId="77777777" w:rsidR="00862E77" w:rsidRPr="00862E77" w:rsidRDefault="2A2EB1F9" w:rsidP="4E08A087">
      <w:pPr>
        <w:rPr>
          <w:lang w:val="en-GB"/>
        </w:rPr>
      </w:pPr>
      <w:r w:rsidRPr="4E08A087">
        <w:rPr>
          <w:lang w:val="en-GB"/>
        </w:rPr>
        <w:t>Maximum value:</w:t>
      </w:r>
    </w:p>
    <w:p w14:paraId="3CE24625" w14:textId="77777777" w:rsidR="00862E77" w:rsidRPr="00862E77" w:rsidRDefault="2A2EB1F9" w:rsidP="4E08A087">
      <w:pPr>
        <w:rPr>
          <w:lang w:val="en-GB"/>
        </w:rPr>
      </w:pPr>
      <w:r w:rsidRPr="4E08A087">
        <w:rPr>
          <w:lang w:val="en-GB"/>
        </w:rPr>
        <w:t>2⁸ − 1 = 255</w:t>
      </w:r>
    </w:p>
    <w:p w14:paraId="4FA9C2CC" w14:textId="77777777" w:rsidR="00862E77" w:rsidRPr="00862E77" w:rsidRDefault="2A2EB1F9" w:rsidP="4E08A087">
      <w:pPr>
        <w:rPr>
          <w:lang w:val="en-GB"/>
        </w:rPr>
      </w:pPr>
      <w:r w:rsidRPr="4E08A087">
        <w:rPr>
          <w:lang w:val="en-GB"/>
        </w:rPr>
        <w:t>16-bit system:</w:t>
      </w:r>
    </w:p>
    <w:p w14:paraId="3EA2DF48" w14:textId="77777777" w:rsidR="00862E77" w:rsidRPr="00862E77" w:rsidRDefault="2A2EB1F9" w:rsidP="4E08A087">
      <w:pPr>
        <w:rPr>
          <w:lang w:val="en-GB"/>
        </w:rPr>
      </w:pPr>
      <w:r w:rsidRPr="4E08A087">
        <w:rPr>
          <w:lang w:val="en-GB"/>
        </w:rPr>
        <w:t>2¹⁶ − 1 = 65535</w:t>
      </w:r>
    </w:p>
    <w:p w14:paraId="095C9876" w14:textId="77777777" w:rsidR="00862E77" w:rsidRPr="00862E77" w:rsidRDefault="2A2EB1F9" w:rsidP="4E08A087">
      <w:pPr>
        <w:rPr>
          <w:lang w:val="en-GB"/>
        </w:rPr>
      </w:pPr>
      <w:r w:rsidRPr="4E08A087">
        <w:rPr>
          <w:lang w:val="en-GB"/>
        </w:rPr>
        <w:t>This explains data limits in systems.</w:t>
      </w:r>
    </w:p>
    <w:p w14:paraId="1AA9DEB8" w14:textId="3E82B079" w:rsidR="00DD41B1" w:rsidRDefault="00DD41B1" w:rsidP="4E08A087"/>
    <w:p w14:paraId="01D1FEE8" w14:textId="77777777" w:rsidR="00DD41B1" w:rsidRDefault="00874857" w:rsidP="4E08A087">
      <w:r w:rsidRPr="4E08A087">
        <w:lastRenderedPageBreak/>
        <w:br w:type="page"/>
      </w:r>
    </w:p>
    <w:p w14:paraId="702CB763" w14:textId="77777777" w:rsidR="00DD41B1" w:rsidRDefault="1484F464" w:rsidP="4E08A087">
      <w:pPr>
        <w:pStyle w:val="Heading1"/>
        <w:rPr>
          <w:sz w:val="22"/>
          <w:szCs w:val="22"/>
        </w:rPr>
      </w:pPr>
      <w:r w:rsidRPr="4E08A087">
        <w:rPr>
          <w:sz w:val="22"/>
          <w:szCs w:val="22"/>
        </w:rPr>
        <w:lastRenderedPageBreak/>
        <w:t>6. Rounding Errors in Computational Calculations</w:t>
      </w:r>
    </w:p>
    <w:p w14:paraId="1FCE0B74" w14:textId="77777777" w:rsidR="004C7957" w:rsidRPr="004C7957" w:rsidRDefault="00874857" w:rsidP="4E08A087">
      <w:pPr>
        <w:rPr>
          <w:b/>
          <w:bCs/>
          <w:lang w:val="en-GB"/>
        </w:rPr>
      </w:pPr>
      <w:r>
        <w:br/>
      </w:r>
      <w:r w:rsidR="770417EE" w:rsidRPr="4E08A087">
        <w:rPr>
          <w:b/>
          <w:bCs/>
          <w:lang w:val="en-GB"/>
        </w:rPr>
        <w:t>What Are Rounding Errors?</w:t>
      </w:r>
    </w:p>
    <w:p w14:paraId="3E9A143E" w14:textId="77777777" w:rsidR="004C7957" w:rsidRPr="004C7957" w:rsidRDefault="770417EE" w:rsidP="4E08A087">
      <w:pPr>
        <w:rPr>
          <w:lang w:val="en-GB"/>
        </w:rPr>
      </w:pPr>
      <w:r w:rsidRPr="4E08A087">
        <w:rPr>
          <w:lang w:val="en-GB"/>
        </w:rPr>
        <w:t>Rounding error happens when computer cannot store a decimal number exactly.</w:t>
      </w:r>
    </w:p>
    <w:p w14:paraId="380763B8" w14:textId="77777777" w:rsidR="004C7957" w:rsidRPr="004C7957" w:rsidRDefault="770417EE" w:rsidP="4E08A087">
      <w:pPr>
        <w:rPr>
          <w:lang w:val="en-GB"/>
        </w:rPr>
      </w:pPr>
      <w:r w:rsidRPr="4E08A087">
        <w:rPr>
          <w:lang w:val="en-GB"/>
        </w:rPr>
        <w:t>Some numbers repeat forever in binary.</w:t>
      </w:r>
    </w:p>
    <w:p w14:paraId="0E89517B" w14:textId="77777777" w:rsidR="004C7957" w:rsidRPr="004C7957" w:rsidRDefault="770417EE" w:rsidP="4E08A087">
      <w:pPr>
        <w:rPr>
          <w:lang w:val="en-GB"/>
        </w:rPr>
      </w:pPr>
      <w:r w:rsidRPr="4E08A087">
        <w:rPr>
          <w:lang w:val="en-GB"/>
        </w:rPr>
        <w:t>For example:</w:t>
      </w:r>
    </w:p>
    <w:p w14:paraId="450781AC" w14:textId="77777777" w:rsidR="004C7957" w:rsidRPr="004C7957" w:rsidRDefault="770417EE" w:rsidP="4E08A087">
      <w:pPr>
        <w:rPr>
          <w:lang w:val="en-GB"/>
        </w:rPr>
      </w:pPr>
      <w:r w:rsidRPr="4E08A087">
        <w:rPr>
          <w:lang w:val="en-GB"/>
        </w:rPr>
        <w:t>0.1 cannot be stored exactly in binary.</w:t>
      </w:r>
    </w:p>
    <w:p w14:paraId="4C0680D8" w14:textId="77777777" w:rsidR="004C7957" w:rsidRPr="004C7957" w:rsidRDefault="770417EE" w:rsidP="4E08A087">
      <w:pPr>
        <w:rPr>
          <w:lang w:val="en-GB"/>
        </w:rPr>
      </w:pPr>
      <w:proofErr w:type="gramStart"/>
      <w:r w:rsidRPr="4E08A087">
        <w:rPr>
          <w:lang w:val="en-GB"/>
        </w:rPr>
        <w:t>So</w:t>
      </w:r>
      <w:proofErr w:type="gramEnd"/>
      <w:r w:rsidRPr="4E08A087">
        <w:rPr>
          <w:lang w:val="en-GB"/>
        </w:rPr>
        <w:t xml:space="preserve"> computer stores a number very close to 0.1, but not exactly 0.1.</w:t>
      </w:r>
    </w:p>
    <w:p w14:paraId="170FF3BC" w14:textId="77777777" w:rsidR="004C7957" w:rsidRPr="004C7957" w:rsidRDefault="770417EE" w:rsidP="4E08A087">
      <w:pPr>
        <w:rPr>
          <w:b/>
          <w:bCs/>
          <w:lang w:val="en-GB"/>
        </w:rPr>
      </w:pPr>
      <w:r w:rsidRPr="4E08A087">
        <w:rPr>
          <w:b/>
          <w:bCs/>
          <w:lang w:val="en-GB"/>
        </w:rPr>
        <w:t>Why Do They Occur?</w:t>
      </w:r>
    </w:p>
    <w:p w14:paraId="5A064232" w14:textId="77777777" w:rsidR="004C7957" w:rsidRPr="004C7957" w:rsidRDefault="770417EE" w:rsidP="4E08A087">
      <w:pPr>
        <w:rPr>
          <w:lang w:val="en-GB"/>
        </w:rPr>
      </w:pPr>
      <w:r w:rsidRPr="4E08A087">
        <w:rPr>
          <w:lang w:val="en-GB"/>
        </w:rPr>
        <w:t>They happen because:</w:t>
      </w:r>
    </w:p>
    <w:p w14:paraId="3D265C45" w14:textId="77777777" w:rsidR="004C7957" w:rsidRPr="004C7957" w:rsidRDefault="770417EE" w:rsidP="4E08A087">
      <w:pPr>
        <w:rPr>
          <w:lang w:val="en-GB"/>
        </w:rPr>
      </w:pPr>
      <w:r w:rsidRPr="4E08A087">
        <w:rPr>
          <w:lang w:val="en-GB"/>
        </w:rPr>
        <w:t>• Limited memory</w:t>
      </w:r>
      <w:r w:rsidR="004C7957">
        <w:br/>
      </w:r>
      <w:r w:rsidRPr="4E08A087">
        <w:rPr>
          <w:lang w:val="en-GB"/>
        </w:rPr>
        <w:t>• Floating-point representation</w:t>
      </w:r>
      <w:r w:rsidR="004C7957">
        <w:br/>
      </w:r>
      <w:r w:rsidRPr="4E08A087">
        <w:rPr>
          <w:lang w:val="en-GB"/>
        </w:rPr>
        <w:t>• Infinite binary fractions</w:t>
      </w:r>
    </w:p>
    <w:p w14:paraId="239159DD" w14:textId="77777777" w:rsidR="004C7957" w:rsidRPr="004C7957" w:rsidRDefault="770417EE" w:rsidP="4E08A087">
      <w:pPr>
        <w:rPr>
          <w:b/>
          <w:bCs/>
          <w:lang w:val="en-GB"/>
        </w:rPr>
      </w:pPr>
      <w:r w:rsidRPr="4E08A087">
        <w:rPr>
          <w:b/>
          <w:bCs/>
          <w:lang w:val="en-GB"/>
        </w:rPr>
        <w:t>Example of Rounding Error</w:t>
      </w:r>
    </w:p>
    <w:p w14:paraId="1A314A34" w14:textId="77777777" w:rsidR="004C7957" w:rsidRPr="004C7957" w:rsidRDefault="770417EE" w:rsidP="4E08A087">
      <w:pPr>
        <w:rPr>
          <w:lang w:val="en-GB"/>
        </w:rPr>
      </w:pPr>
      <w:r w:rsidRPr="4E08A087">
        <w:rPr>
          <w:lang w:val="en-GB"/>
        </w:rPr>
        <w:t>In programming:</w:t>
      </w:r>
    </w:p>
    <w:p w14:paraId="6FF87B57" w14:textId="77777777" w:rsidR="004C7957" w:rsidRPr="004C7957" w:rsidRDefault="770417EE" w:rsidP="4E08A087">
      <w:pPr>
        <w:rPr>
          <w:lang w:val="en-GB"/>
        </w:rPr>
      </w:pPr>
      <w:r w:rsidRPr="4E08A087">
        <w:rPr>
          <w:lang w:val="en-GB"/>
        </w:rPr>
        <w:t>0.1 + 0.2</w:t>
      </w:r>
    </w:p>
    <w:p w14:paraId="2AA09944" w14:textId="77777777" w:rsidR="004C7957" w:rsidRPr="004C7957" w:rsidRDefault="770417EE" w:rsidP="4E08A087">
      <w:pPr>
        <w:rPr>
          <w:lang w:val="en-GB"/>
        </w:rPr>
      </w:pPr>
      <w:r w:rsidRPr="4E08A087">
        <w:rPr>
          <w:lang w:val="en-GB"/>
        </w:rPr>
        <w:t>Sometimes result is:</w:t>
      </w:r>
    </w:p>
    <w:p w14:paraId="6E248577" w14:textId="77777777" w:rsidR="004C7957" w:rsidRPr="004C7957" w:rsidRDefault="770417EE" w:rsidP="4E08A087">
      <w:pPr>
        <w:rPr>
          <w:lang w:val="en-GB"/>
        </w:rPr>
      </w:pPr>
      <w:r w:rsidRPr="4E08A087">
        <w:rPr>
          <w:lang w:val="en-GB"/>
        </w:rPr>
        <w:t>0.30000000004</w:t>
      </w:r>
    </w:p>
    <w:p w14:paraId="0A21162D" w14:textId="77777777" w:rsidR="004C7957" w:rsidRPr="004C7957" w:rsidRDefault="770417EE" w:rsidP="4E08A087">
      <w:pPr>
        <w:rPr>
          <w:lang w:val="en-GB"/>
        </w:rPr>
      </w:pPr>
      <w:r w:rsidRPr="4E08A087">
        <w:rPr>
          <w:lang w:val="en-GB"/>
        </w:rPr>
        <w:t>Not exactly 0.3</w:t>
      </w:r>
    </w:p>
    <w:p w14:paraId="325C7E36" w14:textId="77777777" w:rsidR="004C7957" w:rsidRPr="004C7957" w:rsidRDefault="770417EE" w:rsidP="4E08A087">
      <w:pPr>
        <w:rPr>
          <w:lang w:val="en-GB"/>
        </w:rPr>
      </w:pPr>
      <w:r w:rsidRPr="4E08A087">
        <w:rPr>
          <w:lang w:val="en-GB"/>
        </w:rPr>
        <w:t>This is because of rounding error.</w:t>
      </w:r>
    </w:p>
    <w:p w14:paraId="29884F9B" w14:textId="77777777" w:rsidR="005272FE" w:rsidRPr="005272FE" w:rsidRDefault="71445F56" w:rsidP="4E08A087">
      <w:pPr>
        <w:rPr>
          <w:b/>
          <w:bCs/>
          <w:lang w:val="en-GB"/>
        </w:rPr>
      </w:pPr>
      <w:r w:rsidRPr="4E08A087">
        <w:rPr>
          <w:b/>
          <w:bCs/>
          <w:lang w:val="en-GB"/>
        </w:rPr>
        <w:t>How to Reduce Rounding Errors</w:t>
      </w:r>
    </w:p>
    <w:p w14:paraId="6D62A919" w14:textId="77777777" w:rsidR="005272FE" w:rsidRPr="005272FE" w:rsidRDefault="71445F56" w:rsidP="4E08A087">
      <w:pPr>
        <w:rPr>
          <w:lang w:val="en-GB"/>
        </w:rPr>
      </w:pPr>
      <w:r w:rsidRPr="4E08A087">
        <w:rPr>
          <w:lang w:val="en-GB"/>
        </w:rPr>
        <w:t>• Use higher precision data types</w:t>
      </w:r>
      <w:r w:rsidR="005272FE">
        <w:br/>
      </w:r>
      <w:r w:rsidRPr="4E08A087">
        <w:rPr>
          <w:lang w:val="en-GB"/>
        </w:rPr>
        <w:t>• Avoid exact equality comparison</w:t>
      </w:r>
      <w:r w:rsidR="005272FE">
        <w:br/>
      </w:r>
      <w:r w:rsidRPr="4E08A087">
        <w:rPr>
          <w:lang w:val="en-GB"/>
        </w:rPr>
        <w:t>• Use small tolerance value</w:t>
      </w:r>
    </w:p>
    <w:p w14:paraId="7CFE2255" w14:textId="77777777" w:rsidR="005272FE" w:rsidRPr="005272FE" w:rsidRDefault="71445F56" w:rsidP="4E08A087">
      <w:pPr>
        <w:rPr>
          <w:lang w:val="en-GB"/>
        </w:rPr>
      </w:pPr>
      <w:r w:rsidRPr="4E08A087">
        <w:rPr>
          <w:lang w:val="en-GB"/>
        </w:rPr>
        <w:t>Example:</w:t>
      </w:r>
    </w:p>
    <w:p w14:paraId="3C7819A1" w14:textId="77777777" w:rsidR="005272FE" w:rsidRPr="005272FE" w:rsidRDefault="71445F56" w:rsidP="4E08A087">
      <w:pPr>
        <w:rPr>
          <w:lang w:val="en-GB"/>
        </w:rPr>
      </w:pPr>
      <w:r w:rsidRPr="4E08A087">
        <w:rPr>
          <w:lang w:val="en-GB"/>
        </w:rPr>
        <w:t>Instead of:</w:t>
      </w:r>
    </w:p>
    <w:p w14:paraId="667C0DFA" w14:textId="77777777" w:rsidR="005272FE" w:rsidRPr="005272FE" w:rsidRDefault="71445F56" w:rsidP="4E08A087">
      <w:pPr>
        <w:rPr>
          <w:lang w:val="en-GB"/>
        </w:rPr>
      </w:pPr>
      <w:r w:rsidRPr="4E08A087">
        <w:rPr>
          <w:lang w:val="en-GB"/>
        </w:rPr>
        <w:t>if a == b</w:t>
      </w:r>
    </w:p>
    <w:p w14:paraId="40311D84" w14:textId="77777777" w:rsidR="005272FE" w:rsidRPr="005272FE" w:rsidRDefault="71445F56" w:rsidP="4E08A087">
      <w:pPr>
        <w:rPr>
          <w:lang w:val="en-GB"/>
        </w:rPr>
      </w:pPr>
      <w:r w:rsidRPr="4E08A087">
        <w:rPr>
          <w:lang w:val="en-GB"/>
        </w:rPr>
        <w:t>Use:</w:t>
      </w:r>
    </w:p>
    <w:p w14:paraId="66EAE400" w14:textId="53B9FF57" w:rsidR="00DD41B1" w:rsidRDefault="71445F56" w:rsidP="139EFEA3">
      <w:r w:rsidRPr="139EFEA3">
        <w:rPr>
          <w:lang w:val="en-GB"/>
        </w:rPr>
        <w:lastRenderedPageBreak/>
        <w:t>if |a - b| &lt; 0.0001</w:t>
      </w:r>
    </w:p>
    <w:p w14:paraId="2C6A593C" w14:textId="13CB6D06" w:rsidR="00DD41B1" w:rsidRDefault="00DD41B1" w:rsidP="139EFEA3">
      <w:pPr>
        <w:rPr>
          <w:lang w:val="en-GB"/>
        </w:rPr>
      </w:pPr>
    </w:p>
    <w:p w14:paraId="2CD8C7C6" w14:textId="476A166B" w:rsidR="00DD41B1" w:rsidRDefault="00DD41B1" w:rsidP="139EFEA3">
      <w:pPr>
        <w:rPr>
          <w:lang w:val="en-GB"/>
        </w:rPr>
      </w:pPr>
    </w:p>
    <w:p w14:paraId="1B30006F" w14:textId="10702D04" w:rsidR="00DD41B1" w:rsidRDefault="00DD41B1" w:rsidP="139EFEA3">
      <w:pPr>
        <w:rPr>
          <w:lang w:val="en-GB"/>
        </w:rPr>
      </w:pPr>
    </w:p>
    <w:p w14:paraId="389CB08A" w14:textId="4CC47D83" w:rsidR="00DD41B1" w:rsidRDefault="00DD41B1" w:rsidP="139EFEA3">
      <w:pPr>
        <w:rPr>
          <w:lang w:val="en-GB"/>
        </w:rPr>
      </w:pPr>
    </w:p>
    <w:p w14:paraId="7E843824" w14:textId="476B69EF" w:rsidR="00DD41B1" w:rsidRDefault="311693C2" w:rsidP="139EFEA3">
      <w:r>
        <w:rPr>
          <w:noProof/>
        </w:rPr>
        <w:drawing>
          <wp:inline distT="0" distB="0" distL="0" distR="0" wp14:anchorId="33902C34" wp14:editId="6CFE9AB4">
            <wp:extent cx="3943350" cy="2628900"/>
            <wp:effectExtent l="0" t="0" r="0" b="0"/>
            <wp:docPr id="561625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25624" name="Picture 561625624"/>
                    <pic:cNvPicPr/>
                  </pic:nvPicPr>
                  <pic:blipFill>
                    <a:blip r:embed="rId11">
                      <a:extLst>
                        <a:ext uri="{28A0092B-C50C-407E-A947-70E740481C1C}">
                          <a14:useLocalDpi xmlns:a14="http://schemas.microsoft.com/office/drawing/2010/main"/>
                        </a:ext>
                      </a:extLst>
                    </a:blip>
                    <a:stretch>
                      <a:fillRect/>
                    </a:stretch>
                  </pic:blipFill>
                  <pic:spPr>
                    <a:xfrm>
                      <a:off x="0" y="0"/>
                      <a:ext cx="3943350" cy="2628900"/>
                    </a:xfrm>
                    <a:prstGeom prst="rect">
                      <a:avLst/>
                    </a:prstGeom>
                  </pic:spPr>
                </pic:pic>
              </a:graphicData>
            </a:graphic>
          </wp:inline>
        </w:drawing>
      </w:r>
    </w:p>
    <w:p w14:paraId="316AB27E" w14:textId="77777777" w:rsidR="00DD41B1" w:rsidRDefault="00874857" w:rsidP="4E08A087">
      <w:r w:rsidRPr="4E08A087">
        <w:br w:type="page"/>
      </w:r>
    </w:p>
    <w:p w14:paraId="654E5786" w14:textId="77777777" w:rsidR="00DD41B1" w:rsidRDefault="1484F464" w:rsidP="4E08A087">
      <w:pPr>
        <w:pStyle w:val="Heading1"/>
        <w:rPr>
          <w:sz w:val="22"/>
          <w:szCs w:val="22"/>
        </w:rPr>
      </w:pPr>
      <w:r w:rsidRPr="4E08A087">
        <w:rPr>
          <w:sz w:val="22"/>
          <w:szCs w:val="22"/>
        </w:rPr>
        <w:lastRenderedPageBreak/>
        <w:t>7. 6-Bit Binary Representation</w:t>
      </w:r>
    </w:p>
    <w:p w14:paraId="45FB4AC5" w14:textId="77777777" w:rsidR="00FA7864" w:rsidRPr="00FA7864" w:rsidRDefault="00874857" w:rsidP="4E08A087">
      <w:pPr>
        <w:rPr>
          <w:lang w:val="en-GB"/>
        </w:rPr>
      </w:pPr>
      <w:r>
        <w:br/>
      </w:r>
      <w:r w:rsidR="45EBC00B" w:rsidRPr="4E08A087">
        <w:rPr>
          <w:lang w:val="en-GB"/>
        </w:rPr>
        <w:t>Unsigned 6-bit Numbers</w:t>
      </w:r>
    </w:p>
    <w:p w14:paraId="54702EE6" w14:textId="77777777" w:rsidR="00FA7864" w:rsidRPr="00FA7864" w:rsidRDefault="45EBC00B" w:rsidP="4E08A087">
      <w:pPr>
        <w:rPr>
          <w:lang w:val="en-GB"/>
        </w:rPr>
      </w:pPr>
      <w:r w:rsidRPr="4E08A087">
        <w:rPr>
          <w:lang w:val="en-GB"/>
        </w:rPr>
        <w:t>6 bits can represent:</w:t>
      </w:r>
    </w:p>
    <w:p w14:paraId="6EC40465" w14:textId="77777777" w:rsidR="00FA7864" w:rsidRPr="00FA7864" w:rsidRDefault="45EBC00B" w:rsidP="4E08A087">
      <w:pPr>
        <w:rPr>
          <w:lang w:val="en-GB"/>
        </w:rPr>
      </w:pPr>
      <w:r w:rsidRPr="4E08A087">
        <w:rPr>
          <w:lang w:val="en-GB"/>
        </w:rPr>
        <w:t>2⁶ = 64 numbers</w:t>
      </w:r>
    </w:p>
    <w:p w14:paraId="70E98489" w14:textId="77777777" w:rsidR="00FA7864" w:rsidRPr="00FA7864" w:rsidRDefault="45EBC00B" w:rsidP="4E08A087">
      <w:pPr>
        <w:rPr>
          <w:lang w:val="en-GB"/>
        </w:rPr>
      </w:pPr>
      <w:r w:rsidRPr="4E08A087">
        <w:rPr>
          <w:lang w:val="en-GB"/>
        </w:rPr>
        <w:t>Range:</w:t>
      </w:r>
    </w:p>
    <w:p w14:paraId="498E60B3" w14:textId="77777777" w:rsidR="00FA7864" w:rsidRPr="00FA7864" w:rsidRDefault="45EBC00B" w:rsidP="4E08A087">
      <w:pPr>
        <w:rPr>
          <w:lang w:val="en-GB"/>
        </w:rPr>
      </w:pPr>
      <w:r w:rsidRPr="4E08A087">
        <w:rPr>
          <w:lang w:val="en-GB"/>
        </w:rPr>
        <w:t>0 to 63</w:t>
      </w:r>
    </w:p>
    <w:p w14:paraId="76208047" w14:textId="77777777" w:rsidR="00FA7864" w:rsidRPr="00FA7864" w:rsidRDefault="45EBC00B" w:rsidP="4E08A087">
      <w:pPr>
        <w:rPr>
          <w:lang w:val="en-GB"/>
        </w:rPr>
      </w:pPr>
      <w:r w:rsidRPr="4E08A087">
        <w:rPr>
          <w:lang w:val="en-GB"/>
        </w:rPr>
        <w:t>Example:</w:t>
      </w:r>
    </w:p>
    <w:p w14:paraId="57E6080C" w14:textId="77777777" w:rsidR="00FA7864" w:rsidRPr="00FA7864" w:rsidRDefault="45EBC00B" w:rsidP="4E08A087">
      <w:pPr>
        <w:rPr>
          <w:lang w:val="en-GB"/>
        </w:rPr>
      </w:pPr>
      <w:r w:rsidRPr="4E08A087">
        <w:rPr>
          <w:lang w:val="en-GB"/>
        </w:rPr>
        <w:t>25 in 6-bit:</w:t>
      </w:r>
    </w:p>
    <w:p w14:paraId="2ECF8FB3" w14:textId="77777777" w:rsidR="00FA7864" w:rsidRPr="00FA7864" w:rsidRDefault="45EBC00B" w:rsidP="4E08A087">
      <w:pPr>
        <w:rPr>
          <w:lang w:val="en-GB"/>
        </w:rPr>
      </w:pPr>
      <w:r w:rsidRPr="4E08A087">
        <w:rPr>
          <w:lang w:val="en-GB"/>
        </w:rPr>
        <w:t>011001</w:t>
      </w:r>
    </w:p>
    <w:p w14:paraId="724617FE" w14:textId="77777777" w:rsidR="00FA7864" w:rsidRPr="00FA7864" w:rsidRDefault="45EBC00B" w:rsidP="4E08A087">
      <w:pPr>
        <w:rPr>
          <w:lang w:val="en-GB"/>
        </w:rPr>
      </w:pPr>
      <w:r w:rsidRPr="4E08A087">
        <w:rPr>
          <w:lang w:val="en-GB"/>
        </w:rPr>
        <w:t>Signed 6-bit Numbers</w:t>
      </w:r>
    </w:p>
    <w:p w14:paraId="061351EE" w14:textId="77777777" w:rsidR="00FA7864" w:rsidRPr="00FA7864" w:rsidRDefault="45EBC00B" w:rsidP="4E08A087">
      <w:pPr>
        <w:rPr>
          <w:lang w:val="en-GB"/>
        </w:rPr>
      </w:pPr>
      <w:r w:rsidRPr="4E08A087">
        <w:rPr>
          <w:lang w:val="en-GB"/>
        </w:rPr>
        <w:t>Signed 6-bit range:</w:t>
      </w:r>
    </w:p>
    <w:p w14:paraId="2E3AC53E" w14:textId="77777777" w:rsidR="00FA7864" w:rsidRPr="00FA7864" w:rsidRDefault="45EBC00B" w:rsidP="4E08A087">
      <w:pPr>
        <w:rPr>
          <w:lang w:val="en-GB"/>
        </w:rPr>
      </w:pPr>
      <w:r w:rsidRPr="4E08A087">
        <w:rPr>
          <w:lang w:val="en-GB"/>
        </w:rPr>
        <w:t>-32 to +31</w:t>
      </w:r>
    </w:p>
    <w:p w14:paraId="1EA04BF7" w14:textId="77777777" w:rsidR="00FA7864" w:rsidRPr="00FA7864" w:rsidRDefault="45EBC00B" w:rsidP="4E08A087">
      <w:pPr>
        <w:rPr>
          <w:lang w:val="en-GB"/>
        </w:rPr>
      </w:pPr>
      <w:r w:rsidRPr="4E08A087">
        <w:rPr>
          <w:lang w:val="en-GB"/>
        </w:rPr>
        <w:t>Two’s Complement Example</w:t>
      </w:r>
    </w:p>
    <w:p w14:paraId="068F0439" w14:textId="77777777" w:rsidR="00FA7864" w:rsidRPr="00FA7864" w:rsidRDefault="45EBC00B" w:rsidP="4E08A087">
      <w:pPr>
        <w:rPr>
          <w:lang w:val="en-GB"/>
        </w:rPr>
      </w:pPr>
      <w:r w:rsidRPr="4E08A087">
        <w:rPr>
          <w:lang w:val="en-GB"/>
        </w:rPr>
        <w:t>Represent -13 in 6-bit.</w:t>
      </w:r>
    </w:p>
    <w:p w14:paraId="37A1A8BE" w14:textId="77777777" w:rsidR="00FA7864" w:rsidRPr="00FA7864" w:rsidRDefault="45EBC00B" w:rsidP="4E08A087">
      <w:pPr>
        <w:rPr>
          <w:lang w:val="en-GB"/>
        </w:rPr>
      </w:pPr>
      <w:r w:rsidRPr="4E08A087">
        <w:rPr>
          <w:lang w:val="en-GB"/>
        </w:rPr>
        <w:t>Step 1: Convert 13 to binary:</w:t>
      </w:r>
    </w:p>
    <w:p w14:paraId="4FD3570A" w14:textId="77777777" w:rsidR="00FA7864" w:rsidRPr="00FA7864" w:rsidRDefault="45EBC00B" w:rsidP="4E08A087">
      <w:pPr>
        <w:rPr>
          <w:lang w:val="en-GB"/>
        </w:rPr>
      </w:pPr>
      <w:r w:rsidRPr="4E08A087">
        <w:rPr>
          <w:lang w:val="en-GB"/>
        </w:rPr>
        <w:t>001101</w:t>
      </w:r>
    </w:p>
    <w:p w14:paraId="79BF088D" w14:textId="77777777" w:rsidR="00FA7864" w:rsidRPr="00FA7864" w:rsidRDefault="45EBC00B" w:rsidP="4E08A087">
      <w:pPr>
        <w:rPr>
          <w:lang w:val="en-GB"/>
        </w:rPr>
      </w:pPr>
      <w:r w:rsidRPr="4E08A087">
        <w:rPr>
          <w:lang w:val="en-GB"/>
        </w:rPr>
        <w:t>Step 2: Invert bits:</w:t>
      </w:r>
    </w:p>
    <w:p w14:paraId="30B7F4F9" w14:textId="77777777" w:rsidR="00FA7864" w:rsidRPr="00FA7864" w:rsidRDefault="45EBC00B" w:rsidP="4E08A087">
      <w:pPr>
        <w:rPr>
          <w:lang w:val="en-GB"/>
        </w:rPr>
      </w:pPr>
      <w:r w:rsidRPr="4E08A087">
        <w:rPr>
          <w:lang w:val="en-GB"/>
        </w:rPr>
        <w:t>110010</w:t>
      </w:r>
    </w:p>
    <w:p w14:paraId="1C3DAFBA" w14:textId="77777777" w:rsidR="00FA7864" w:rsidRPr="00FA7864" w:rsidRDefault="45EBC00B" w:rsidP="4E08A087">
      <w:pPr>
        <w:rPr>
          <w:lang w:val="en-GB"/>
        </w:rPr>
      </w:pPr>
      <w:r w:rsidRPr="4E08A087">
        <w:rPr>
          <w:lang w:val="en-GB"/>
        </w:rPr>
        <w:t>Step 3: Add 1:</w:t>
      </w:r>
    </w:p>
    <w:p w14:paraId="058B400D" w14:textId="77777777" w:rsidR="00FA7864" w:rsidRPr="00FA7864" w:rsidRDefault="45EBC00B" w:rsidP="4E08A087">
      <w:pPr>
        <w:rPr>
          <w:lang w:val="en-GB"/>
        </w:rPr>
      </w:pPr>
      <w:r w:rsidRPr="4E08A087">
        <w:rPr>
          <w:lang w:val="en-GB"/>
        </w:rPr>
        <w:t>110011</w:t>
      </w:r>
    </w:p>
    <w:p w14:paraId="4A24DF28" w14:textId="77777777" w:rsidR="00FA7864" w:rsidRPr="00FA7864" w:rsidRDefault="45EBC00B" w:rsidP="4E08A087">
      <w:pPr>
        <w:rPr>
          <w:lang w:val="en-GB"/>
        </w:rPr>
      </w:pPr>
      <w:r w:rsidRPr="4E08A087">
        <w:rPr>
          <w:lang w:val="en-GB"/>
        </w:rPr>
        <w:t>So:</w:t>
      </w:r>
    </w:p>
    <w:p w14:paraId="0391D05C" w14:textId="77777777" w:rsidR="00FA7864" w:rsidRPr="00FA7864" w:rsidRDefault="45EBC00B" w:rsidP="4E08A087">
      <w:pPr>
        <w:rPr>
          <w:lang w:val="en-GB"/>
        </w:rPr>
      </w:pPr>
      <w:r w:rsidRPr="4E08A087">
        <w:rPr>
          <w:lang w:val="en-GB"/>
        </w:rPr>
        <w:t>-13 = 110011</w:t>
      </w:r>
    </w:p>
    <w:p w14:paraId="0980A206" w14:textId="6BC8899C" w:rsidR="00DD41B1" w:rsidRDefault="00DD41B1" w:rsidP="4E08A087"/>
    <w:p w14:paraId="133537EE" w14:textId="3BE2EA1B" w:rsidR="007318C8" w:rsidRDefault="00874857" w:rsidP="139EFEA3">
      <w:pPr>
        <w:pStyle w:val="Heading1"/>
        <w:rPr>
          <w:b w:val="0"/>
          <w:bCs w:val="0"/>
          <w:sz w:val="22"/>
          <w:szCs w:val="22"/>
        </w:rPr>
      </w:pPr>
      <w:r>
        <w:br w:type="page"/>
      </w:r>
      <w:r w:rsidR="2EA0189B">
        <w:lastRenderedPageBreak/>
        <w:t>8</w:t>
      </w:r>
      <w:r w:rsidR="345541A9">
        <w:t>.</w:t>
      </w:r>
      <w:r w:rsidR="2EA0189B">
        <w:t xml:space="preserve"> </w:t>
      </w:r>
      <w:r w:rsidR="345541A9">
        <w:t>co</w:t>
      </w:r>
      <w:r w:rsidR="06A81F84">
        <w:t>nverting between number system</w:t>
      </w:r>
      <w:r w:rsidR="7BD67C92">
        <w:t xml:space="preserve">s </w:t>
      </w:r>
    </w:p>
    <w:p w14:paraId="5DE2E81A" w14:textId="09F69896" w:rsidR="00107D49" w:rsidRDefault="4FCD24EE" w:rsidP="4E08A087">
      <w:pPr>
        <w:spacing w:before="240" w:after="240"/>
        <w:rPr>
          <w:rFonts w:ascii="Cambria" w:eastAsia="Cambria" w:hAnsi="Cambria" w:cs="Cambria"/>
        </w:rPr>
      </w:pPr>
      <w:r w:rsidRPr="4E08A087">
        <w:rPr>
          <w:rFonts w:ascii="Cambria" w:eastAsia="Cambria" w:hAnsi="Cambria" w:cs="Cambria"/>
        </w:rPr>
        <w:t>Computers use different number systems to store and process data. Humans normally use decimal numbers, but computers use binary numbers. Because of this, sometimes we must convert numbers from one system to another.</w:t>
      </w:r>
    </w:p>
    <w:p w14:paraId="6941380E" w14:textId="5FED1A80" w:rsidR="00107D49" w:rsidRDefault="4FCD24EE" w:rsidP="4E08A087">
      <w:pPr>
        <w:spacing w:before="240" w:after="240"/>
        <w:rPr>
          <w:rFonts w:ascii="Cambria" w:eastAsia="Cambria" w:hAnsi="Cambria" w:cs="Cambria"/>
        </w:rPr>
      </w:pPr>
      <w:r w:rsidRPr="4E08A087">
        <w:rPr>
          <w:rFonts w:ascii="Cambria" w:eastAsia="Cambria" w:hAnsi="Cambria" w:cs="Cambria"/>
        </w:rPr>
        <w:t>This process is called converting between number systems.</w:t>
      </w:r>
    </w:p>
    <w:p w14:paraId="06B69D9B" w14:textId="26D888C1" w:rsidR="00107D49" w:rsidRDefault="4FCD24EE" w:rsidP="4E08A087">
      <w:pPr>
        <w:spacing w:before="240" w:after="240"/>
        <w:rPr>
          <w:rFonts w:ascii="Cambria" w:eastAsia="Cambria" w:hAnsi="Cambria" w:cs="Cambria"/>
        </w:rPr>
      </w:pPr>
      <w:r w:rsidRPr="4E08A087">
        <w:rPr>
          <w:rFonts w:ascii="Cambria" w:eastAsia="Cambria" w:hAnsi="Cambria" w:cs="Cambria"/>
        </w:rPr>
        <w:t>Even though the number system changes, the value of the number stays the same.</w:t>
      </w:r>
    </w:p>
    <w:p w14:paraId="5485B1B3" w14:textId="51B13898" w:rsidR="00107D49" w:rsidRDefault="00107D49" w:rsidP="4E08A087"/>
    <w:p w14:paraId="516E5F94" w14:textId="2777D473" w:rsidR="00107D49" w:rsidRDefault="4FCD24EE" w:rsidP="4E08A087">
      <w:pPr>
        <w:pStyle w:val="Subtitle"/>
        <w:rPr>
          <w:color w:val="000000" w:themeColor="text1"/>
          <w:sz w:val="22"/>
          <w:szCs w:val="22"/>
        </w:rPr>
      </w:pPr>
      <w:r w:rsidRPr="4E08A087">
        <w:rPr>
          <w:color w:val="000000" w:themeColor="text1"/>
          <w:sz w:val="22"/>
          <w:szCs w:val="22"/>
        </w:rPr>
        <w:t>Example 1: Decimal to Binary</w:t>
      </w:r>
    </w:p>
    <w:p w14:paraId="50F5128E" w14:textId="0D255EB9" w:rsidR="00107D49" w:rsidRDefault="4FCD24EE" w:rsidP="4E08A087">
      <w:pPr>
        <w:spacing w:before="240" w:after="240"/>
        <w:rPr>
          <w:rFonts w:ascii="Cambria" w:eastAsia="Cambria" w:hAnsi="Cambria" w:cs="Cambria"/>
        </w:rPr>
      </w:pPr>
      <w:r w:rsidRPr="4E08A087">
        <w:rPr>
          <w:rFonts w:ascii="Cambria" w:eastAsia="Cambria" w:hAnsi="Cambria" w:cs="Cambria"/>
        </w:rPr>
        <w:t>Decimal number: 10</w:t>
      </w:r>
    </w:p>
    <w:p w14:paraId="2BB685E8" w14:textId="24EB6C21" w:rsidR="00107D49" w:rsidRDefault="4FCD24EE" w:rsidP="4E08A087">
      <w:pPr>
        <w:spacing w:before="240" w:after="240"/>
        <w:rPr>
          <w:rFonts w:ascii="Cambria" w:eastAsia="Cambria" w:hAnsi="Cambria" w:cs="Cambria"/>
        </w:rPr>
      </w:pPr>
      <w:r w:rsidRPr="4E08A087">
        <w:rPr>
          <w:rFonts w:ascii="Cambria" w:eastAsia="Cambria" w:hAnsi="Cambria" w:cs="Cambria"/>
        </w:rPr>
        <w:t>Convert to binary:</w:t>
      </w:r>
    </w:p>
    <w:p w14:paraId="212B87D4" w14:textId="6813AD57" w:rsidR="00107D49" w:rsidRDefault="4FCD24EE" w:rsidP="4E08A087">
      <w:pPr>
        <w:spacing w:before="240" w:after="240"/>
        <w:rPr>
          <w:rFonts w:ascii="Cambria" w:eastAsia="Cambria" w:hAnsi="Cambria" w:cs="Cambria"/>
        </w:rPr>
      </w:pPr>
      <w:r w:rsidRPr="4E08A087">
        <w:rPr>
          <w:rFonts w:ascii="Cambria" w:eastAsia="Cambria" w:hAnsi="Cambria" w:cs="Cambria"/>
        </w:rPr>
        <w:t>10 = 1010</w:t>
      </w:r>
    </w:p>
    <w:p w14:paraId="54AD0536" w14:textId="7DD75D8A" w:rsidR="00107D49" w:rsidRDefault="4FCD24EE" w:rsidP="4E08A087">
      <w:pPr>
        <w:spacing w:before="240" w:after="240"/>
        <w:rPr>
          <w:rFonts w:ascii="Cambria" w:eastAsia="Cambria" w:hAnsi="Cambria" w:cs="Cambria"/>
        </w:rPr>
      </w:pPr>
      <w:r w:rsidRPr="4E08A087">
        <w:rPr>
          <w:rFonts w:ascii="Cambria" w:eastAsia="Cambria" w:hAnsi="Cambria" w:cs="Cambria"/>
        </w:rPr>
        <w:t>So:</w:t>
      </w:r>
    </w:p>
    <w:p w14:paraId="58CF83AB" w14:textId="5C1295DC" w:rsidR="00107D49" w:rsidRDefault="4FCD24EE" w:rsidP="4E08A087">
      <w:pPr>
        <w:spacing w:before="240" w:after="240"/>
        <w:rPr>
          <w:rFonts w:ascii="Cambria" w:eastAsia="Cambria" w:hAnsi="Cambria" w:cs="Cambria"/>
        </w:rPr>
      </w:pPr>
      <w:r w:rsidRPr="4E08A087">
        <w:rPr>
          <w:rFonts w:ascii="Cambria" w:eastAsia="Cambria" w:hAnsi="Cambria" w:cs="Cambria"/>
        </w:rPr>
        <w:t>10₁₀ = 1010₂</w:t>
      </w:r>
    </w:p>
    <w:p w14:paraId="5C832F0A" w14:textId="3DFAB3FA" w:rsidR="00107D49" w:rsidRDefault="4FCD24EE" w:rsidP="4E08A087">
      <w:pPr>
        <w:spacing w:before="240" w:after="240"/>
        <w:rPr>
          <w:rFonts w:ascii="Cambria" w:eastAsia="Cambria" w:hAnsi="Cambria" w:cs="Cambria"/>
        </w:rPr>
      </w:pPr>
      <w:r w:rsidRPr="4E08A087">
        <w:rPr>
          <w:rFonts w:ascii="Cambria" w:eastAsia="Cambria" w:hAnsi="Cambria" w:cs="Cambria"/>
        </w:rPr>
        <w:t>Both numbers mean the same value, but they are written in different number systems.</w:t>
      </w:r>
    </w:p>
    <w:p w14:paraId="52793B35" w14:textId="575FD18A" w:rsidR="00107D49" w:rsidRDefault="00107D49" w:rsidP="4E08A087"/>
    <w:p w14:paraId="539E07BA" w14:textId="20C7DF09" w:rsidR="00107D49" w:rsidRDefault="4FCD24EE" w:rsidP="4E08A087">
      <w:pPr>
        <w:pStyle w:val="Subtitle"/>
        <w:rPr>
          <w:rFonts w:ascii="Cambria" w:eastAsia="Cambria" w:hAnsi="Cambria" w:cs="Cambria"/>
          <w:color w:val="000000" w:themeColor="text1"/>
          <w:sz w:val="22"/>
          <w:szCs w:val="22"/>
        </w:rPr>
      </w:pPr>
      <w:r w:rsidRPr="4E08A087">
        <w:rPr>
          <w:color w:val="000000" w:themeColor="text1"/>
        </w:rPr>
        <w:t>Example 2: Decimal to Hexadecimal</w:t>
      </w:r>
    </w:p>
    <w:p w14:paraId="35AB6F5A" w14:textId="51452B88" w:rsidR="00107D49" w:rsidRDefault="4FCD24EE" w:rsidP="4E08A087">
      <w:pPr>
        <w:spacing w:before="240" w:after="240"/>
        <w:rPr>
          <w:rFonts w:ascii="Cambria" w:eastAsia="Cambria" w:hAnsi="Cambria" w:cs="Cambria"/>
        </w:rPr>
      </w:pPr>
      <w:r w:rsidRPr="4E08A087">
        <w:rPr>
          <w:rFonts w:ascii="Cambria" w:eastAsia="Cambria" w:hAnsi="Cambria" w:cs="Cambria"/>
        </w:rPr>
        <w:t>Decimal number: 26</w:t>
      </w:r>
    </w:p>
    <w:p w14:paraId="1DED225A" w14:textId="6A90711A" w:rsidR="00107D49" w:rsidRDefault="4FCD24EE" w:rsidP="4E08A087">
      <w:pPr>
        <w:spacing w:before="240" w:after="240"/>
        <w:rPr>
          <w:rFonts w:ascii="Cambria" w:eastAsia="Cambria" w:hAnsi="Cambria" w:cs="Cambria"/>
        </w:rPr>
      </w:pPr>
      <w:r w:rsidRPr="4E08A087">
        <w:rPr>
          <w:rFonts w:ascii="Cambria" w:eastAsia="Cambria" w:hAnsi="Cambria" w:cs="Cambria"/>
        </w:rPr>
        <w:t>Convert to hexadecimal:</w:t>
      </w:r>
    </w:p>
    <w:p w14:paraId="4126A662" w14:textId="565B0676" w:rsidR="00107D49" w:rsidRDefault="4FCD24EE" w:rsidP="4E08A087">
      <w:pPr>
        <w:spacing w:before="240" w:after="240"/>
        <w:rPr>
          <w:rFonts w:ascii="Cambria" w:eastAsia="Cambria" w:hAnsi="Cambria" w:cs="Cambria"/>
        </w:rPr>
      </w:pPr>
      <w:r w:rsidRPr="4E08A087">
        <w:rPr>
          <w:rFonts w:ascii="Cambria" w:eastAsia="Cambria" w:hAnsi="Cambria" w:cs="Cambria"/>
        </w:rPr>
        <w:t>26 = 1A</w:t>
      </w:r>
    </w:p>
    <w:p w14:paraId="64A9716B" w14:textId="57B23820" w:rsidR="00107D49" w:rsidRDefault="4FCD24EE" w:rsidP="4E08A087">
      <w:pPr>
        <w:spacing w:before="240" w:after="240"/>
        <w:rPr>
          <w:rFonts w:ascii="Cambria" w:eastAsia="Cambria" w:hAnsi="Cambria" w:cs="Cambria"/>
        </w:rPr>
      </w:pPr>
      <w:r w:rsidRPr="4E08A087">
        <w:rPr>
          <w:rFonts w:ascii="Cambria" w:eastAsia="Cambria" w:hAnsi="Cambria" w:cs="Cambria"/>
        </w:rPr>
        <w:t>So:</w:t>
      </w:r>
    </w:p>
    <w:p w14:paraId="3F703769" w14:textId="191A72D7" w:rsidR="00107D49" w:rsidRDefault="4FCD24EE" w:rsidP="4E08A087">
      <w:pPr>
        <w:spacing w:before="240" w:after="240"/>
        <w:rPr>
          <w:rFonts w:ascii="Cambria" w:eastAsia="Cambria" w:hAnsi="Cambria" w:cs="Cambria"/>
        </w:rPr>
      </w:pPr>
      <w:r w:rsidRPr="4E08A087">
        <w:rPr>
          <w:rFonts w:ascii="Cambria" w:eastAsia="Cambria" w:hAnsi="Cambria" w:cs="Cambria"/>
        </w:rPr>
        <w:t>26₁₀ = 1A₁₆</w:t>
      </w:r>
    </w:p>
    <w:p w14:paraId="616832D8" w14:textId="4B87CC77" w:rsidR="00107D49" w:rsidRDefault="00107D49" w:rsidP="4E08A087"/>
    <w:p w14:paraId="3FD08B80" w14:textId="0EBB393B" w:rsidR="00107D49" w:rsidRDefault="4FCD24EE" w:rsidP="4E08A087">
      <w:pPr>
        <w:pStyle w:val="Subtitle"/>
        <w:rPr>
          <w:rFonts w:ascii="Cambria" w:eastAsia="Cambria" w:hAnsi="Cambria" w:cs="Cambria"/>
          <w:color w:val="000000" w:themeColor="text1"/>
          <w:sz w:val="22"/>
          <w:szCs w:val="22"/>
        </w:rPr>
      </w:pPr>
      <w:r w:rsidRPr="4E08A087">
        <w:rPr>
          <w:color w:val="000000" w:themeColor="text1"/>
        </w:rPr>
        <w:t>Example 3: Binary to Decimal</w:t>
      </w:r>
    </w:p>
    <w:p w14:paraId="2CF2F0AD" w14:textId="27378468" w:rsidR="00107D49" w:rsidRDefault="4FCD24EE" w:rsidP="4E08A087">
      <w:pPr>
        <w:spacing w:before="240" w:after="240"/>
        <w:rPr>
          <w:rFonts w:ascii="Cambria" w:eastAsia="Cambria" w:hAnsi="Cambria" w:cs="Cambria"/>
        </w:rPr>
      </w:pPr>
      <w:r w:rsidRPr="4E08A087">
        <w:rPr>
          <w:rFonts w:ascii="Cambria" w:eastAsia="Cambria" w:hAnsi="Cambria" w:cs="Cambria"/>
        </w:rPr>
        <w:t>Binary number: 1011</w:t>
      </w:r>
    </w:p>
    <w:p w14:paraId="3E37E694" w14:textId="6881937B" w:rsidR="00107D49" w:rsidRDefault="4FCD24EE" w:rsidP="4E08A087">
      <w:pPr>
        <w:spacing w:before="240" w:after="240"/>
        <w:rPr>
          <w:rFonts w:ascii="Cambria" w:eastAsia="Cambria" w:hAnsi="Cambria" w:cs="Cambria"/>
        </w:rPr>
      </w:pPr>
      <w:r w:rsidRPr="4E08A087">
        <w:rPr>
          <w:rFonts w:ascii="Cambria" w:eastAsia="Cambria" w:hAnsi="Cambria" w:cs="Cambria"/>
        </w:rPr>
        <w:lastRenderedPageBreak/>
        <w:t>Convert to decimal:</w:t>
      </w:r>
    </w:p>
    <w:p w14:paraId="63656A39" w14:textId="3B1FF39C" w:rsidR="00107D49" w:rsidRDefault="4FCD24EE" w:rsidP="4E08A087">
      <w:pPr>
        <w:spacing w:before="240" w:after="240"/>
        <w:rPr>
          <w:rFonts w:ascii="Cambria" w:eastAsia="Cambria" w:hAnsi="Cambria" w:cs="Cambria"/>
        </w:rPr>
      </w:pPr>
      <w:proofErr w:type="gramStart"/>
      <w:r w:rsidRPr="4E08A087">
        <w:rPr>
          <w:rFonts w:ascii="Cambria" w:eastAsia="Cambria" w:hAnsi="Cambria" w:cs="Cambria"/>
        </w:rPr>
        <w:t>1×8</w:t>
      </w:r>
      <w:proofErr w:type="gramEnd"/>
      <w:r w:rsidRPr="4E08A087">
        <w:rPr>
          <w:rFonts w:ascii="Cambria" w:eastAsia="Cambria" w:hAnsi="Cambria" w:cs="Cambria"/>
        </w:rPr>
        <w:t xml:space="preserve"> </w:t>
      </w:r>
      <w:proofErr w:type="gramStart"/>
      <w:r w:rsidRPr="4E08A087">
        <w:rPr>
          <w:rFonts w:ascii="Cambria" w:eastAsia="Cambria" w:hAnsi="Cambria" w:cs="Cambria"/>
        </w:rPr>
        <w:t>+ 0×</w:t>
      </w:r>
      <w:proofErr w:type="gramEnd"/>
      <w:r w:rsidRPr="4E08A087">
        <w:rPr>
          <w:rFonts w:ascii="Cambria" w:eastAsia="Cambria" w:hAnsi="Cambria" w:cs="Cambria"/>
        </w:rPr>
        <w:t>4 + 1×2 + 1×1</w:t>
      </w:r>
      <w:r w:rsidR="00107D49">
        <w:br/>
      </w:r>
      <w:r w:rsidRPr="4E08A087">
        <w:rPr>
          <w:rFonts w:ascii="Cambria" w:eastAsia="Cambria" w:hAnsi="Cambria" w:cs="Cambria"/>
        </w:rPr>
        <w:t xml:space="preserve"> = 8 + 2 + 1</w:t>
      </w:r>
      <w:r w:rsidR="00107D49">
        <w:br/>
      </w:r>
      <w:r w:rsidRPr="4E08A087">
        <w:rPr>
          <w:rFonts w:ascii="Cambria" w:eastAsia="Cambria" w:hAnsi="Cambria" w:cs="Cambria"/>
        </w:rPr>
        <w:t xml:space="preserve"> = 11</w:t>
      </w:r>
    </w:p>
    <w:p w14:paraId="5092160A" w14:textId="67F277E9" w:rsidR="00107D49" w:rsidRDefault="4FCD24EE" w:rsidP="4E08A087">
      <w:pPr>
        <w:spacing w:before="240" w:after="240"/>
        <w:rPr>
          <w:rFonts w:ascii="Cambria" w:eastAsia="Cambria" w:hAnsi="Cambria" w:cs="Cambria"/>
        </w:rPr>
      </w:pPr>
      <w:r w:rsidRPr="4E08A087">
        <w:rPr>
          <w:rFonts w:ascii="Cambria" w:eastAsia="Cambria" w:hAnsi="Cambria" w:cs="Cambria"/>
        </w:rPr>
        <w:t>So:</w:t>
      </w:r>
    </w:p>
    <w:p w14:paraId="69EA5B7A" w14:textId="66E84139" w:rsidR="00107D49" w:rsidRDefault="4FCD24EE" w:rsidP="4E08A087">
      <w:pPr>
        <w:spacing w:before="240" w:after="240"/>
        <w:rPr>
          <w:rFonts w:ascii="Cambria" w:eastAsia="Cambria" w:hAnsi="Cambria" w:cs="Cambria"/>
        </w:rPr>
      </w:pPr>
      <w:r w:rsidRPr="4E08A087">
        <w:rPr>
          <w:rFonts w:ascii="Cambria" w:eastAsia="Cambria" w:hAnsi="Cambria" w:cs="Cambria"/>
        </w:rPr>
        <w:t>1011₂ = 11₁₀</w:t>
      </w:r>
    </w:p>
    <w:p w14:paraId="76911BFE" w14:textId="0A67E1F9" w:rsidR="00107D49" w:rsidRDefault="00107D49" w:rsidP="4E08A087"/>
    <w:p w14:paraId="75E93C0D" w14:textId="4A498BDA" w:rsidR="00107D49" w:rsidRDefault="4FCD24EE" w:rsidP="4E08A087">
      <w:pPr>
        <w:pStyle w:val="Subtitle"/>
        <w:rPr>
          <w:rFonts w:ascii="Cambria" w:eastAsia="Cambria" w:hAnsi="Cambria" w:cs="Cambria"/>
          <w:color w:val="000000" w:themeColor="text1"/>
          <w:sz w:val="22"/>
          <w:szCs w:val="22"/>
        </w:rPr>
      </w:pPr>
      <w:r w:rsidRPr="4E08A087">
        <w:rPr>
          <w:color w:val="000000" w:themeColor="text1"/>
        </w:rPr>
        <w:t>Why Converting Number Systems is Important</w:t>
      </w:r>
    </w:p>
    <w:p w14:paraId="4E4AC3CC" w14:textId="0CFA3EF3" w:rsidR="00107D49" w:rsidRDefault="4FCD24EE" w:rsidP="4E08A087">
      <w:pPr>
        <w:spacing w:before="240" w:after="240"/>
        <w:rPr>
          <w:rFonts w:ascii="Cambria" w:eastAsia="Cambria" w:hAnsi="Cambria" w:cs="Cambria"/>
        </w:rPr>
      </w:pPr>
      <w:r w:rsidRPr="4E08A087">
        <w:rPr>
          <w:rFonts w:ascii="Cambria" w:eastAsia="Cambria" w:hAnsi="Cambria" w:cs="Cambria"/>
        </w:rPr>
        <w:t>Converting number systems is important in computing because:</w:t>
      </w:r>
    </w:p>
    <w:p w14:paraId="1D1B34A0" w14:textId="269EB930" w:rsidR="00107D49" w:rsidRDefault="4FCD24EE" w:rsidP="4E08A087">
      <w:pPr>
        <w:spacing w:before="240" w:after="240"/>
        <w:rPr>
          <w:rFonts w:ascii="Cambria" w:eastAsia="Cambria" w:hAnsi="Cambria" w:cs="Cambria"/>
        </w:rPr>
      </w:pPr>
      <w:r w:rsidRPr="4E08A087">
        <w:rPr>
          <w:rFonts w:ascii="Cambria" w:eastAsia="Cambria" w:hAnsi="Cambria" w:cs="Cambria"/>
        </w:rPr>
        <w:t>• Computers store data in binary</w:t>
      </w:r>
      <w:r w:rsidR="00107D49">
        <w:br/>
      </w:r>
      <w:r w:rsidRPr="4E08A087">
        <w:rPr>
          <w:rFonts w:ascii="Cambria" w:eastAsia="Cambria" w:hAnsi="Cambria" w:cs="Cambria"/>
        </w:rPr>
        <w:t xml:space="preserve"> • Programmers often read data in hexadecimal</w:t>
      </w:r>
      <w:r w:rsidR="00107D49">
        <w:br/>
      </w:r>
      <w:r w:rsidRPr="4E08A087">
        <w:rPr>
          <w:rFonts w:ascii="Cambria" w:eastAsia="Cambria" w:hAnsi="Cambria" w:cs="Cambria"/>
        </w:rPr>
        <w:t xml:space="preserve"> • Humans understand numbers better in </w:t>
      </w:r>
      <w:proofErr w:type="gramStart"/>
      <w:r w:rsidRPr="4E08A087">
        <w:rPr>
          <w:rFonts w:ascii="Cambria" w:eastAsia="Cambria" w:hAnsi="Cambria" w:cs="Cambria"/>
        </w:rPr>
        <w:t>decimal</w:t>
      </w:r>
      <w:proofErr w:type="gramEnd"/>
    </w:p>
    <w:p w14:paraId="009E359D" w14:textId="491BB085" w:rsidR="00107D49" w:rsidRDefault="4FCD24EE" w:rsidP="4E08A087">
      <w:pPr>
        <w:spacing w:before="240" w:after="240"/>
        <w:rPr>
          <w:rFonts w:ascii="Cambria" w:eastAsia="Cambria" w:hAnsi="Cambria" w:cs="Cambria"/>
        </w:rPr>
      </w:pPr>
      <w:proofErr w:type="gramStart"/>
      <w:r w:rsidRPr="4E08A087">
        <w:rPr>
          <w:rFonts w:ascii="Cambria" w:eastAsia="Cambria" w:hAnsi="Cambria" w:cs="Cambria"/>
        </w:rPr>
        <w:t>So</w:t>
      </w:r>
      <w:proofErr w:type="gramEnd"/>
      <w:r w:rsidRPr="4E08A087">
        <w:rPr>
          <w:rFonts w:ascii="Cambria" w:eastAsia="Cambria" w:hAnsi="Cambria" w:cs="Cambria"/>
        </w:rPr>
        <w:t xml:space="preserve"> conversions help us understand and work with computer data.</w:t>
      </w:r>
    </w:p>
    <w:p w14:paraId="4EFBB218" w14:textId="6D51CFF1" w:rsidR="00107D49" w:rsidRDefault="00107D49" w:rsidP="4E08A087"/>
    <w:p w14:paraId="39CD17B6" w14:textId="28894051" w:rsidR="00107D49" w:rsidRDefault="4FCD24EE" w:rsidP="4E08A087">
      <w:pPr>
        <w:pStyle w:val="Subtitle"/>
        <w:rPr>
          <w:rFonts w:ascii="Cambria" w:eastAsia="Cambria" w:hAnsi="Cambria" w:cs="Cambria"/>
          <w:color w:val="000000" w:themeColor="text1"/>
          <w:sz w:val="22"/>
          <w:szCs w:val="22"/>
        </w:rPr>
      </w:pPr>
      <w:r w:rsidRPr="4E08A087">
        <w:rPr>
          <w:color w:val="000000" w:themeColor="text1"/>
        </w:rPr>
        <w:t>Real Life Example</w:t>
      </w:r>
    </w:p>
    <w:p w14:paraId="1CD72111" w14:textId="6C78D312" w:rsidR="00107D49" w:rsidRDefault="4FCD24EE" w:rsidP="4E08A087">
      <w:pPr>
        <w:spacing w:before="240" w:after="240"/>
        <w:rPr>
          <w:rFonts w:ascii="Cambria" w:eastAsia="Cambria" w:hAnsi="Cambria" w:cs="Cambria"/>
        </w:rPr>
      </w:pPr>
      <w:r w:rsidRPr="4E08A087">
        <w:rPr>
          <w:rFonts w:ascii="Cambria" w:eastAsia="Cambria" w:hAnsi="Cambria" w:cs="Cambria"/>
        </w:rPr>
        <w:t xml:space="preserve">For example, in web design a </w:t>
      </w:r>
      <w:proofErr w:type="spellStart"/>
      <w:r w:rsidRPr="4E08A087">
        <w:rPr>
          <w:rFonts w:ascii="Cambria" w:eastAsia="Cambria" w:hAnsi="Cambria" w:cs="Cambria"/>
        </w:rPr>
        <w:t>colour</w:t>
      </w:r>
      <w:proofErr w:type="spellEnd"/>
      <w:r w:rsidRPr="4E08A087">
        <w:rPr>
          <w:rFonts w:ascii="Cambria" w:eastAsia="Cambria" w:hAnsi="Cambria" w:cs="Cambria"/>
        </w:rPr>
        <w:t xml:space="preserve"> might look like this:</w:t>
      </w:r>
    </w:p>
    <w:p w14:paraId="63CD9E05" w14:textId="64DD8E96" w:rsidR="00107D49" w:rsidRDefault="4FCD24EE" w:rsidP="4E08A087">
      <w:pPr>
        <w:spacing w:before="240" w:after="240"/>
        <w:rPr>
          <w:rFonts w:ascii="Cambria" w:eastAsia="Cambria" w:hAnsi="Cambria" w:cs="Cambria"/>
        </w:rPr>
      </w:pPr>
      <w:r w:rsidRPr="4E08A087">
        <w:rPr>
          <w:rFonts w:ascii="Cambria" w:eastAsia="Cambria" w:hAnsi="Cambria" w:cs="Cambria"/>
        </w:rPr>
        <w:t>#FF5733</w:t>
      </w:r>
    </w:p>
    <w:p w14:paraId="62031287" w14:textId="07B13EB3" w:rsidR="00107D49" w:rsidRDefault="4FCD24EE" w:rsidP="4E08A087">
      <w:pPr>
        <w:spacing w:before="240" w:after="240"/>
        <w:rPr>
          <w:rFonts w:ascii="Cambria" w:eastAsia="Cambria" w:hAnsi="Cambria" w:cs="Cambria"/>
        </w:rPr>
      </w:pPr>
      <w:r w:rsidRPr="4E08A087">
        <w:rPr>
          <w:rFonts w:ascii="Cambria" w:eastAsia="Cambria" w:hAnsi="Cambria" w:cs="Cambria"/>
        </w:rPr>
        <w:t xml:space="preserve">This is a hexadecimal </w:t>
      </w:r>
      <w:proofErr w:type="spellStart"/>
      <w:r w:rsidRPr="4E08A087">
        <w:rPr>
          <w:rFonts w:ascii="Cambria" w:eastAsia="Cambria" w:hAnsi="Cambria" w:cs="Cambria"/>
        </w:rPr>
        <w:t>colour</w:t>
      </w:r>
      <w:proofErr w:type="spellEnd"/>
      <w:r w:rsidRPr="4E08A087">
        <w:rPr>
          <w:rFonts w:ascii="Cambria" w:eastAsia="Cambria" w:hAnsi="Cambria" w:cs="Cambria"/>
        </w:rPr>
        <w:t xml:space="preserve"> code.</w:t>
      </w:r>
    </w:p>
    <w:p w14:paraId="6E6E21E4" w14:textId="6858B49E" w:rsidR="00107D49" w:rsidRDefault="4FCD24EE" w:rsidP="4E08A087">
      <w:pPr>
        <w:spacing w:before="240" w:after="240"/>
        <w:rPr>
          <w:rFonts w:ascii="Cambria" w:eastAsia="Cambria" w:hAnsi="Cambria" w:cs="Cambria"/>
        </w:rPr>
      </w:pPr>
      <w:r w:rsidRPr="4E08A087">
        <w:rPr>
          <w:rFonts w:ascii="Cambria" w:eastAsia="Cambria" w:hAnsi="Cambria" w:cs="Cambria"/>
        </w:rPr>
        <w:t xml:space="preserve">The computer converts this hexadecimal value into binary numbers so it can display the </w:t>
      </w:r>
      <w:proofErr w:type="spellStart"/>
      <w:r w:rsidRPr="4E08A087">
        <w:rPr>
          <w:rFonts w:ascii="Cambria" w:eastAsia="Cambria" w:hAnsi="Cambria" w:cs="Cambria"/>
        </w:rPr>
        <w:t>colour</w:t>
      </w:r>
      <w:proofErr w:type="spellEnd"/>
      <w:r w:rsidRPr="4E08A087">
        <w:rPr>
          <w:rFonts w:ascii="Cambria" w:eastAsia="Cambria" w:hAnsi="Cambria" w:cs="Cambria"/>
        </w:rPr>
        <w:t xml:space="preserve"> on the screen.</w:t>
      </w:r>
    </w:p>
    <w:p w14:paraId="1291CFBB" w14:textId="54B8EF6A" w:rsidR="00107D49" w:rsidRDefault="00107D49" w:rsidP="4E08A087">
      <w:pPr>
        <w:rPr>
          <w:b/>
          <w:bCs/>
        </w:rPr>
      </w:pPr>
    </w:p>
    <w:p w14:paraId="32EB0471" w14:textId="77777777" w:rsidR="00107D49" w:rsidRDefault="00107D49" w:rsidP="4E08A087">
      <w:pPr>
        <w:rPr>
          <w:b/>
          <w:bCs/>
        </w:rPr>
      </w:pPr>
    </w:p>
    <w:p w14:paraId="58DA4C1F" w14:textId="77777777" w:rsidR="00107D49" w:rsidRDefault="00107D49" w:rsidP="4E08A087">
      <w:pPr>
        <w:rPr>
          <w:b/>
          <w:bCs/>
        </w:rPr>
      </w:pPr>
    </w:p>
    <w:p w14:paraId="2AC7861E" w14:textId="77777777" w:rsidR="00107D49" w:rsidRDefault="00107D49" w:rsidP="4E08A087">
      <w:pPr>
        <w:rPr>
          <w:b/>
          <w:bCs/>
        </w:rPr>
      </w:pPr>
    </w:p>
    <w:p w14:paraId="620B131B" w14:textId="77777777" w:rsidR="00107D49" w:rsidRDefault="00107D49" w:rsidP="4E08A087">
      <w:pPr>
        <w:rPr>
          <w:b/>
          <w:bCs/>
        </w:rPr>
      </w:pPr>
    </w:p>
    <w:p w14:paraId="4AA32413" w14:textId="77777777" w:rsidR="00107D49" w:rsidRDefault="00107D49" w:rsidP="4E08A087">
      <w:pPr>
        <w:rPr>
          <w:b/>
          <w:bCs/>
        </w:rPr>
      </w:pPr>
    </w:p>
    <w:p w14:paraId="2D026C8A" w14:textId="77777777" w:rsidR="00107D49" w:rsidRDefault="00107D49" w:rsidP="4E08A087">
      <w:pPr>
        <w:rPr>
          <w:b/>
          <w:bCs/>
        </w:rPr>
      </w:pPr>
    </w:p>
    <w:p w14:paraId="246C0060" w14:textId="77777777" w:rsidR="00107D49" w:rsidRDefault="00107D49" w:rsidP="4E08A087">
      <w:pPr>
        <w:rPr>
          <w:b/>
          <w:bCs/>
        </w:rPr>
      </w:pPr>
    </w:p>
    <w:p w14:paraId="4E070C1C" w14:textId="77777777" w:rsidR="00107D49" w:rsidRDefault="00107D49" w:rsidP="4E08A087">
      <w:pPr>
        <w:rPr>
          <w:b/>
          <w:bCs/>
        </w:rPr>
      </w:pPr>
    </w:p>
    <w:p w14:paraId="621D9BC3" w14:textId="77777777" w:rsidR="00107D49" w:rsidRDefault="00107D49" w:rsidP="4E08A087">
      <w:pPr>
        <w:rPr>
          <w:b/>
          <w:bCs/>
        </w:rPr>
      </w:pPr>
    </w:p>
    <w:p w14:paraId="446403E1" w14:textId="77777777" w:rsidR="00107D49" w:rsidRDefault="00107D49" w:rsidP="4E08A087">
      <w:pPr>
        <w:rPr>
          <w:b/>
          <w:bCs/>
        </w:rPr>
      </w:pPr>
    </w:p>
    <w:p w14:paraId="2AB2C30B" w14:textId="77777777" w:rsidR="00107D49" w:rsidRDefault="00107D49" w:rsidP="4E08A087">
      <w:pPr>
        <w:rPr>
          <w:b/>
          <w:bCs/>
        </w:rPr>
      </w:pPr>
    </w:p>
    <w:p w14:paraId="0FCBCD63" w14:textId="77777777" w:rsidR="00107D49" w:rsidRDefault="00107D49" w:rsidP="4E08A087">
      <w:pPr>
        <w:rPr>
          <w:b/>
          <w:bCs/>
        </w:rPr>
      </w:pPr>
    </w:p>
    <w:p w14:paraId="5DC298D6" w14:textId="77777777" w:rsidR="00107D49" w:rsidRDefault="00107D49" w:rsidP="4E08A087">
      <w:pPr>
        <w:rPr>
          <w:b/>
          <w:bCs/>
        </w:rPr>
      </w:pPr>
    </w:p>
    <w:p w14:paraId="5A31A4EE" w14:textId="77777777" w:rsidR="00107D49" w:rsidRDefault="00107D49" w:rsidP="4E08A087">
      <w:pPr>
        <w:rPr>
          <w:b/>
          <w:bCs/>
        </w:rPr>
      </w:pPr>
    </w:p>
    <w:p w14:paraId="05B6AD1C" w14:textId="77777777" w:rsidR="00107D49" w:rsidRDefault="00107D49" w:rsidP="4E08A087">
      <w:pPr>
        <w:rPr>
          <w:b/>
          <w:bCs/>
        </w:rPr>
      </w:pPr>
    </w:p>
    <w:p w14:paraId="5F4B3987" w14:textId="77777777" w:rsidR="00107D49" w:rsidRDefault="00107D49" w:rsidP="4E08A087">
      <w:pPr>
        <w:rPr>
          <w:b/>
          <w:bCs/>
        </w:rPr>
      </w:pPr>
    </w:p>
    <w:p w14:paraId="42E7E269" w14:textId="77777777" w:rsidR="00107D49" w:rsidRDefault="00107D49" w:rsidP="4E08A087">
      <w:pPr>
        <w:rPr>
          <w:b/>
          <w:bCs/>
        </w:rPr>
      </w:pPr>
    </w:p>
    <w:p w14:paraId="091639D0" w14:textId="77777777" w:rsidR="00107D49" w:rsidRDefault="00107D49" w:rsidP="4E08A087">
      <w:pPr>
        <w:rPr>
          <w:b/>
          <w:bCs/>
        </w:rPr>
      </w:pPr>
    </w:p>
    <w:p w14:paraId="0C4FEFF3" w14:textId="77777777" w:rsidR="00107D49" w:rsidRDefault="00107D49" w:rsidP="4E08A087"/>
    <w:p w14:paraId="4073F98C" w14:textId="456F2149" w:rsidR="00DD41B1" w:rsidRDefault="2EA0189B" w:rsidP="4E08A087">
      <w:pPr>
        <w:pStyle w:val="Heading1"/>
        <w:rPr>
          <w:sz w:val="22"/>
          <w:szCs w:val="22"/>
        </w:rPr>
      </w:pPr>
      <w:r w:rsidRPr="4E08A087">
        <w:rPr>
          <w:sz w:val="22"/>
          <w:szCs w:val="22"/>
        </w:rPr>
        <w:t>9</w:t>
      </w:r>
      <w:r w:rsidR="1484F464" w:rsidRPr="4E08A087">
        <w:rPr>
          <w:sz w:val="22"/>
          <w:szCs w:val="22"/>
        </w:rPr>
        <w:t>. Practice Questions and Solutions</w:t>
      </w:r>
    </w:p>
    <w:p w14:paraId="3C394581" w14:textId="042DEAA8" w:rsidR="00DD41B1" w:rsidRDefault="00874857" w:rsidP="4E08A087">
      <w:r>
        <w:br/>
      </w:r>
      <w:r w:rsidR="34795F12" w:rsidRPr="4E08A087">
        <w:t>This section gives many practice questions. These questions help students understand number systems, power notation, rounding errors, and two’s complement. Each question includes step-by-step solutions.</w:t>
      </w:r>
      <w:r>
        <w:tab/>
      </w:r>
    </w:p>
    <w:p w14:paraId="48D94600" w14:textId="2E0C19E4" w:rsidR="00A0741B" w:rsidRPr="00A0741B" w:rsidRDefault="7CCB8187" w:rsidP="4E08A087">
      <w:pPr>
        <w:rPr>
          <w:b/>
          <w:bCs/>
          <w:lang w:val="en-GB"/>
        </w:rPr>
      </w:pPr>
      <w:r w:rsidRPr="4E08A087">
        <w:rPr>
          <w:b/>
          <w:bCs/>
          <w:lang w:val="en-GB"/>
        </w:rPr>
        <w:t>Part A – Writing Numbers in Power Notation</w:t>
      </w:r>
    </w:p>
    <w:p w14:paraId="525F4FC8" w14:textId="77777777" w:rsidR="00A0741B" w:rsidRPr="00A0741B" w:rsidRDefault="7CCB8187" w:rsidP="4E08A087">
      <w:pPr>
        <w:rPr>
          <w:b/>
          <w:bCs/>
          <w:lang w:val="en-GB"/>
        </w:rPr>
      </w:pPr>
      <w:r w:rsidRPr="4E08A087">
        <w:rPr>
          <w:b/>
          <w:bCs/>
          <w:lang w:val="en-GB"/>
        </w:rPr>
        <w:t>Question 1</w:t>
      </w:r>
    </w:p>
    <w:p w14:paraId="2D848712" w14:textId="77777777" w:rsidR="00A0741B" w:rsidRPr="00A0741B" w:rsidRDefault="7CCB8187" w:rsidP="4E08A087">
      <w:pPr>
        <w:rPr>
          <w:lang w:val="en-GB"/>
        </w:rPr>
      </w:pPr>
      <w:r w:rsidRPr="4E08A087">
        <w:rPr>
          <w:lang w:val="en-GB"/>
        </w:rPr>
        <w:t>Write 4096 as a power of 2.</w:t>
      </w:r>
    </w:p>
    <w:p w14:paraId="503E8818" w14:textId="77777777" w:rsidR="00A0741B" w:rsidRPr="00A0741B" w:rsidRDefault="7CCB8187" w:rsidP="4E08A087">
      <w:pPr>
        <w:rPr>
          <w:b/>
          <w:bCs/>
          <w:lang w:val="en-GB"/>
        </w:rPr>
      </w:pPr>
      <w:r w:rsidRPr="4E08A087">
        <w:rPr>
          <w:b/>
          <w:bCs/>
          <w:lang w:val="en-GB"/>
        </w:rPr>
        <w:t>Solution:</w:t>
      </w:r>
    </w:p>
    <w:p w14:paraId="09F7D04C" w14:textId="77777777" w:rsidR="00A0741B" w:rsidRPr="00A0741B" w:rsidRDefault="7CCB8187" w:rsidP="4E08A087">
      <w:pPr>
        <w:rPr>
          <w:lang w:val="en-GB"/>
        </w:rPr>
      </w:pPr>
      <w:r w:rsidRPr="4E08A087">
        <w:rPr>
          <w:lang w:val="en-GB"/>
        </w:rPr>
        <w:t>4096 = 2¹²</w:t>
      </w:r>
    </w:p>
    <w:p w14:paraId="02FEA358" w14:textId="77777777" w:rsidR="00A0741B" w:rsidRPr="00A0741B" w:rsidRDefault="7CCB8187" w:rsidP="4E08A087">
      <w:pPr>
        <w:rPr>
          <w:lang w:val="en-GB"/>
        </w:rPr>
      </w:pPr>
      <w:r w:rsidRPr="4E08A087">
        <w:rPr>
          <w:lang w:val="en-GB"/>
        </w:rPr>
        <w:t>Because:</w:t>
      </w:r>
    </w:p>
    <w:p w14:paraId="7DCD0F20" w14:textId="77777777" w:rsidR="00A0741B" w:rsidRDefault="7CCB8187" w:rsidP="4E08A087">
      <w:pPr>
        <w:rPr>
          <w:lang w:val="en-GB"/>
        </w:rPr>
      </w:pPr>
      <w:r w:rsidRPr="4E08A087">
        <w:rPr>
          <w:lang w:val="en-GB"/>
        </w:rPr>
        <w:t>2¹² = 4096</w:t>
      </w:r>
    </w:p>
    <w:p w14:paraId="12CD1B47" w14:textId="77777777" w:rsidR="00A0741B" w:rsidRPr="00A0741B" w:rsidRDefault="7CCB8187" w:rsidP="4E08A087">
      <w:pPr>
        <w:rPr>
          <w:b/>
          <w:bCs/>
          <w:lang w:val="en-GB"/>
        </w:rPr>
      </w:pPr>
      <w:r w:rsidRPr="4E08A087">
        <w:rPr>
          <w:b/>
          <w:bCs/>
          <w:lang w:val="en-GB"/>
        </w:rPr>
        <w:t>Question 2</w:t>
      </w:r>
    </w:p>
    <w:p w14:paraId="619C3CAC" w14:textId="77777777" w:rsidR="00A0741B" w:rsidRPr="00A0741B" w:rsidRDefault="7CCB8187" w:rsidP="4E08A087">
      <w:pPr>
        <w:rPr>
          <w:lang w:val="en-GB"/>
        </w:rPr>
      </w:pPr>
      <w:r w:rsidRPr="4E08A087">
        <w:rPr>
          <w:lang w:val="en-GB"/>
        </w:rPr>
        <w:t>Write 32768 as a power of 2.</w:t>
      </w:r>
    </w:p>
    <w:p w14:paraId="41D07012" w14:textId="77777777" w:rsidR="00A0741B" w:rsidRPr="00A0741B" w:rsidRDefault="7CCB8187" w:rsidP="4E08A087">
      <w:pPr>
        <w:rPr>
          <w:lang w:val="en-GB"/>
        </w:rPr>
      </w:pPr>
      <w:r w:rsidRPr="4E08A087">
        <w:rPr>
          <w:lang w:val="en-GB"/>
        </w:rPr>
        <w:lastRenderedPageBreak/>
        <w:t>32768 = 2¹⁵</w:t>
      </w:r>
    </w:p>
    <w:p w14:paraId="5CB77B4A" w14:textId="77777777" w:rsidR="003B49C4" w:rsidRPr="003B49C4" w:rsidRDefault="01BD081F" w:rsidP="4E08A087">
      <w:pPr>
        <w:rPr>
          <w:b/>
          <w:bCs/>
          <w:lang w:val="en-GB"/>
        </w:rPr>
      </w:pPr>
      <w:r w:rsidRPr="4E08A087">
        <w:rPr>
          <w:b/>
          <w:bCs/>
          <w:lang w:val="en-GB"/>
        </w:rPr>
        <w:t>Question 3</w:t>
      </w:r>
    </w:p>
    <w:p w14:paraId="0601BF1F" w14:textId="77777777" w:rsidR="003B49C4" w:rsidRPr="003B49C4" w:rsidRDefault="01BD081F" w:rsidP="4E08A087">
      <w:pPr>
        <w:rPr>
          <w:lang w:val="en-GB"/>
        </w:rPr>
      </w:pPr>
      <w:r w:rsidRPr="4E08A087">
        <w:rPr>
          <w:lang w:val="en-GB"/>
        </w:rPr>
        <w:t>Write 0.0008 in scientific notation.</w:t>
      </w:r>
    </w:p>
    <w:p w14:paraId="0C0DB7B2" w14:textId="77777777" w:rsidR="003B49C4" w:rsidRPr="003B49C4" w:rsidRDefault="01BD081F" w:rsidP="4E08A087">
      <w:pPr>
        <w:rPr>
          <w:lang w:val="en-GB"/>
        </w:rPr>
      </w:pPr>
      <w:r w:rsidRPr="4E08A087">
        <w:rPr>
          <w:lang w:val="en-GB"/>
        </w:rPr>
        <w:t>Move decimal 4 places:</w:t>
      </w:r>
    </w:p>
    <w:p w14:paraId="054CDA52" w14:textId="77777777" w:rsidR="003B49C4" w:rsidRPr="003B49C4" w:rsidRDefault="01BD081F" w:rsidP="4E08A087">
      <w:pPr>
        <w:rPr>
          <w:lang w:val="en-GB"/>
        </w:rPr>
      </w:pPr>
      <w:r w:rsidRPr="4E08A087">
        <w:rPr>
          <w:lang w:val="en-GB"/>
        </w:rPr>
        <w:t>0.0008 = 8 × 10⁻⁴</w:t>
      </w:r>
    </w:p>
    <w:p w14:paraId="49041969" w14:textId="77777777" w:rsidR="00184041" w:rsidRPr="00184041" w:rsidRDefault="2B3E3658" w:rsidP="4E08A087">
      <w:pPr>
        <w:rPr>
          <w:b/>
          <w:bCs/>
          <w:lang w:val="en-GB"/>
        </w:rPr>
      </w:pPr>
      <w:r w:rsidRPr="4E08A087">
        <w:rPr>
          <w:b/>
          <w:bCs/>
          <w:lang w:val="en-GB"/>
        </w:rPr>
        <w:t>Question 4</w:t>
      </w:r>
    </w:p>
    <w:p w14:paraId="3D4FBBEB" w14:textId="77777777" w:rsidR="00184041" w:rsidRPr="00184041" w:rsidRDefault="2B3E3658" w:rsidP="4E08A087">
      <w:pPr>
        <w:rPr>
          <w:lang w:val="en-GB"/>
        </w:rPr>
      </w:pPr>
      <w:r w:rsidRPr="4E08A087">
        <w:rPr>
          <w:lang w:val="en-GB"/>
        </w:rPr>
        <w:t>Write 95000 in scientific notation.</w:t>
      </w:r>
    </w:p>
    <w:p w14:paraId="36E8F9FE" w14:textId="77777777" w:rsidR="00184041" w:rsidRPr="00184041" w:rsidRDefault="2B3E3658" w:rsidP="4E08A087">
      <w:pPr>
        <w:rPr>
          <w:lang w:val="en-GB"/>
        </w:rPr>
      </w:pPr>
      <w:r w:rsidRPr="4E08A087">
        <w:rPr>
          <w:lang w:val="en-GB"/>
        </w:rPr>
        <w:t>Move decimal 4 places:</w:t>
      </w:r>
    </w:p>
    <w:p w14:paraId="22CB5406" w14:textId="77777777" w:rsidR="00184041" w:rsidRPr="00184041" w:rsidRDefault="2B3E3658" w:rsidP="4E08A087">
      <w:pPr>
        <w:rPr>
          <w:lang w:val="en-GB"/>
        </w:rPr>
      </w:pPr>
      <w:r w:rsidRPr="4E08A087">
        <w:rPr>
          <w:lang w:val="en-GB"/>
        </w:rPr>
        <w:t>95000 = 9.5 × 10⁴</w:t>
      </w:r>
    </w:p>
    <w:p w14:paraId="6CD93B31" w14:textId="77777777" w:rsidR="00184041" w:rsidRPr="00184041" w:rsidRDefault="2B3E3658" w:rsidP="4E08A087">
      <w:pPr>
        <w:rPr>
          <w:b/>
          <w:bCs/>
          <w:lang w:val="en-GB"/>
        </w:rPr>
      </w:pPr>
      <w:r w:rsidRPr="4E08A087">
        <w:rPr>
          <w:b/>
          <w:bCs/>
          <w:lang w:val="en-GB"/>
        </w:rPr>
        <w:t>Part B – Decimal to Binary Conversion</w:t>
      </w:r>
    </w:p>
    <w:p w14:paraId="64C0B8FD" w14:textId="77777777" w:rsidR="00184041" w:rsidRPr="00184041" w:rsidRDefault="2B3E3658" w:rsidP="4E08A087">
      <w:pPr>
        <w:rPr>
          <w:b/>
          <w:bCs/>
          <w:lang w:val="en-GB"/>
        </w:rPr>
      </w:pPr>
      <w:r w:rsidRPr="4E08A087">
        <w:rPr>
          <w:b/>
          <w:bCs/>
          <w:lang w:val="en-GB"/>
        </w:rPr>
        <w:t>Question 5</w:t>
      </w:r>
    </w:p>
    <w:p w14:paraId="5085BB38" w14:textId="77777777" w:rsidR="00184041" w:rsidRPr="00184041" w:rsidRDefault="2B3E3658" w:rsidP="4E08A087">
      <w:pPr>
        <w:rPr>
          <w:lang w:val="en-GB"/>
        </w:rPr>
      </w:pPr>
      <w:r w:rsidRPr="4E08A087">
        <w:rPr>
          <w:lang w:val="en-GB"/>
        </w:rPr>
        <w:t>Convert 55 to binary.</w:t>
      </w:r>
    </w:p>
    <w:p w14:paraId="356C301B" w14:textId="77777777" w:rsidR="00184041" w:rsidRPr="00184041" w:rsidRDefault="2B3E3658" w:rsidP="4E08A087">
      <w:pPr>
        <w:rPr>
          <w:lang w:val="en-GB"/>
        </w:rPr>
      </w:pPr>
      <w:r w:rsidRPr="4E08A087">
        <w:rPr>
          <w:lang w:val="en-GB"/>
        </w:rPr>
        <w:t>55 ÷ 2 = 27 r1</w:t>
      </w:r>
      <w:r w:rsidR="00184041">
        <w:br/>
      </w:r>
      <w:r w:rsidRPr="4E08A087">
        <w:rPr>
          <w:lang w:val="en-GB"/>
        </w:rPr>
        <w:t>27 ÷ 2 = 13 r1</w:t>
      </w:r>
      <w:r w:rsidR="00184041">
        <w:br/>
      </w:r>
      <w:r w:rsidRPr="4E08A087">
        <w:rPr>
          <w:lang w:val="en-GB"/>
        </w:rPr>
        <w:t>13 ÷ 2 = 6 r1</w:t>
      </w:r>
      <w:r w:rsidR="00184041">
        <w:br/>
      </w:r>
      <w:r w:rsidRPr="4E08A087">
        <w:rPr>
          <w:lang w:val="en-GB"/>
        </w:rPr>
        <w:t>6 ÷ 2 = 3 r0</w:t>
      </w:r>
      <w:r w:rsidR="00184041">
        <w:br/>
      </w:r>
      <w:r w:rsidRPr="4E08A087">
        <w:rPr>
          <w:lang w:val="en-GB"/>
        </w:rPr>
        <w:t>3 ÷ 2 = 1 r1</w:t>
      </w:r>
      <w:r w:rsidR="00184041">
        <w:br/>
      </w:r>
      <w:r w:rsidRPr="4E08A087">
        <w:rPr>
          <w:lang w:val="en-GB"/>
        </w:rPr>
        <w:t>1 ÷ 2 = 0 r1</w:t>
      </w:r>
    </w:p>
    <w:p w14:paraId="127E50B5" w14:textId="77777777" w:rsidR="00184041" w:rsidRPr="00184041" w:rsidRDefault="2B3E3658" w:rsidP="4E08A087">
      <w:pPr>
        <w:rPr>
          <w:lang w:val="en-GB"/>
        </w:rPr>
      </w:pPr>
      <w:r w:rsidRPr="4E08A087">
        <w:rPr>
          <w:lang w:val="en-GB"/>
        </w:rPr>
        <w:t>Write from bottom:</w:t>
      </w:r>
    </w:p>
    <w:p w14:paraId="12EADB84" w14:textId="77777777" w:rsidR="00184041" w:rsidRPr="00184041" w:rsidRDefault="2B3E3658" w:rsidP="4E08A087">
      <w:pPr>
        <w:rPr>
          <w:lang w:val="en-GB"/>
        </w:rPr>
      </w:pPr>
      <w:r w:rsidRPr="4E08A087">
        <w:rPr>
          <w:lang w:val="en-GB"/>
        </w:rPr>
        <w:t>110111</w:t>
      </w:r>
    </w:p>
    <w:p w14:paraId="56F40D6D" w14:textId="77777777" w:rsidR="00184041" w:rsidRPr="00184041" w:rsidRDefault="2B3E3658" w:rsidP="4E08A087">
      <w:pPr>
        <w:rPr>
          <w:lang w:val="en-GB"/>
        </w:rPr>
      </w:pPr>
      <w:r w:rsidRPr="4E08A087">
        <w:rPr>
          <w:lang w:val="en-GB"/>
        </w:rPr>
        <w:t>So:</w:t>
      </w:r>
    </w:p>
    <w:p w14:paraId="6BB3EA75" w14:textId="77777777" w:rsidR="00184041" w:rsidRPr="00184041" w:rsidRDefault="2B3E3658" w:rsidP="4E08A087">
      <w:pPr>
        <w:rPr>
          <w:lang w:val="en-GB"/>
        </w:rPr>
      </w:pPr>
      <w:r w:rsidRPr="4E08A087">
        <w:rPr>
          <w:lang w:val="en-GB"/>
        </w:rPr>
        <w:t>55₁₀ = 110111₂</w:t>
      </w:r>
    </w:p>
    <w:p w14:paraId="0DA06B07" w14:textId="77777777" w:rsidR="00184041" w:rsidRPr="00184041" w:rsidRDefault="2B3E3658" w:rsidP="4E08A087">
      <w:pPr>
        <w:rPr>
          <w:b/>
          <w:bCs/>
          <w:lang w:val="en-GB"/>
        </w:rPr>
      </w:pPr>
      <w:r w:rsidRPr="4E08A087">
        <w:rPr>
          <w:b/>
          <w:bCs/>
          <w:lang w:val="en-GB"/>
        </w:rPr>
        <w:t>Question 6</w:t>
      </w:r>
    </w:p>
    <w:p w14:paraId="5E369B6C" w14:textId="77777777" w:rsidR="00184041" w:rsidRPr="00184041" w:rsidRDefault="2B3E3658" w:rsidP="4E08A087">
      <w:pPr>
        <w:rPr>
          <w:lang w:val="en-GB"/>
        </w:rPr>
      </w:pPr>
      <w:r w:rsidRPr="4E08A087">
        <w:rPr>
          <w:lang w:val="en-GB"/>
        </w:rPr>
        <w:t>Convert 100 to binary.</w:t>
      </w:r>
    </w:p>
    <w:p w14:paraId="6FF55AB1" w14:textId="77777777" w:rsidR="00184041" w:rsidRPr="00184041" w:rsidRDefault="2B3E3658" w:rsidP="4E08A087">
      <w:pPr>
        <w:rPr>
          <w:lang w:val="en-GB"/>
        </w:rPr>
      </w:pPr>
      <w:r w:rsidRPr="4E08A087">
        <w:rPr>
          <w:lang w:val="en-GB"/>
        </w:rPr>
        <w:t>100 ÷ 2 = 50 r0</w:t>
      </w:r>
      <w:r w:rsidR="00184041">
        <w:br/>
      </w:r>
      <w:r w:rsidRPr="4E08A087">
        <w:rPr>
          <w:lang w:val="en-GB"/>
        </w:rPr>
        <w:t>50 ÷ 2 = 25 r0</w:t>
      </w:r>
      <w:r w:rsidR="00184041">
        <w:br/>
      </w:r>
      <w:r w:rsidRPr="4E08A087">
        <w:rPr>
          <w:lang w:val="en-GB"/>
        </w:rPr>
        <w:t>25 ÷ 2 = 12 r1</w:t>
      </w:r>
      <w:r w:rsidR="00184041">
        <w:br/>
      </w:r>
      <w:r w:rsidRPr="4E08A087">
        <w:rPr>
          <w:lang w:val="en-GB"/>
        </w:rPr>
        <w:t>12 ÷ 2 = 6 r0</w:t>
      </w:r>
      <w:r w:rsidR="00184041">
        <w:br/>
      </w:r>
      <w:r w:rsidRPr="4E08A087">
        <w:rPr>
          <w:lang w:val="en-GB"/>
        </w:rPr>
        <w:t>6 ÷ 2 = 3 r0</w:t>
      </w:r>
      <w:r w:rsidR="00184041">
        <w:br/>
      </w:r>
      <w:r w:rsidRPr="4E08A087">
        <w:rPr>
          <w:lang w:val="en-GB"/>
        </w:rPr>
        <w:t>3 ÷ 2 = 1 r1</w:t>
      </w:r>
      <w:r w:rsidR="00184041">
        <w:br/>
      </w:r>
      <w:r w:rsidRPr="4E08A087">
        <w:rPr>
          <w:lang w:val="en-GB"/>
        </w:rPr>
        <w:t>1 ÷ 2 = 0 r1</w:t>
      </w:r>
    </w:p>
    <w:p w14:paraId="32A53E0D" w14:textId="77777777" w:rsidR="00184041" w:rsidRPr="00184041" w:rsidRDefault="2B3E3658" w:rsidP="4E08A087">
      <w:pPr>
        <w:rPr>
          <w:lang w:val="en-GB"/>
        </w:rPr>
      </w:pPr>
      <w:r w:rsidRPr="4E08A087">
        <w:rPr>
          <w:lang w:val="en-GB"/>
        </w:rPr>
        <w:lastRenderedPageBreak/>
        <w:t>Answer:</w:t>
      </w:r>
    </w:p>
    <w:p w14:paraId="084A350B" w14:textId="77777777" w:rsidR="00184041" w:rsidRPr="00184041" w:rsidRDefault="2B3E3658" w:rsidP="4E08A087">
      <w:pPr>
        <w:rPr>
          <w:lang w:val="en-GB"/>
        </w:rPr>
      </w:pPr>
      <w:r w:rsidRPr="4E08A087">
        <w:rPr>
          <w:lang w:val="en-GB"/>
        </w:rPr>
        <w:t>1100100</w:t>
      </w:r>
    </w:p>
    <w:p w14:paraId="21E1A2F1" w14:textId="77777777" w:rsidR="00184041" w:rsidRPr="00184041" w:rsidRDefault="2B3E3658" w:rsidP="4E08A087">
      <w:pPr>
        <w:rPr>
          <w:lang w:val="en-GB"/>
        </w:rPr>
      </w:pPr>
      <w:r w:rsidRPr="4E08A087">
        <w:rPr>
          <w:lang w:val="en-GB"/>
        </w:rPr>
        <w:t>So:</w:t>
      </w:r>
    </w:p>
    <w:p w14:paraId="6834B703" w14:textId="77777777" w:rsidR="00184041" w:rsidRPr="00184041" w:rsidRDefault="2B3E3658" w:rsidP="4E08A087">
      <w:pPr>
        <w:rPr>
          <w:lang w:val="en-GB"/>
        </w:rPr>
      </w:pPr>
      <w:r w:rsidRPr="4E08A087">
        <w:rPr>
          <w:lang w:val="en-GB"/>
        </w:rPr>
        <w:t>100₁₀ = 1100100₂</w:t>
      </w:r>
    </w:p>
    <w:p w14:paraId="174E740C" w14:textId="7E719D80" w:rsidR="00184041" w:rsidRPr="00184041" w:rsidRDefault="2B3E3658" w:rsidP="4E08A087">
      <w:pPr>
        <w:rPr>
          <w:b/>
          <w:bCs/>
          <w:lang w:val="en-GB"/>
        </w:rPr>
      </w:pPr>
      <w:r w:rsidRPr="4E08A087">
        <w:rPr>
          <w:b/>
          <w:bCs/>
          <w:lang w:val="en-GB"/>
        </w:rPr>
        <w:t>Part C – Binary to Decimal</w:t>
      </w:r>
    </w:p>
    <w:p w14:paraId="37C6BA77" w14:textId="77777777" w:rsidR="00184041" w:rsidRPr="00184041" w:rsidRDefault="2B3E3658" w:rsidP="4E08A087">
      <w:pPr>
        <w:rPr>
          <w:b/>
          <w:bCs/>
          <w:lang w:val="en-GB"/>
        </w:rPr>
      </w:pPr>
      <w:r w:rsidRPr="4E08A087">
        <w:rPr>
          <w:b/>
          <w:bCs/>
          <w:lang w:val="en-GB"/>
        </w:rPr>
        <w:t>Question 7</w:t>
      </w:r>
    </w:p>
    <w:p w14:paraId="5DEC335B" w14:textId="77777777" w:rsidR="00184041" w:rsidRPr="00184041" w:rsidRDefault="2B3E3658" w:rsidP="4E08A087">
      <w:pPr>
        <w:rPr>
          <w:lang w:val="en-GB"/>
        </w:rPr>
      </w:pPr>
      <w:r w:rsidRPr="4E08A087">
        <w:rPr>
          <w:lang w:val="en-GB"/>
        </w:rPr>
        <w:t>Convert 101010₂ to decimal.</w:t>
      </w:r>
    </w:p>
    <w:p w14:paraId="497B18E1" w14:textId="77777777" w:rsidR="00184041" w:rsidRPr="00184041" w:rsidRDefault="2B3E3658" w:rsidP="4E08A087">
      <w:pPr>
        <w:rPr>
          <w:lang w:val="en-GB"/>
        </w:rPr>
      </w:pPr>
      <w:r w:rsidRPr="4E08A087">
        <w:rPr>
          <w:lang w:val="en-GB"/>
        </w:rPr>
        <w:t>1×32 + 0×16 + 1×8 + 0×4 + 1×2 + 0×1</w:t>
      </w:r>
      <w:r w:rsidR="00184041">
        <w:br/>
      </w:r>
      <w:r w:rsidRPr="4E08A087">
        <w:rPr>
          <w:lang w:val="en-GB"/>
        </w:rPr>
        <w:t>= 32 + 8 + 2</w:t>
      </w:r>
      <w:r w:rsidR="00184041">
        <w:br/>
      </w:r>
      <w:r w:rsidRPr="4E08A087">
        <w:rPr>
          <w:lang w:val="en-GB"/>
        </w:rPr>
        <w:t>= 42</w:t>
      </w:r>
    </w:p>
    <w:p w14:paraId="12763C05" w14:textId="77777777" w:rsidR="00184041" w:rsidRPr="00184041" w:rsidRDefault="2B3E3658" w:rsidP="4E08A087">
      <w:pPr>
        <w:rPr>
          <w:lang w:val="en-GB"/>
        </w:rPr>
      </w:pPr>
      <w:r w:rsidRPr="4E08A087">
        <w:rPr>
          <w:lang w:val="en-GB"/>
        </w:rPr>
        <w:t>So:</w:t>
      </w:r>
    </w:p>
    <w:p w14:paraId="5CE93BD8" w14:textId="77777777" w:rsidR="00184041" w:rsidRDefault="2B3E3658" w:rsidP="4E08A087">
      <w:pPr>
        <w:rPr>
          <w:lang w:val="en-GB"/>
        </w:rPr>
      </w:pPr>
      <w:r w:rsidRPr="4E08A087">
        <w:rPr>
          <w:lang w:val="en-GB"/>
        </w:rPr>
        <w:t>101010₂ = 42₁₀</w:t>
      </w:r>
    </w:p>
    <w:p w14:paraId="78F5A0BB" w14:textId="77777777" w:rsidR="00C07EC7" w:rsidRPr="00C07EC7" w:rsidRDefault="58D0FEA4" w:rsidP="4E08A087">
      <w:pPr>
        <w:rPr>
          <w:b/>
          <w:bCs/>
          <w:lang w:val="en-GB"/>
        </w:rPr>
      </w:pPr>
      <w:r w:rsidRPr="4E08A087">
        <w:rPr>
          <w:b/>
          <w:bCs/>
          <w:lang w:val="en-GB"/>
        </w:rPr>
        <w:t>Question 8</w:t>
      </w:r>
    </w:p>
    <w:p w14:paraId="022423F8" w14:textId="77777777" w:rsidR="00C07EC7" w:rsidRPr="00C07EC7" w:rsidRDefault="58D0FEA4" w:rsidP="4E08A087">
      <w:pPr>
        <w:rPr>
          <w:lang w:val="en-GB"/>
        </w:rPr>
      </w:pPr>
      <w:r w:rsidRPr="4E08A087">
        <w:rPr>
          <w:lang w:val="en-GB"/>
        </w:rPr>
        <w:t>Convert 111100₂ to decimal.</w:t>
      </w:r>
    </w:p>
    <w:p w14:paraId="3F84824A" w14:textId="77777777" w:rsidR="00C07EC7" w:rsidRPr="00C07EC7" w:rsidRDefault="58D0FEA4" w:rsidP="4E08A087">
      <w:pPr>
        <w:rPr>
          <w:lang w:val="en-GB"/>
        </w:rPr>
      </w:pPr>
      <w:r w:rsidRPr="4E08A087">
        <w:rPr>
          <w:lang w:val="en-GB"/>
        </w:rPr>
        <w:t>1×32 + 1×16 + 1×8 + 1×4 + 0×2 + 0×1</w:t>
      </w:r>
      <w:r w:rsidR="00C07EC7">
        <w:br/>
      </w:r>
      <w:r w:rsidRPr="4E08A087">
        <w:rPr>
          <w:lang w:val="en-GB"/>
        </w:rPr>
        <w:t>= 32 + 16 + 8 + 4</w:t>
      </w:r>
      <w:r w:rsidR="00C07EC7">
        <w:br/>
      </w:r>
      <w:r w:rsidRPr="4E08A087">
        <w:rPr>
          <w:lang w:val="en-GB"/>
        </w:rPr>
        <w:t>= 60</w:t>
      </w:r>
    </w:p>
    <w:p w14:paraId="59871644" w14:textId="77777777" w:rsidR="00C07EC7" w:rsidRPr="00C07EC7" w:rsidRDefault="58D0FEA4" w:rsidP="4E08A087">
      <w:pPr>
        <w:rPr>
          <w:lang w:val="en-GB"/>
        </w:rPr>
      </w:pPr>
      <w:r w:rsidRPr="4E08A087">
        <w:rPr>
          <w:lang w:val="en-GB"/>
        </w:rPr>
        <w:t>So:</w:t>
      </w:r>
    </w:p>
    <w:p w14:paraId="2E6E2730" w14:textId="77777777" w:rsidR="00C07EC7" w:rsidRPr="00C07EC7" w:rsidRDefault="58D0FEA4" w:rsidP="4E08A087">
      <w:pPr>
        <w:rPr>
          <w:lang w:val="en-GB"/>
        </w:rPr>
      </w:pPr>
      <w:r w:rsidRPr="4E08A087">
        <w:rPr>
          <w:lang w:val="en-GB"/>
        </w:rPr>
        <w:t>111100₂ = 60₁₀</w:t>
      </w:r>
    </w:p>
    <w:p w14:paraId="36A3DC31" w14:textId="77777777" w:rsidR="00DD2DC7" w:rsidRPr="00DD2DC7" w:rsidRDefault="268D2F7C" w:rsidP="4E08A087">
      <w:pPr>
        <w:rPr>
          <w:b/>
          <w:bCs/>
          <w:lang w:val="en-GB"/>
        </w:rPr>
      </w:pPr>
      <w:r w:rsidRPr="4E08A087">
        <w:rPr>
          <w:b/>
          <w:bCs/>
          <w:lang w:val="en-GB"/>
        </w:rPr>
        <w:t>Part D – Decimal to Hexadecimal</w:t>
      </w:r>
    </w:p>
    <w:p w14:paraId="474309A2" w14:textId="77777777" w:rsidR="00DD2DC7" w:rsidRPr="00DD2DC7" w:rsidRDefault="268D2F7C" w:rsidP="4E08A087">
      <w:pPr>
        <w:rPr>
          <w:b/>
          <w:bCs/>
          <w:lang w:val="en-GB"/>
        </w:rPr>
      </w:pPr>
      <w:r w:rsidRPr="4E08A087">
        <w:rPr>
          <w:b/>
          <w:bCs/>
          <w:lang w:val="en-GB"/>
        </w:rPr>
        <w:t>Question 9</w:t>
      </w:r>
    </w:p>
    <w:p w14:paraId="71D570C7" w14:textId="77777777" w:rsidR="00DD2DC7" w:rsidRPr="00DD2DC7" w:rsidRDefault="268D2F7C" w:rsidP="4E08A087">
      <w:pPr>
        <w:rPr>
          <w:lang w:val="en-GB"/>
        </w:rPr>
      </w:pPr>
      <w:r w:rsidRPr="4E08A087">
        <w:rPr>
          <w:lang w:val="en-GB"/>
        </w:rPr>
        <w:t>Convert 220 to hexadecimal.</w:t>
      </w:r>
    </w:p>
    <w:p w14:paraId="245475D6" w14:textId="77777777" w:rsidR="00DD2DC7" w:rsidRPr="00DD2DC7" w:rsidRDefault="268D2F7C" w:rsidP="4E08A087">
      <w:pPr>
        <w:rPr>
          <w:lang w:val="en-GB"/>
        </w:rPr>
      </w:pPr>
      <w:r w:rsidRPr="4E08A087">
        <w:rPr>
          <w:lang w:val="en-GB"/>
        </w:rPr>
        <w:t>220 ÷ 16 = 13 r12</w:t>
      </w:r>
    </w:p>
    <w:p w14:paraId="573949D0" w14:textId="77777777" w:rsidR="00DD2DC7" w:rsidRPr="00DD2DC7" w:rsidRDefault="268D2F7C" w:rsidP="4E08A087">
      <w:pPr>
        <w:rPr>
          <w:lang w:val="en-GB"/>
        </w:rPr>
      </w:pPr>
      <w:r w:rsidRPr="4E08A087">
        <w:rPr>
          <w:lang w:val="en-GB"/>
        </w:rPr>
        <w:t>12 = C</w:t>
      </w:r>
    </w:p>
    <w:p w14:paraId="4BD19DCF" w14:textId="77777777" w:rsidR="00DD2DC7" w:rsidRPr="00DD2DC7" w:rsidRDefault="268D2F7C" w:rsidP="4E08A087">
      <w:pPr>
        <w:rPr>
          <w:lang w:val="en-GB"/>
        </w:rPr>
      </w:pPr>
      <w:r w:rsidRPr="4E08A087">
        <w:rPr>
          <w:lang w:val="en-GB"/>
        </w:rPr>
        <w:t>13 ÷ 16 = 0 r13</w:t>
      </w:r>
    </w:p>
    <w:p w14:paraId="439FE198" w14:textId="77777777" w:rsidR="00DD2DC7" w:rsidRPr="00DD2DC7" w:rsidRDefault="268D2F7C" w:rsidP="4E08A087">
      <w:pPr>
        <w:rPr>
          <w:lang w:val="en-GB"/>
        </w:rPr>
      </w:pPr>
      <w:r w:rsidRPr="4E08A087">
        <w:rPr>
          <w:lang w:val="en-GB"/>
        </w:rPr>
        <w:t>13 = D</w:t>
      </w:r>
    </w:p>
    <w:p w14:paraId="679E646D" w14:textId="77777777" w:rsidR="00DD2DC7" w:rsidRPr="00DD2DC7" w:rsidRDefault="268D2F7C" w:rsidP="4E08A087">
      <w:pPr>
        <w:rPr>
          <w:lang w:val="en-GB"/>
        </w:rPr>
      </w:pPr>
      <w:r w:rsidRPr="4E08A087">
        <w:rPr>
          <w:lang w:val="en-GB"/>
        </w:rPr>
        <w:t>Answer:</w:t>
      </w:r>
    </w:p>
    <w:p w14:paraId="427F8C21" w14:textId="77777777" w:rsidR="00DD2DC7" w:rsidRPr="00DD2DC7" w:rsidRDefault="268D2F7C" w:rsidP="4E08A087">
      <w:pPr>
        <w:rPr>
          <w:lang w:val="en-GB"/>
        </w:rPr>
      </w:pPr>
      <w:r w:rsidRPr="4E08A087">
        <w:rPr>
          <w:lang w:val="en-GB"/>
        </w:rPr>
        <w:t>DC</w:t>
      </w:r>
    </w:p>
    <w:p w14:paraId="322FA25C" w14:textId="77777777" w:rsidR="00DD2DC7" w:rsidRPr="00DD2DC7" w:rsidRDefault="268D2F7C" w:rsidP="4E08A087">
      <w:pPr>
        <w:rPr>
          <w:lang w:val="en-GB"/>
        </w:rPr>
      </w:pPr>
      <w:r w:rsidRPr="4E08A087">
        <w:rPr>
          <w:lang w:val="en-GB"/>
        </w:rPr>
        <w:lastRenderedPageBreak/>
        <w:t>So:</w:t>
      </w:r>
    </w:p>
    <w:p w14:paraId="68746B20" w14:textId="77777777" w:rsidR="00DD2DC7" w:rsidRPr="00DD2DC7" w:rsidRDefault="268D2F7C" w:rsidP="4E08A087">
      <w:pPr>
        <w:rPr>
          <w:lang w:val="en-GB"/>
        </w:rPr>
      </w:pPr>
      <w:r w:rsidRPr="4E08A087">
        <w:rPr>
          <w:lang w:val="en-GB"/>
        </w:rPr>
        <w:t>220₁₀ = DC₁₆</w:t>
      </w:r>
    </w:p>
    <w:p w14:paraId="0A26BD02" w14:textId="77777777" w:rsidR="00DD2DC7" w:rsidRPr="00DD2DC7" w:rsidRDefault="268D2F7C" w:rsidP="4E08A087">
      <w:pPr>
        <w:rPr>
          <w:b/>
          <w:bCs/>
          <w:lang w:val="en-GB"/>
        </w:rPr>
      </w:pPr>
      <w:r w:rsidRPr="4E08A087">
        <w:rPr>
          <w:b/>
          <w:bCs/>
          <w:lang w:val="en-GB"/>
        </w:rPr>
        <w:t>Question 10</w:t>
      </w:r>
    </w:p>
    <w:p w14:paraId="0B2DA370" w14:textId="77777777" w:rsidR="00DD2DC7" w:rsidRPr="00DD2DC7" w:rsidRDefault="268D2F7C" w:rsidP="4E08A087">
      <w:pPr>
        <w:rPr>
          <w:lang w:val="en-GB"/>
        </w:rPr>
      </w:pPr>
      <w:r w:rsidRPr="4E08A087">
        <w:rPr>
          <w:lang w:val="en-GB"/>
        </w:rPr>
        <w:t>Convert 300 to hexadecimal.</w:t>
      </w:r>
    </w:p>
    <w:p w14:paraId="70E3AB85" w14:textId="77777777" w:rsidR="00DD2DC7" w:rsidRPr="00DD2DC7" w:rsidRDefault="268D2F7C" w:rsidP="4E08A087">
      <w:pPr>
        <w:rPr>
          <w:lang w:val="en-GB"/>
        </w:rPr>
      </w:pPr>
      <w:r w:rsidRPr="4E08A087">
        <w:rPr>
          <w:lang w:val="en-GB"/>
        </w:rPr>
        <w:t>300 ÷ 16 = 18 r12</w:t>
      </w:r>
    </w:p>
    <w:p w14:paraId="6937F11E" w14:textId="77777777" w:rsidR="00DD2DC7" w:rsidRPr="00DD2DC7" w:rsidRDefault="268D2F7C" w:rsidP="4E08A087">
      <w:pPr>
        <w:rPr>
          <w:lang w:val="en-GB"/>
        </w:rPr>
      </w:pPr>
      <w:r w:rsidRPr="4E08A087">
        <w:rPr>
          <w:lang w:val="en-GB"/>
        </w:rPr>
        <w:t>12 = C</w:t>
      </w:r>
    </w:p>
    <w:p w14:paraId="222A0A01" w14:textId="77777777" w:rsidR="00DD2DC7" w:rsidRPr="00DD2DC7" w:rsidRDefault="268D2F7C" w:rsidP="4E08A087">
      <w:pPr>
        <w:rPr>
          <w:lang w:val="en-GB"/>
        </w:rPr>
      </w:pPr>
      <w:r w:rsidRPr="4E08A087">
        <w:rPr>
          <w:lang w:val="en-GB"/>
        </w:rPr>
        <w:t>18 ÷ 16 = 1 r2</w:t>
      </w:r>
    </w:p>
    <w:p w14:paraId="41CE96BD" w14:textId="77777777" w:rsidR="00DD2DC7" w:rsidRPr="00DD2DC7" w:rsidRDefault="268D2F7C" w:rsidP="4E08A087">
      <w:pPr>
        <w:rPr>
          <w:lang w:val="en-GB"/>
        </w:rPr>
      </w:pPr>
      <w:r w:rsidRPr="4E08A087">
        <w:rPr>
          <w:lang w:val="en-GB"/>
        </w:rPr>
        <w:t>1 ÷ 16 = 0 r1</w:t>
      </w:r>
    </w:p>
    <w:p w14:paraId="2D79AA5A" w14:textId="77777777" w:rsidR="00DD2DC7" w:rsidRPr="00DD2DC7" w:rsidRDefault="268D2F7C" w:rsidP="4E08A087">
      <w:pPr>
        <w:rPr>
          <w:lang w:val="en-GB"/>
        </w:rPr>
      </w:pPr>
      <w:r w:rsidRPr="4E08A087">
        <w:rPr>
          <w:lang w:val="en-GB"/>
        </w:rPr>
        <w:t>Answer:</w:t>
      </w:r>
    </w:p>
    <w:p w14:paraId="2F89026F" w14:textId="77777777" w:rsidR="00DD2DC7" w:rsidRPr="00DD2DC7" w:rsidRDefault="268D2F7C" w:rsidP="4E08A087">
      <w:pPr>
        <w:rPr>
          <w:lang w:val="en-GB"/>
        </w:rPr>
      </w:pPr>
      <w:r w:rsidRPr="4E08A087">
        <w:rPr>
          <w:lang w:val="en-GB"/>
        </w:rPr>
        <w:t>12C</w:t>
      </w:r>
    </w:p>
    <w:p w14:paraId="362F1798" w14:textId="77777777" w:rsidR="00DD2DC7" w:rsidRPr="00DD2DC7" w:rsidRDefault="268D2F7C" w:rsidP="4E08A087">
      <w:pPr>
        <w:rPr>
          <w:lang w:val="en-GB"/>
        </w:rPr>
      </w:pPr>
      <w:r w:rsidRPr="4E08A087">
        <w:rPr>
          <w:lang w:val="en-GB"/>
        </w:rPr>
        <w:t>So:</w:t>
      </w:r>
    </w:p>
    <w:p w14:paraId="47A8EFB2" w14:textId="77777777" w:rsidR="00DD2DC7" w:rsidRPr="00DD2DC7" w:rsidRDefault="268D2F7C" w:rsidP="4E08A087">
      <w:pPr>
        <w:rPr>
          <w:lang w:val="en-GB"/>
        </w:rPr>
      </w:pPr>
      <w:r w:rsidRPr="4E08A087">
        <w:rPr>
          <w:lang w:val="en-GB"/>
        </w:rPr>
        <w:t>300₁₀ = 12C₁₆</w:t>
      </w:r>
    </w:p>
    <w:p w14:paraId="2066858B" w14:textId="77777777" w:rsidR="00DD2DC7" w:rsidRPr="00DD2DC7" w:rsidRDefault="268D2F7C" w:rsidP="4E08A087">
      <w:pPr>
        <w:rPr>
          <w:b/>
          <w:bCs/>
          <w:lang w:val="en-GB"/>
        </w:rPr>
      </w:pPr>
      <w:r w:rsidRPr="4E08A087">
        <w:rPr>
          <w:b/>
          <w:bCs/>
          <w:lang w:val="en-GB"/>
        </w:rPr>
        <w:t>Part E – Binary to Hexadecimal</w:t>
      </w:r>
    </w:p>
    <w:p w14:paraId="181DE2DD" w14:textId="77777777" w:rsidR="00DD2DC7" w:rsidRPr="00DD2DC7" w:rsidRDefault="268D2F7C" w:rsidP="4E08A087">
      <w:pPr>
        <w:rPr>
          <w:b/>
          <w:bCs/>
          <w:lang w:val="en-GB"/>
        </w:rPr>
      </w:pPr>
      <w:r w:rsidRPr="4E08A087">
        <w:rPr>
          <w:b/>
          <w:bCs/>
          <w:lang w:val="en-GB"/>
        </w:rPr>
        <w:t>Question 11</w:t>
      </w:r>
    </w:p>
    <w:p w14:paraId="4D95090F" w14:textId="77777777" w:rsidR="00DD2DC7" w:rsidRPr="00DD2DC7" w:rsidRDefault="268D2F7C" w:rsidP="4E08A087">
      <w:pPr>
        <w:rPr>
          <w:lang w:val="en-GB"/>
        </w:rPr>
      </w:pPr>
      <w:r w:rsidRPr="4E08A087">
        <w:rPr>
          <w:lang w:val="en-GB"/>
        </w:rPr>
        <w:t>Convert 11001111₂ to hexadecimal.</w:t>
      </w:r>
    </w:p>
    <w:p w14:paraId="698956F1" w14:textId="77777777" w:rsidR="00DD2DC7" w:rsidRPr="00DD2DC7" w:rsidRDefault="268D2F7C" w:rsidP="4E08A087">
      <w:pPr>
        <w:rPr>
          <w:lang w:val="en-GB"/>
        </w:rPr>
      </w:pPr>
      <w:r w:rsidRPr="4E08A087">
        <w:rPr>
          <w:lang w:val="en-GB"/>
        </w:rPr>
        <w:t>Group into 4 bits:</w:t>
      </w:r>
    </w:p>
    <w:p w14:paraId="54D95B3A" w14:textId="77777777" w:rsidR="00DD2DC7" w:rsidRPr="00DD2DC7" w:rsidRDefault="268D2F7C" w:rsidP="4E08A087">
      <w:pPr>
        <w:rPr>
          <w:lang w:val="en-GB"/>
        </w:rPr>
      </w:pPr>
      <w:r w:rsidRPr="4E08A087">
        <w:rPr>
          <w:lang w:val="en-GB"/>
        </w:rPr>
        <w:t>1100 1111</w:t>
      </w:r>
    </w:p>
    <w:p w14:paraId="318DADB1" w14:textId="77777777" w:rsidR="00DD2DC7" w:rsidRPr="00DD2DC7" w:rsidRDefault="268D2F7C" w:rsidP="4E08A087">
      <w:pPr>
        <w:rPr>
          <w:lang w:val="en-GB"/>
        </w:rPr>
      </w:pPr>
      <w:r w:rsidRPr="4E08A087">
        <w:rPr>
          <w:lang w:val="en-GB"/>
        </w:rPr>
        <w:t>1100 = C</w:t>
      </w:r>
      <w:r w:rsidR="00DD2DC7">
        <w:br/>
      </w:r>
      <w:r w:rsidRPr="4E08A087">
        <w:rPr>
          <w:lang w:val="en-GB"/>
        </w:rPr>
        <w:t>1111 = F</w:t>
      </w:r>
    </w:p>
    <w:p w14:paraId="234D2F2D" w14:textId="77777777" w:rsidR="00DD2DC7" w:rsidRPr="00DD2DC7" w:rsidRDefault="268D2F7C" w:rsidP="4E08A087">
      <w:pPr>
        <w:rPr>
          <w:lang w:val="en-GB"/>
        </w:rPr>
      </w:pPr>
      <w:r w:rsidRPr="4E08A087">
        <w:rPr>
          <w:lang w:val="en-GB"/>
        </w:rPr>
        <w:t>Answer:</w:t>
      </w:r>
    </w:p>
    <w:p w14:paraId="63179CF3" w14:textId="77777777" w:rsidR="00DD2DC7" w:rsidRPr="00DD2DC7" w:rsidRDefault="268D2F7C" w:rsidP="4E08A087">
      <w:pPr>
        <w:rPr>
          <w:lang w:val="en-GB"/>
        </w:rPr>
      </w:pPr>
      <w:r w:rsidRPr="4E08A087">
        <w:rPr>
          <w:lang w:val="en-GB"/>
        </w:rPr>
        <w:t>CF</w:t>
      </w:r>
    </w:p>
    <w:p w14:paraId="1BFB56E8" w14:textId="77777777" w:rsidR="00DD2DC7" w:rsidRPr="00DD2DC7" w:rsidRDefault="268D2F7C" w:rsidP="4E08A087">
      <w:pPr>
        <w:rPr>
          <w:b/>
          <w:bCs/>
          <w:lang w:val="en-GB"/>
        </w:rPr>
      </w:pPr>
      <w:r w:rsidRPr="4E08A087">
        <w:rPr>
          <w:b/>
          <w:bCs/>
          <w:lang w:val="en-GB"/>
        </w:rPr>
        <w:t>Question 12</w:t>
      </w:r>
    </w:p>
    <w:p w14:paraId="1441BBE7" w14:textId="77777777" w:rsidR="00DD2DC7" w:rsidRPr="00DD2DC7" w:rsidRDefault="268D2F7C" w:rsidP="4E08A087">
      <w:pPr>
        <w:rPr>
          <w:lang w:val="en-GB"/>
        </w:rPr>
      </w:pPr>
      <w:r w:rsidRPr="4E08A087">
        <w:rPr>
          <w:lang w:val="en-GB"/>
        </w:rPr>
        <w:t>Convert 10110110₂ to hexadecimal.</w:t>
      </w:r>
    </w:p>
    <w:p w14:paraId="38D25A8B" w14:textId="77777777" w:rsidR="00DD2DC7" w:rsidRPr="00DD2DC7" w:rsidRDefault="268D2F7C" w:rsidP="4E08A087">
      <w:pPr>
        <w:rPr>
          <w:lang w:val="en-GB"/>
        </w:rPr>
      </w:pPr>
      <w:r w:rsidRPr="4E08A087">
        <w:rPr>
          <w:lang w:val="en-GB"/>
        </w:rPr>
        <w:t>1011 0110</w:t>
      </w:r>
    </w:p>
    <w:p w14:paraId="78E8673A" w14:textId="77777777" w:rsidR="00DD2DC7" w:rsidRPr="00DD2DC7" w:rsidRDefault="268D2F7C" w:rsidP="4E08A087">
      <w:pPr>
        <w:rPr>
          <w:lang w:val="en-GB"/>
        </w:rPr>
      </w:pPr>
      <w:r w:rsidRPr="4E08A087">
        <w:rPr>
          <w:lang w:val="en-GB"/>
        </w:rPr>
        <w:t>1011 = B</w:t>
      </w:r>
      <w:r w:rsidR="00DD2DC7">
        <w:br/>
      </w:r>
      <w:r w:rsidRPr="4E08A087">
        <w:rPr>
          <w:lang w:val="en-GB"/>
        </w:rPr>
        <w:t>0110 = 6</w:t>
      </w:r>
    </w:p>
    <w:p w14:paraId="06CD0905" w14:textId="77777777" w:rsidR="00DD2DC7" w:rsidRPr="00DD2DC7" w:rsidRDefault="268D2F7C" w:rsidP="4E08A087">
      <w:pPr>
        <w:rPr>
          <w:lang w:val="en-GB"/>
        </w:rPr>
      </w:pPr>
      <w:r w:rsidRPr="4E08A087">
        <w:rPr>
          <w:lang w:val="en-GB"/>
        </w:rPr>
        <w:t>Answer:</w:t>
      </w:r>
    </w:p>
    <w:p w14:paraId="02DFBC7E" w14:textId="77777777" w:rsidR="00DD2DC7" w:rsidRPr="00DD2DC7" w:rsidRDefault="268D2F7C" w:rsidP="4E08A087">
      <w:pPr>
        <w:rPr>
          <w:lang w:val="en-GB"/>
        </w:rPr>
      </w:pPr>
      <w:r w:rsidRPr="4E08A087">
        <w:rPr>
          <w:lang w:val="en-GB"/>
        </w:rPr>
        <w:lastRenderedPageBreak/>
        <w:t>B6</w:t>
      </w:r>
    </w:p>
    <w:p w14:paraId="415F621C" w14:textId="77777777" w:rsidR="00770847" w:rsidRPr="00770847" w:rsidRDefault="35B5B45F" w:rsidP="4E08A087">
      <w:pPr>
        <w:rPr>
          <w:b/>
          <w:bCs/>
          <w:lang w:val="en-GB"/>
        </w:rPr>
      </w:pPr>
      <w:r w:rsidRPr="4E08A087">
        <w:rPr>
          <w:b/>
          <w:bCs/>
          <w:lang w:val="en-GB"/>
        </w:rPr>
        <w:t>Part F – Two’s Complement</w:t>
      </w:r>
    </w:p>
    <w:p w14:paraId="0343AF02" w14:textId="77777777" w:rsidR="00770847" w:rsidRPr="00770847" w:rsidRDefault="35B5B45F" w:rsidP="4E08A087">
      <w:pPr>
        <w:rPr>
          <w:b/>
          <w:bCs/>
          <w:lang w:val="en-GB"/>
        </w:rPr>
      </w:pPr>
      <w:r w:rsidRPr="4E08A087">
        <w:rPr>
          <w:b/>
          <w:bCs/>
          <w:lang w:val="en-GB"/>
        </w:rPr>
        <w:t>Question 13</w:t>
      </w:r>
    </w:p>
    <w:p w14:paraId="569D833E" w14:textId="77777777" w:rsidR="00770847" w:rsidRPr="00770847" w:rsidRDefault="35B5B45F" w:rsidP="4E08A087">
      <w:pPr>
        <w:rPr>
          <w:lang w:val="en-GB"/>
        </w:rPr>
      </w:pPr>
      <w:r w:rsidRPr="4E08A087">
        <w:rPr>
          <w:lang w:val="en-GB"/>
        </w:rPr>
        <w:t>Represent -9 in 6-bit binary.</w:t>
      </w:r>
    </w:p>
    <w:p w14:paraId="73C0BF1C" w14:textId="77777777" w:rsidR="00770847" w:rsidRPr="00770847" w:rsidRDefault="35B5B45F" w:rsidP="4E08A087">
      <w:pPr>
        <w:rPr>
          <w:lang w:val="en-GB"/>
        </w:rPr>
      </w:pPr>
      <w:r w:rsidRPr="4E08A087">
        <w:rPr>
          <w:lang w:val="en-GB"/>
        </w:rPr>
        <w:t>Step 1: Convert 9:</w:t>
      </w:r>
    </w:p>
    <w:p w14:paraId="447080FE" w14:textId="77777777" w:rsidR="00770847" w:rsidRPr="00770847" w:rsidRDefault="35B5B45F" w:rsidP="4E08A087">
      <w:pPr>
        <w:rPr>
          <w:lang w:val="en-GB"/>
        </w:rPr>
      </w:pPr>
      <w:r w:rsidRPr="4E08A087">
        <w:rPr>
          <w:lang w:val="en-GB"/>
        </w:rPr>
        <w:t>001001</w:t>
      </w:r>
    </w:p>
    <w:p w14:paraId="2B1178CD" w14:textId="77777777" w:rsidR="00770847" w:rsidRPr="00770847" w:rsidRDefault="35B5B45F" w:rsidP="4E08A087">
      <w:pPr>
        <w:rPr>
          <w:lang w:val="en-GB"/>
        </w:rPr>
      </w:pPr>
      <w:r w:rsidRPr="4E08A087">
        <w:rPr>
          <w:lang w:val="en-GB"/>
        </w:rPr>
        <w:t>Step 2: Invert bits:</w:t>
      </w:r>
    </w:p>
    <w:p w14:paraId="585412DC" w14:textId="77777777" w:rsidR="00770847" w:rsidRPr="00770847" w:rsidRDefault="35B5B45F" w:rsidP="4E08A087">
      <w:pPr>
        <w:rPr>
          <w:lang w:val="en-GB"/>
        </w:rPr>
      </w:pPr>
      <w:r w:rsidRPr="4E08A087">
        <w:rPr>
          <w:lang w:val="en-GB"/>
        </w:rPr>
        <w:t>110110</w:t>
      </w:r>
    </w:p>
    <w:p w14:paraId="2C645937" w14:textId="77777777" w:rsidR="00770847" w:rsidRPr="00770847" w:rsidRDefault="35B5B45F" w:rsidP="4E08A087">
      <w:pPr>
        <w:rPr>
          <w:lang w:val="en-GB"/>
        </w:rPr>
      </w:pPr>
      <w:r w:rsidRPr="4E08A087">
        <w:rPr>
          <w:lang w:val="en-GB"/>
        </w:rPr>
        <w:t>Step 3: Add 1:</w:t>
      </w:r>
    </w:p>
    <w:p w14:paraId="20BF5DE9" w14:textId="77777777" w:rsidR="00770847" w:rsidRPr="00770847" w:rsidRDefault="35B5B45F" w:rsidP="4E08A087">
      <w:pPr>
        <w:rPr>
          <w:lang w:val="en-GB"/>
        </w:rPr>
      </w:pPr>
      <w:r w:rsidRPr="4E08A087">
        <w:rPr>
          <w:lang w:val="en-GB"/>
        </w:rPr>
        <w:t>110111</w:t>
      </w:r>
    </w:p>
    <w:p w14:paraId="68827FB2" w14:textId="77777777" w:rsidR="00770847" w:rsidRPr="00770847" w:rsidRDefault="35B5B45F" w:rsidP="4E08A087">
      <w:pPr>
        <w:rPr>
          <w:lang w:val="en-GB"/>
        </w:rPr>
      </w:pPr>
      <w:r w:rsidRPr="4E08A087">
        <w:rPr>
          <w:lang w:val="en-GB"/>
        </w:rPr>
        <w:t>So:</w:t>
      </w:r>
    </w:p>
    <w:p w14:paraId="7169B783" w14:textId="77777777" w:rsidR="00770847" w:rsidRPr="00770847" w:rsidRDefault="35B5B45F" w:rsidP="4E08A087">
      <w:pPr>
        <w:rPr>
          <w:lang w:val="en-GB"/>
        </w:rPr>
      </w:pPr>
      <w:r w:rsidRPr="4E08A087">
        <w:rPr>
          <w:lang w:val="en-GB"/>
        </w:rPr>
        <w:t>-9 = 110111</w:t>
      </w:r>
    </w:p>
    <w:p w14:paraId="53FB3202" w14:textId="77777777" w:rsidR="00770847" w:rsidRPr="00770847" w:rsidRDefault="35B5B45F" w:rsidP="4E08A087">
      <w:pPr>
        <w:rPr>
          <w:b/>
          <w:bCs/>
          <w:lang w:val="en-GB"/>
        </w:rPr>
      </w:pPr>
      <w:r w:rsidRPr="4E08A087">
        <w:rPr>
          <w:b/>
          <w:bCs/>
          <w:lang w:val="en-GB"/>
        </w:rPr>
        <w:t>Question 14</w:t>
      </w:r>
    </w:p>
    <w:p w14:paraId="66BA519D" w14:textId="77777777" w:rsidR="00770847" w:rsidRPr="00770847" w:rsidRDefault="35B5B45F" w:rsidP="4E08A087">
      <w:pPr>
        <w:rPr>
          <w:lang w:val="en-GB"/>
        </w:rPr>
      </w:pPr>
      <w:r w:rsidRPr="4E08A087">
        <w:rPr>
          <w:lang w:val="en-GB"/>
        </w:rPr>
        <w:t>Represent -15 in 6-bit binary.</w:t>
      </w:r>
    </w:p>
    <w:p w14:paraId="14D9DA8A" w14:textId="77777777" w:rsidR="00770847" w:rsidRPr="00770847" w:rsidRDefault="35B5B45F" w:rsidP="4E08A087">
      <w:pPr>
        <w:rPr>
          <w:lang w:val="en-GB"/>
        </w:rPr>
      </w:pPr>
      <w:r w:rsidRPr="4E08A087">
        <w:rPr>
          <w:lang w:val="en-GB"/>
        </w:rPr>
        <w:t>15 = 001111</w:t>
      </w:r>
    </w:p>
    <w:p w14:paraId="04A1A632" w14:textId="77777777" w:rsidR="00770847" w:rsidRPr="00770847" w:rsidRDefault="35B5B45F" w:rsidP="4E08A087">
      <w:pPr>
        <w:rPr>
          <w:lang w:val="en-GB"/>
        </w:rPr>
      </w:pPr>
      <w:r w:rsidRPr="4E08A087">
        <w:rPr>
          <w:lang w:val="en-GB"/>
        </w:rPr>
        <w:t>Invert:</w:t>
      </w:r>
    </w:p>
    <w:p w14:paraId="48717945" w14:textId="77777777" w:rsidR="00770847" w:rsidRPr="00770847" w:rsidRDefault="35B5B45F" w:rsidP="4E08A087">
      <w:pPr>
        <w:rPr>
          <w:lang w:val="en-GB"/>
        </w:rPr>
      </w:pPr>
      <w:r w:rsidRPr="4E08A087">
        <w:rPr>
          <w:lang w:val="en-GB"/>
        </w:rPr>
        <w:t>110000</w:t>
      </w:r>
    </w:p>
    <w:p w14:paraId="4446333E" w14:textId="77777777" w:rsidR="00770847" w:rsidRPr="00770847" w:rsidRDefault="35B5B45F" w:rsidP="4E08A087">
      <w:pPr>
        <w:rPr>
          <w:lang w:val="en-GB"/>
        </w:rPr>
      </w:pPr>
      <w:r w:rsidRPr="4E08A087">
        <w:rPr>
          <w:lang w:val="en-GB"/>
        </w:rPr>
        <w:t>Add 1:</w:t>
      </w:r>
    </w:p>
    <w:p w14:paraId="5428AFEF" w14:textId="77777777" w:rsidR="00770847" w:rsidRPr="00770847" w:rsidRDefault="35B5B45F" w:rsidP="4E08A087">
      <w:pPr>
        <w:rPr>
          <w:lang w:val="en-GB"/>
        </w:rPr>
      </w:pPr>
      <w:r w:rsidRPr="4E08A087">
        <w:rPr>
          <w:lang w:val="en-GB"/>
        </w:rPr>
        <w:t>110001</w:t>
      </w:r>
    </w:p>
    <w:p w14:paraId="37F23892" w14:textId="77777777" w:rsidR="00770847" w:rsidRPr="00770847" w:rsidRDefault="35B5B45F" w:rsidP="4E08A087">
      <w:pPr>
        <w:rPr>
          <w:lang w:val="en-GB"/>
        </w:rPr>
      </w:pPr>
      <w:r w:rsidRPr="4E08A087">
        <w:rPr>
          <w:lang w:val="en-GB"/>
        </w:rPr>
        <w:t>So:</w:t>
      </w:r>
    </w:p>
    <w:p w14:paraId="6270FD39" w14:textId="77777777" w:rsidR="00770847" w:rsidRPr="00770847" w:rsidRDefault="35B5B45F" w:rsidP="4E08A087">
      <w:pPr>
        <w:rPr>
          <w:lang w:val="en-GB"/>
        </w:rPr>
      </w:pPr>
      <w:r w:rsidRPr="4E08A087">
        <w:rPr>
          <w:lang w:val="en-GB"/>
        </w:rPr>
        <w:t>-15 = 110001</w:t>
      </w:r>
    </w:p>
    <w:p w14:paraId="17772804" w14:textId="77777777" w:rsidR="003A6147" w:rsidRPr="003A6147" w:rsidRDefault="45D63718" w:rsidP="4E08A087">
      <w:pPr>
        <w:rPr>
          <w:b/>
          <w:bCs/>
          <w:lang w:val="en-GB"/>
        </w:rPr>
      </w:pPr>
      <w:r w:rsidRPr="4E08A087">
        <w:rPr>
          <w:b/>
          <w:bCs/>
          <w:lang w:val="en-GB"/>
        </w:rPr>
        <w:t>Part G – Rounding Errors</w:t>
      </w:r>
    </w:p>
    <w:p w14:paraId="5146D2FB" w14:textId="77777777" w:rsidR="003A6147" w:rsidRPr="003A6147" w:rsidRDefault="45D63718" w:rsidP="4E08A087">
      <w:pPr>
        <w:rPr>
          <w:b/>
          <w:bCs/>
          <w:lang w:val="en-GB"/>
        </w:rPr>
      </w:pPr>
      <w:r w:rsidRPr="4E08A087">
        <w:rPr>
          <w:b/>
          <w:bCs/>
          <w:lang w:val="en-GB"/>
        </w:rPr>
        <w:t>Question 15</w:t>
      </w:r>
    </w:p>
    <w:p w14:paraId="2518C37F" w14:textId="77777777" w:rsidR="003A6147" w:rsidRPr="003A6147" w:rsidRDefault="45D63718" w:rsidP="4E08A087">
      <w:pPr>
        <w:rPr>
          <w:lang w:val="en-GB"/>
        </w:rPr>
      </w:pPr>
      <w:r w:rsidRPr="4E08A087">
        <w:rPr>
          <w:lang w:val="en-GB"/>
        </w:rPr>
        <w:t>Why does 0.1 + 0.2 not always equal 0.3?</w:t>
      </w:r>
    </w:p>
    <w:p w14:paraId="4210B095" w14:textId="77777777" w:rsidR="003A6147" w:rsidRPr="003A6147" w:rsidRDefault="45D63718" w:rsidP="4E08A087">
      <w:pPr>
        <w:rPr>
          <w:lang w:val="en-GB"/>
        </w:rPr>
      </w:pPr>
      <w:r w:rsidRPr="4E08A087">
        <w:rPr>
          <w:lang w:val="en-GB"/>
        </w:rPr>
        <w:t>Answer:</w:t>
      </w:r>
    </w:p>
    <w:p w14:paraId="15532EFB" w14:textId="77777777" w:rsidR="003A6147" w:rsidRPr="003A6147" w:rsidRDefault="45D63718" w:rsidP="4E08A087">
      <w:pPr>
        <w:rPr>
          <w:lang w:val="en-GB"/>
        </w:rPr>
      </w:pPr>
      <w:r w:rsidRPr="4E08A087">
        <w:rPr>
          <w:lang w:val="en-GB"/>
        </w:rPr>
        <w:lastRenderedPageBreak/>
        <w:t>Because 0.1 cannot be stored exactly in binary. The computer stores an approximate value. When adding, small errors appear.</w:t>
      </w:r>
    </w:p>
    <w:p w14:paraId="278CD462" w14:textId="77777777" w:rsidR="003A6147" w:rsidRPr="003A6147" w:rsidRDefault="45D63718" w:rsidP="4E08A087">
      <w:pPr>
        <w:rPr>
          <w:b/>
          <w:bCs/>
          <w:lang w:val="en-GB"/>
        </w:rPr>
      </w:pPr>
      <w:r w:rsidRPr="4E08A087">
        <w:rPr>
          <w:b/>
          <w:bCs/>
          <w:lang w:val="en-GB"/>
        </w:rPr>
        <w:t>Question 16</w:t>
      </w:r>
    </w:p>
    <w:p w14:paraId="60BC862C" w14:textId="77777777" w:rsidR="003A6147" w:rsidRPr="003A6147" w:rsidRDefault="45D63718" w:rsidP="4E08A087">
      <w:pPr>
        <w:rPr>
          <w:lang w:val="en-GB"/>
        </w:rPr>
      </w:pPr>
      <w:r w:rsidRPr="4E08A087">
        <w:rPr>
          <w:lang w:val="en-GB"/>
        </w:rPr>
        <w:t>If 5000 transactions lose £0.005 each because of rounding, how much total loss?</w:t>
      </w:r>
    </w:p>
    <w:p w14:paraId="3B742645" w14:textId="77777777" w:rsidR="003A6147" w:rsidRPr="003A6147" w:rsidRDefault="45D63718" w:rsidP="4E08A087">
      <w:pPr>
        <w:rPr>
          <w:lang w:val="en-GB"/>
        </w:rPr>
      </w:pPr>
      <w:r w:rsidRPr="4E08A087">
        <w:rPr>
          <w:lang w:val="en-GB"/>
        </w:rPr>
        <w:t>0.005 × 5000 = 25</w:t>
      </w:r>
    </w:p>
    <w:p w14:paraId="71ECE833" w14:textId="77777777" w:rsidR="003A6147" w:rsidRPr="003A6147" w:rsidRDefault="45D63718" w:rsidP="4E08A087">
      <w:pPr>
        <w:rPr>
          <w:lang w:val="en-GB"/>
        </w:rPr>
      </w:pPr>
      <w:r w:rsidRPr="4E08A087">
        <w:rPr>
          <w:lang w:val="en-GB"/>
        </w:rPr>
        <w:t>Total loss = £25</w:t>
      </w:r>
    </w:p>
    <w:p w14:paraId="2894E324" w14:textId="77777777" w:rsidR="003A6147" w:rsidRPr="003A6147" w:rsidRDefault="45D63718" w:rsidP="4E08A087">
      <w:pPr>
        <w:rPr>
          <w:lang w:val="en-GB"/>
        </w:rPr>
      </w:pPr>
      <w:r w:rsidRPr="4E08A087">
        <w:rPr>
          <w:lang w:val="en-GB"/>
        </w:rPr>
        <w:t>This shows how small rounding errors can become large problem.</w:t>
      </w:r>
    </w:p>
    <w:p w14:paraId="77C577BC" w14:textId="77777777" w:rsidR="003A6147" w:rsidRPr="003A6147" w:rsidRDefault="45D63718" w:rsidP="4E08A087">
      <w:pPr>
        <w:rPr>
          <w:b/>
          <w:bCs/>
          <w:lang w:val="en-GB"/>
        </w:rPr>
      </w:pPr>
      <w:r w:rsidRPr="4E08A087">
        <w:rPr>
          <w:b/>
          <w:bCs/>
          <w:lang w:val="en-GB"/>
        </w:rPr>
        <w:t>Extra Practice (Advanced Level)</w:t>
      </w:r>
    </w:p>
    <w:p w14:paraId="6D8F6FBD" w14:textId="77777777" w:rsidR="003A6147" w:rsidRPr="003A6147" w:rsidRDefault="45D63718" w:rsidP="4E08A087">
      <w:pPr>
        <w:rPr>
          <w:b/>
          <w:bCs/>
          <w:lang w:val="en-GB"/>
        </w:rPr>
      </w:pPr>
      <w:r w:rsidRPr="4E08A087">
        <w:rPr>
          <w:b/>
          <w:bCs/>
          <w:lang w:val="en-GB"/>
        </w:rPr>
        <w:t>Question 17</w:t>
      </w:r>
    </w:p>
    <w:p w14:paraId="32BE9D06" w14:textId="77777777" w:rsidR="003A6147" w:rsidRPr="003A6147" w:rsidRDefault="45D63718" w:rsidP="4E08A087">
      <w:pPr>
        <w:rPr>
          <w:lang w:val="en-GB"/>
        </w:rPr>
      </w:pPr>
      <w:r w:rsidRPr="4E08A087">
        <w:rPr>
          <w:lang w:val="en-GB"/>
        </w:rPr>
        <w:t>What is maximum value in 8-bit unsigned system?</w:t>
      </w:r>
    </w:p>
    <w:p w14:paraId="559AB04B" w14:textId="77777777" w:rsidR="003A6147" w:rsidRPr="003A6147" w:rsidRDefault="45D63718" w:rsidP="4E08A087">
      <w:pPr>
        <w:rPr>
          <w:lang w:val="en-GB"/>
        </w:rPr>
      </w:pPr>
      <w:r w:rsidRPr="4E08A087">
        <w:rPr>
          <w:lang w:val="en-GB"/>
        </w:rPr>
        <w:t>2⁸ − 1 = 255</w:t>
      </w:r>
    </w:p>
    <w:p w14:paraId="5C044FC9" w14:textId="77777777" w:rsidR="0026120B" w:rsidRPr="0026120B" w:rsidRDefault="35B73F0B" w:rsidP="4E08A087">
      <w:pPr>
        <w:rPr>
          <w:b/>
          <w:bCs/>
          <w:lang w:val="en-GB"/>
        </w:rPr>
      </w:pPr>
      <w:r w:rsidRPr="4E08A087">
        <w:rPr>
          <w:b/>
          <w:bCs/>
          <w:lang w:val="en-GB"/>
        </w:rPr>
        <w:t>Question 18</w:t>
      </w:r>
    </w:p>
    <w:p w14:paraId="2C75C004" w14:textId="77777777" w:rsidR="0026120B" w:rsidRPr="0026120B" w:rsidRDefault="35B73F0B" w:rsidP="4E08A087">
      <w:pPr>
        <w:rPr>
          <w:lang w:val="en-GB"/>
        </w:rPr>
      </w:pPr>
      <w:r w:rsidRPr="4E08A087">
        <w:rPr>
          <w:lang w:val="en-GB"/>
        </w:rPr>
        <w:t>What is range of signed 8-bit system?</w:t>
      </w:r>
    </w:p>
    <w:p w14:paraId="3C5425CE" w14:textId="77777777" w:rsidR="0026120B" w:rsidRPr="0026120B" w:rsidRDefault="35B73F0B" w:rsidP="4E08A087">
      <w:pPr>
        <w:rPr>
          <w:lang w:val="en-GB"/>
        </w:rPr>
      </w:pPr>
      <w:r w:rsidRPr="4E08A087">
        <w:rPr>
          <w:lang w:val="en-GB"/>
        </w:rPr>
        <w:t>-128 to +127</w:t>
      </w:r>
    </w:p>
    <w:p w14:paraId="033B2D33" w14:textId="77777777" w:rsidR="0026120B" w:rsidRPr="0026120B" w:rsidRDefault="35B73F0B" w:rsidP="4E08A087">
      <w:pPr>
        <w:rPr>
          <w:lang w:val="en-GB"/>
        </w:rPr>
      </w:pPr>
      <w:r w:rsidRPr="4E08A087">
        <w:rPr>
          <w:lang w:val="en-GB"/>
        </w:rPr>
        <w:t>Because:</w:t>
      </w:r>
    </w:p>
    <w:p w14:paraId="1041BD72" w14:textId="77777777" w:rsidR="0026120B" w:rsidRPr="0026120B" w:rsidRDefault="35B73F0B" w:rsidP="4E08A087">
      <w:pPr>
        <w:rPr>
          <w:lang w:val="en-GB"/>
        </w:rPr>
      </w:pPr>
      <w:r w:rsidRPr="4E08A087">
        <w:rPr>
          <w:lang w:val="en-GB"/>
        </w:rPr>
        <w:t>2⁷ = 128</w:t>
      </w:r>
    </w:p>
    <w:p w14:paraId="737A50EA" w14:textId="77777777" w:rsidR="0026120B" w:rsidRPr="0026120B" w:rsidRDefault="35B73F0B" w:rsidP="4E08A087">
      <w:pPr>
        <w:rPr>
          <w:b/>
          <w:bCs/>
          <w:lang w:val="en-GB"/>
        </w:rPr>
      </w:pPr>
      <w:r w:rsidRPr="4E08A087">
        <w:rPr>
          <w:b/>
          <w:bCs/>
          <w:lang w:val="en-GB"/>
        </w:rPr>
        <w:t>Question 19</w:t>
      </w:r>
    </w:p>
    <w:p w14:paraId="367F0902" w14:textId="77777777" w:rsidR="0026120B" w:rsidRPr="0026120B" w:rsidRDefault="35B73F0B" w:rsidP="4E08A087">
      <w:pPr>
        <w:rPr>
          <w:lang w:val="en-GB"/>
        </w:rPr>
      </w:pPr>
      <w:r w:rsidRPr="4E08A087">
        <w:rPr>
          <w:lang w:val="en-GB"/>
        </w:rPr>
        <w:t>Convert 255 to binary.</w:t>
      </w:r>
    </w:p>
    <w:p w14:paraId="42897010" w14:textId="77777777" w:rsidR="0026120B" w:rsidRPr="0026120B" w:rsidRDefault="35B73F0B" w:rsidP="4E08A087">
      <w:pPr>
        <w:rPr>
          <w:lang w:val="en-GB"/>
        </w:rPr>
      </w:pPr>
      <w:r w:rsidRPr="4E08A087">
        <w:rPr>
          <w:lang w:val="en-GB"/>
        </w:rPr>
        <w:t>Answer:</w:t>
      </w:r>
    </w:p>
    <w:p w14:paraId="2D9CE397" w14:textId="77777777" w:rsidR="0026120B" w:rsidRPr="0026120B" w:rsidRDefault="35B73F0B" w:rsidP="4E08A087">
      <w:pPr>
        <w:rPr>
          <w:lang w:val="en-GB"/>
        </w:rPr>
      </w:pPr>
      <w:r w:rsidRPr="4E08A087">
        <w:rPr>
          <w:lang w:val="en-GB"/>
        </w:rPr>
        <w:t>11111111</w:t>
      </w:r>
    </w:p>
    <w:p w14:paraId="0846FBDD" w14:textId="77777777" w:rsidR="0026120B" w:rsidRPr="0026120B" w:rsidRDefault="35B73F0B" w:rsidP="4E08A087">
      <w:pPr>
        <w:rPr>
          <w:b/>
          <w:bCs/>
          <w:lang w:val="en-GB"/>
        </w:rPr>
      </w:pPr>
      <w:r w:rsidRPr="4E08A087">
        <w:rPr>
          <w:b/>
          <w:bCs/>
          <w:lang w:val="en-GB"/>
        </w:rPr>
        <w:t>Question 20</w:t>
      </w:r>
    </w:p>
    <w:p w14:paraId="2638F9B8" w14:textId="77777777" w:rsidR="0026120B" w:rsidRPr="0026120B" w:rsidRDefault="35B73F0B" w:rsidP="4E08A087">
      <w:pPr>
        <w:rPr>
          <w:lang w:val="en-GB"/>
        </w:rPr>
      </w:pPr>
      <w:r w:rsidRPr="4E08A087">
        <w:rPr>
          <w:lang w:val="en-GB"/>
        </w:rPr>
        <w:t>Convert FF₁₆ to decimal.</w:t>
      </w:r>
    </w:p>
    <w:p w14:paraId="72D0D6AA" w14:textId="77777777" w:rsidR="0026120B" w:rsidRPr="0026120B" w:rsidRDefault="35B73F0B" w:rsidP="4E08A087">
      <w:pPr>
        <w:rPr>
          <w:lang w:val="en-GB"/>
        </w:rPr>
      </w:pPr>
      <w:r w:rsidRPr="4E08A087">
        <w:rPr>
          <w:lang w:val="en-GB"/>
        </w:rPr>
        <w:t>F = 15</w:t>
      </w:r>
    </w:p>
    <w:p w14:paraId="50C83B42" w14:textId="77777777" w:rsidR="0026120B" w:rsidRPr="0026120B" w:rsidRDefault="35B73F0B" w:rsidP="4E08A087">
      <w:pPr>
        <w:rPr>
          <w:lang w:val="en-GB"/>
        </w:rPr>
      </w:pPr>
      <w:r w:rsidRPr="4E08A087">
        <w:rPr>
          <w:lang w:val="en-GB"/>
        </w:rPr>
        <w:t>15×16 + 15 = 255</w:t>
      </w:r>
    </w:p>
    <w:p w14:paraId="05CFDCE7" w14:textId="77777777" w:rsidR="00C07EC7" w:rsidRPr="00184041" w:rsidRDefault="00C07EC7" w:rsidP="4E08A087">
      <w:pPr>
        <w:rPr>
          <w:lang w:val="en-GB"/>
        </w:rPr>
      </w:pPr>
    </w:p>
    <w:p w14:paraId="2EFBF282" w14:textId="7AA9B7DD" w:rsidR="00A0741B" w:rsidRPr="00A0741B" w:rsidRDefault="00A0741B" w:rsidP="4E08A087">
      <w:pPr>
        <w:rPr>
          <w:lang w:val="en-GB"/>
        </w:rPr>
      </w:pPr>
    </w:p>
    <w:p w14:paraId="59873731" w14:textId="3ECA4C9E" w:rsidR="000A4BA1" w:rsidRDefault="000A4BA1" w:rsidP="4E08A087"/>
    <w:p w14:paraId="7C2C30F0" w14:textId="77777777" w:rsidR="00DD41B1" w:rsidRDefault="00874857" w:rsidP="4E08A087">
      <w:r w:rsidRPr="4E08A087">
        <w:br w:type="page"/>
      </w:r>
    </w:p>
    <w:p w14:paraId="465E678A" w14:textId="505F6092" w:rsidR="00DD41B1" w:rsidRDefault="2EA0189B" w:rsidP="4E08A087">
      <w:pPr>
        <w:pStyle w:val="Heading1"/>
        <w:rPr>
          <w:sz w:val="22"/>
          <w:szCs w:val="22"/>
        </w:rPr>
      </w:pPr>
      <w:r w:rsidRPr="4E08A087">
        <w:rPr>
          <w:sz w:val="22"/>
          <w:szCs w:val="22"/>
        </w:rPr>
        <w:lastRenderedPageBreak/>
        <w:t>10</w:t>
      </w:r>
      <w:r w:rsidR="1484F464" w:rsidRPr="4E08A087">
        <w:rPr>
          <w:sz w:val="22"/>
          <w:szCs w:val="22"/>
        </w:rPr>
        <w:t>. Glossary</w:t>
      </w:r>
    </w:p>
    <w:p w14:paraId="661B0A1B" w14:textId="0776A0C4" w:rsidR="00DD41B1" w:rsidRDefault="00DD41B1" w:rsidP="4E08A087"/>
    <w:tbl>
      <w:tblPr>
        <w:tblStyle w:val="TableGrid"/>
        <w:tblW w:w="0" w:type="auto"/>
        <w:tblLook w:val="06A0" w:firstRow="1" w:lastRow="0" w:firstColumn="1" w:lastColumn="0" w:noHBand="1" w:noVBand="1"/>
      </w:tblPr>
      <w:tblGrid>
        <w:gridCol w:w="2085"/>
        <w:gridCol w:w="6660"/>
      </w:tblGrid>
      <w:tr w:rsidR="4E08A087" w14:paraId="310931AE" w14:textId="77777777" w:rsidTr="4E08A087">
        <w:trPr>
          <w:trHeight w:val="300"/>
        </w:trPr>
        <w:tc>
          <w:tcPr>
            <w:tcW w:w="2085" w:type="dxa"/>
          </w:tcPr>
          <w:p w14:paraId="72FA67A5" w14:textId="46597939" w:rsidR="4AAF9947" w:rsidRDefault="4AAF9947" w:rsidP="4E08A087">
            <w:r w:rsidRPr="4E08A087">
              <w:t xml:space="preserve">Term </w:t>
            </w:r>
          </w:p>
        </w:tc>
        <w:tc>
          <w:tcPr>
            <w:tcW w:w="6660" w:type="dxa"/>
          </w:tcPr>
          <w:p w14:paraId="0F863CB2" w14:textId="16D626F3" w:rsidR="4AAF9947" w:rsidRDefault="4AAF9947" w:rsidP="4E08A087">
            <w:r w:rsidRPr="4E08A087">
              <w:rPr>
                <w:rFonts w:ascii="Cambria" w:eastAsia="Cambria" w:hAnsi="Cambria" w:cs="Cambria"/>
              </w:rPr>
              <w:t xml:space="preserve">Definition </w:t>
            </w:r>
            <w:r w:rsidRPr="4E08A087">
              <w:t xml:space="preserve"> </w:t>
            </w:r>
          </w:p>
        </w:tc>
      </w:tr>
      <w:tr w:rsidR="4E08A087" w14:paraId="2E7BC704" w14:textId="77777777" w:rsidTr="4E08A087">
        <w:trPr>
          <w:trHeight w:val="300"/>
        </w:trPr>
        <w:tc>
          <w:tcPr>
            <w:tcW w:w="2085" w:type="dxa"/>
          </w:tcPr>
          <w:p w14:paraId="3D9415E6" w14:textId="17A6414B" w:rsidR="4AAF9947" w:rsidRDefault="4AAF9947" w:rsidP="4E08A087">
            <w:pPr>
              <w:rPr>
                <w:rFonts w:ascii="Cambria" w:eastAsia="Cambria" w:hAnsi="Cambria" w:cs="Cambria"/>
              </w:rPr>
            </w:pPr>
            <w:r w:rsidRPr="4E08A087">
              <w:rPr>
                <w:rFonts w:ascii="Cambria" w:eastAsia="Cambria" w:hAnsi="Cambria" w:cs="Cambria"/>
              </w:rPr>
              <w:t>Binary</w:t>
            </w:r>
          </w:p>
        </w:tc>
        <w:tc>
          <w:tcPr>
            <w:tcW w:w="6660" w:type="dxa"/>
          </w:tcPr>
          <w:p w14:paraId="47D36054" w14:textId="31FE0CF5" w:rsidR="4AAF9947" w:rsidRDefault="4AAF9947" w:rsidP="4E08A087">
            <w:pPr>
              <w:rPr>
                <w:rFonts w:ascii="Cambria" w:eastAsia="Cambria" w:hAnsi="Cambria" w:cs="Cambria"/>
              </w:rPr>
            </w:pPr>
            <w:r w:rsidRPr="4E08A087">
              <w:rPr>
                <w:rFonts w:ascii="Cambria" w:eastAsia="Cambria" w:hAnsi="Cambria" w:cs="Cambria"/>
              </w:rPr>
              <w:t>Binary is a number system that uses only two digits, 0 and 1. It is the basic language used by computers. All types of data inside a computer, such as numbers, text, images, and programs, are finally stored and processed in binary form.</w:t>
            </w:r>
          </w:p>
        </w:tc>
      </w:tr>
      <w:tr w:rsidR="4E08A087" w14:paraId="611B6406" w14:textId="77777777" w:rsidTr="4E08A087">
        <w:trPr>
          <w:trHeight w:val="300"/>
        </w:trPr>
        <w:tc>
          <w:tcPr>
            <w:tcW w:w="2085" w:type="dxa"/>
          </w:tcPr>
          <w:p w14:paraId="2A4A13C0" w14:textId="3E2F60C7" w:rsidR="4AAF9947" w:rsidRDefault="4AAF9947" w:rsidP="4E08A087">
            <w:pPr>
              <w:rPr>
                <w:rFonts w:ascii="Cambria" w:eastAsia="Cambria" w:hAnsi="Cambria" w:cs="Cambria"/>
              </w:rPr>
            </w:pPr>
            <w:r w:rsidRPr="4E08A087">
              <w:rPr>
                <w:rFonts w:ascii="Cambria" w:eastAsia="Cambria" w:hAnsi="Cambria" w:cs="Cambria"/>
              </w:rPr>
              <w:t>Hexadecimal</w:t>
            </w:r>
          </w:p>
        </w:tc>
        <w:tc>
          <w:tcPr>
            <w:tcW w:w="6660" w:type="dxa"/>
          </w:tcPr>
          <w:p w14:paraId="1DBB6D7A" w14:textId="45868D47" w:rsidR="4AAF9947" w:rsidRDefault="4AAF9947" w:rsidP="4E08A087">
            <w:pPr>
              <w:rPr>
                <w:rFonts w:ascii="Cambria" w:eastAsia="Cambria" w:hAnsi="Cambria" w:cs="Cambria"/>
              </w:rPr>
            </w:pPr>
            <w:r w:rsidRPr="4E08A087">
              <w:rPr>
                <w:rFonts w:ascii="Cambria" w:eastAsia="Cambria" w:hAnsi="Cambria" w:cs="Cambria"/>
              </w:rPr>
              <w:t xml:space="preserve">Hexadecimal is a base-16 number system. It uses the numbers 0–9 and the letters A–F. This system is often used in computing because it is shorter and easier to read than long binary numbers. It is commonly used in memory addresses, </w:t>
            </w:r>
            <w:proofErr w:type="spellStart"/>
            <w:r w:rsidRPr="4E08A087">
              <w:rPr>
                <w:rFonts w:ascii="Cambria" w:eastAsia="Cambria" w:hAnsi="Cambria" w:cs="Cambria"/>
              </w:rPr>
              <w:t>colour</w:t>
            </w:r>
            <w:proofErr w:type="spellEnd"/>
            <w:r w:rsidRPr="4E08A087">
              <w:rPr>
                <w:rFonts w:ascii="Cambria" w:eastAsia="Cambria" w:hAnsi="Cambria" w:cs="Cambria"/>
              </w:rPr>
              <w:t xml:space="preserve"> codes in web design, and programming.</w:t>
            </w:r>
          </w:p>
        </w:tc>
      </w:tr>
      <w:tr w:rsidR="4E08A087" w14:paraId="1B4F80B2" w14:textId="77777777" w:rsidTr="4E08A087">
        <w:trPr>
          <w:trHeight w:val="300"/>
        </w:trPr>
        <w:tc>
          <w:tcPr>
            <w:tcW w:w="2085" w:type="dxa"/>
          </w:tcPr>
          <w:p w14:paraId="0FC5CBCA" w14:textId="58044FD9" w:rsidR="4AAF9947" w:rsidRDefault="4AAF9947" w:rsidP="4E08A087">
            <w:pPr>
              <w:rPr>
                <w:rFonts w:ascii="Cambria" w:eastAsia="Cambria" w:hAnsi="Cambria" w:cs="Cambria"/>
              </w:rPr>
            </w:pPr>
            <w:r w:rsidRPr="4E08A087">
              <w:rPr>
                <w:rFonts w:ascii="Cambria" w:eastAsia="Cambria" w:hAnsi="Cambria" w:cs="Cambria"/>
              </w:rPr>
              <w:t>Power Notation</w:t>
            </w:r>
          </w:p>
        </w:tc>
        <w:tc>
          <w:tcPr>
            <w:tcW w:w="6660" w:type="dxa"/>
          </w:tcPr>
          <w:p w14:paraId="7CAAADED" w14:textId="2EFE2D98" w:rsidR="4AAF9947" w:rsidRDefault="4AAF9947" w:rsidP="4E08A087">
            <w:pPr>
              <w:rPr>
                <w:rFonts w:ascii="Cambria" w:eastAsia="Cambria" w:hAnsi="Cambria" w:cs="Cambria"/>
              </w:rPr>
            </w:pPr>
            <w:r w:rsidRPr="4E08A087">
              <w:rPr>
                <w:rFonts w:ascii="Cambria" w:eastAsia="Cambria" w:hAnsi="Cambria" w:cs="Cambria"/>
              </w:rPr>
              <w:t>Power notation is a way of writing numbers using exponents. In computing it is used to describe values based on powers of two. For example, 2¹⁰ = 1024, which is about 1 kilobyte (KB) of data. This method helps represent large numbers more clearly.</w:t>
            </w:r>
          </w:p>
        </w:tc>
      </w:tr>
      <w:tr w:rsidR="4E08A087" w14:paraId="50F97AE5" w14:textId="77777777" w:rsidTr="4E08A087">
        <w:trPr>
          <w:trHeight w:val="300"/>
        </w:trPr>
        <w:tc>
          <w:tcPr>
            <w:tcW w:w="2085" w:type="dxa"/>
          </w:tcPr>
          <w:p w14:paraId="5262FED7" w14:textId="1486D9A7" w:rsidR="4AAF9947" w:rsidRDefault="4AAF9947" w:rsidP="4E08A087">
            <w:pPr>
              <w:rPr>
                <w:rFonts w:ascii="Cambria" w:eastAsia="Cambria" w:hAnsi="Cambria" w:cs="Cambria"/>
              </w:rPr>
            </w:pPr>
            <w:r w:rsidRPr="4E08A087">
              <w:rPr>
                <w:rFonts w:ascii="Cambria" w:eastAsia="Cambria" w:hAnsi="Cambria" w:cs="Cambria"/>
              </w:rPr>
              <w:t>Rounding Error</w:t>
            </w:r>
          </w:p>
        </w:tc>
        <w:tc>
          <w:tcPr>
            <w:tcW w:w="6660" w:type="dxa"/>
          </w:tcPr>
          <w:p w14:paraId="267572A1" w14:textId="08D2A958" w:rsidR="4AAF9947" w:rsidRDefault="4AAF9947" w:rsidP="4E08A087">
            <w:pPr>
              <w:rPr>
                <w:rFonts w:ascii="Cambria" w:eastAsia="Cambria" w:hAnsi="Cambria" w:cs="Cambria"/>
              </w:rPr>
            </w:pPr>
            <w:r w:rsidRPr="4E08A087">
              <w:rPr>
                <w:rFonts w:ascii="Cambria" w:eastAsia="Cambria" w:hAnsi="Cambria" w:cs="Cambria"/>
              </w:rPr>
              <w:t>A rounding error is a small difference that happens when a number cannot be stored exactly in a computer system. Because computers have limited precision, some numbers are rounded to the closest possible value. This can sometimes cause small calculation mistakes.</w:t>
            </w:r>
          </w:p>
        </w:tc>
      </w:tr>
      <w:tr w:rsidR="4E08A087" w14:paraId="0990B6FF" w14:textId="77777777" w:rsidTr="4E08A087">
        <w:trPr>
          <w:trHeight w:val="300"/>
        </w:trPr>
        <w:tc>
          <w:tcPr>
            <w:tcW w:w="2085" w:type="dxa"/>
          </w:tcPr>
          <w:p w14:paraId="54735C05" w14:textId="14C6A828" w:rsidR="4AAF9947" w:rsidRDefault="4AAF9947" w:rsidP="4E08A087">
            <w:pPr>
              <w:rPr>
                <w:rFonts w:ascii="Cambria" w:eastAsia="Cambria" w:hAnsi="Cambria" w:cs="Cambria"/>
              </w:rPr>
            </w:pPr>
            <w:r w:rsidRPr="4E08A087">
              <w:rPr>
                <w:rFonts w:ascii="Cambria" w:eastAsia="Cambria" w:hAnsi="Cambria" w:cs="Cambria"/>
              </w:rPr>
              <w:t>Floating-Point</w:t>
            </w:r>
          </w:p>
        </w:tc>
        <w:tc>
          <w:tcPr>
            <w:tcW w:w="6660" w:type="dxa"/>
          </w:tcPr>
          <w:p w14:paraId="7C8C7BD6" w14:textId="602E1BA9" w:rsidR="4AAF9947" w:rsidRDefault="4AAF9947" w:rsidP="4E08A087">
            <w:pPr>
              <w:rPr>
                <w:rFonts w:ascii="Cambria" w:eastAsia="Cambria" w:hAnsi="Cambria" w:cs="Cambria"/>
              </w:rPr>
            </w:pPr>
            <w:r w:rsidRPr="4E08A087">
              <w:rPr>
                <w:rFonts w:ascii="Cambria" w:eastAsia="Cambria" w:hAnsi="Cambria" w:cs="Cambria"/>
              </w:rPr>
              <w:t>Floating-point is a method used by computers to store decimal numbers. It stores the number using a sign, exponent, and fraction (mantissa). Because of binary limitations, some decimal numbers cannot be stored exactly, which can lead to rounding errors.</w:t>
            </w:r>
          </w:p>
        </w:tc>
      </w:tr>
      <w:tr w:rsidR="4E08A087" w14:paraId="22BD2A70" w14:textId="77777777" w:rsidTr="4E08A087">
        <w:trPr>
          <w:trHeight w:val="300"/>
        </w:trPr>
        <w:tc>
          <w:tcPr>
            <w:tcW w:w="2085" w:type="dxa"/>
          </w:tcPr>
          <w:p w14:paraId="41C17A09" w14:textId="439BCE2F" w:rsidR="4AAF9947" w:rsidRDefault="4AAF9947" w:rsidP="4E08A087">
            <w:pPr>
              <w:rPr>
                <w:rFonts w:ascii="Cambria" w:eastAsia="Cambria" w:hAnsi="Cambria" w:cs="Cambria"/>
              </w:rPr>
            </w:pPr>
            <w:r w:rsidRPr="4E08A087">
              <w:rPr>
                <w:rFonts w:ascii="Cambria" w:eastAsia="Cambria" w:hAnsi="Cambria" w:cs="Cambria"/>
              </w:rPr>
              <w:t>Two’s Complement</w:t>
            </w:r>
          </w:p>
        </w:tc>
        <w:tc>
          <w:tcPr>
            <w:tcW w:w="6660" w:type="dxa"/>
          </w:tcPr>
          <w:p w14:paraId="4E3D60C4" w14:textId="7D38F167" w:rsidR="4AAF9947" w:rsidRDefault="4AAF9947" w:rsidP="4E08A087">
            <w:pPr>
              <w:rPr>
                <w:rFonts w:ascii="Cambria" w:eastAsia="Cambria" w:hAnsi="Cambria" w:cs="Cambria"/>
              </w:rPr>
            </w:pPr>
            <w:r w:rsidRPr="4E08A087">
              <w:rPr>
                <w:rFonts w:ascii="Cambria" w:eastAsia="Cambria" w:hAnsi="Cambria" w:cs="Cambria"/>
              </w:rPr>
              <w:t>Two’s complement is a method used in binary systems to represent negative numbers. In this system, the most significant bit (MSB) is used to show the sign of the number. This method allows computers to perform addition and subtraction easily with both positive and negative values.</w:t>
            </w:r>
          </w:p>
        </w:tc>
      </w:tr>
      <w:tr w:rsidR="4E08A087" w14:paraId="766FA5A6" w14:textId="77777777" w:rsidTr="4E08A087">
        <w:trPr>
          <w:trHeight w:val="300"/>
        </w:trPr>
        <w:tc>
          <w:tcPr>
            <w:tcW w:w="2085" w:type="dxa"/>
          </w:tcPr>
          <w:p w14:paraId="69714958" w14:textId="20CB16DD" w:rsidR="4AAF9947" w:rsidRDefault="4AAF9947" w:rsidP="4E08A087">
            <w:pPr>
              <w:rPr>
                <w:rFonts w:ascii="Cambria" w:eastAsia="Cambria" w:hAnsi="Cambria" w:cs="Cambria"/>
              </w:rPr>
            </w:pPr>
            <w:r w:rsidRPr="4E08A087">
              <w:rPr>
                <w:rFonts w:ascii="Cambria" w:eastAsia="Cambria" w:hAnsi="Cambria" w:cs="Cambria"/>
              </w:rPr>
              <w:t>Natural Numbers</w:t>
            </w:r>
          </w:p>
        </w:tc>
        <w:tc>
          <w:tcPr>
            <w:tcW w:w="6660" w:type="dxa"/>
          </w:tcPr>
          <w:p w14:paraId="1F721AA6" w14:textId="5B3841AA" w:rsidR="4AAF9947" w:rsidRDefault="4AAF9947" w:rsidP="4E08A087">
            <w:pPr>
              <w:rPr>
                <w:rFonts w:ascii="Cambria" w:eastAsia="Cambria" w:hAnsi="Cambria" w:cs="Cambria"/>
              </w:rPr>
            </w:pPr>
            <w:r w:rsidRPr="4E08A087">
              <w:rPr>
                <w:rFonts w:ascii="Cambria" w:eastAsia="Cambria" w:hAnsi="Cambria" w:cs="Cambria"/>
              </w:rPr>
              <w:t>Natural numbers are counting numbers such as 1, 2, 3, 4, and so on. In computing they are often used for counting operations, loops, and indexing positions in arrays or lists.</w:t>
            </w:r>
          </w:p>
        </w:tc>
      </w:tr>
      <w:tr w:rsidR="4E08A087" w14:paraId="179A62D1" w14:textId="77777777" w:rsidTr="4E08A087">
        <w:trPr>
          <w:trHeight w:val="300"/>
        </w:trPr>
        <w:tc>
          <w:tcPr>
            <w:tcW w:w="2085" w:type="dxa"/>
          </w:tcPr>
          <w:p w14:paraId="25D7FC1D" w14:textId="55119E9C" w:rsidR="4AAF9947" w:rsidRDefault="4AAF9947" w:rsidP="4E08A087">
            <w:pPr>
              <w:rPr>
                <w:rFonts w:ascii="Cambria" w:eastAsia="Cambria" w:hAnsi="Cambria" w:cs="Cambria"/>
              </w:rPr>
            </w:pPr>
            <w:r w:rsidRPr="4E08A087">
              <w:rPr>
                <w:rFonts w:ascii="Cambria" w:eastAsia="Cambria" w:hAnsi="Cambria" w:cs="Cambria"/>
              </w:rPr>
              <w:t>Integers</w:t>
            </w:r>
          </w:p>
        </w:tc>
        <w:tc>
          <w:tcPr>
            <w:tcW w:w="6660" w:type="dxa"/>
          </w:tcPr>
          <w:p w14:paraId="0F04F87B" w14:textId="4F410F5D" w:rsidR="4AAF9947" w:rsidRDefault="4AAF9947" w:rsidP="4E08A087">
            <w:pPr>
              <w:rPr>
                <w:rFonts w:ascii="Cambria" w:eastAsia="Cambria" w:hAnsi="Cambria" w:cs="Cambria"/>
              </w:rPr>
            </w:pPr>
            <w:proofErr w:type="spellStart"/>
            <w:r w:rsidRPr="4E08A087">
              <w:rPr>
                <w:rFonts w:ascii="Cambria" w:eastAsia="Cambria" w:hAnsi="Cambria" w:cs="Cambria"/>
              </w:rPr>
              <w:t>ntegers</w:t>
            </w:r>
            <w:proofErr w:type="spellEnd"/>
            <w:r w:rsidRPr="4E08A087">
              <w:rPr>
                <w:rFonts w:ascii="Cambria" w:eastAsia="Cambria" w:hAnsi="Cambria" w:cs="Cambria"/>
              </w:rPr>
              <w:t xml:space="preserve"> are whole numbers that include positive numbers, negative numbers, and zero. In computing they are used in many situations, such as tracking positions, calculating balances, or representing temperature changes.</w:t>
            </w:r>
          </w:p>
        </w:tc>
      </w:tr>
      <w:tr w:rsidR="4E08A087" w14:paraId="615DA42D" w14:textId="77777777" w:rsidTr="4E08A087">
        <w:trPr>
          <w:trHeight w:val="300"/>
        </w:trPr>
        <w:tc>
          <w:tcPr>
            <w:tcW w:w="2085" w:type="dxa"/>
          </w:tcPr>
          <w:p w14:paraId="61BBD3A2" w14:textId="263ACD1D" w:rsidR="4AAF9947" w:rsidRDefault="4AAF9947" w:rsidP="4E08A087">
            <w:pPr>
              <w:rPr>
                <w:rFonts w:ascii="Cambria" w:eastAsia="Cambria" w:hAnsi="Cambria" w:cs="Cambria"/>
              </w:rPr>
            </w:pPr>
            <w:r w:rsidRPr="4E08A087">
              <w:rPr>
                <w:rFonts w:ascii="Cambria" w:eastAsia="Cambria" w:hAnsi="Cambria" w:cs="Cambria"/>
              </w:rPr>
              <w:t>Rational Numbers</w:t>
            </w:r>
          </w:p>
        </w:tc>
        <w:tc>
          <w:tcPr>
            <w:tcW w:w="6660" w:type="dxa"/>
          </w:tcPr>
          <w:p w14:paraId="64B1258C" w14:textId="7D42E9DB" w:rsidR="4AAF9947" w:rsidRDefault="4AAF9947" w:rsidP="4E08A087">
            <w:pPr>
              <w:rPr>
                <w:rFonts w:ascii="Cambria" w:eastAsia="Cambria" w:hAnsi="Cambria" w:cs="Cambria"/>
              </w:rPr>
            </w:pPr>
            <w:r w:rsidRPr="4E08A087">
              <w:rPr>
                <w:rFonts w:ascii="Cambria" w:eastAsia="Cambria" w:hAnsi="Cambria" w:cs="Cambria"/>
              </w:rPr>
              <w:t>Rational numbers are numbers that can be written as a fraction of two integers, such as 1/2 or -3/4. In computing they are useful when working with precise measurements, ratios, and graphical calculations like screen resolutions or aspect ratios.</w:t>
            </w:r>
          </w:p>
        </w:tc>
      </w:tr>
    </w:tbl>
    <w:p w14:paraId="73417F98" w14:textId="72F82BA4" w:rsidR="00DD41B1" w:rsidRDefault="00DD41B1" w:rsidP="4E08A087"/>
    <w:p w14:paraId="3F1C0769" w14:textId="29E60057" w:rsidR="00DD41B1" w:rsidRDefault="00DD41B1" w:rsidP="4E08A087"/>
    <w:p w14:paraId="0FA5BC2F" w14:textId="1AECB3E6" w:rsidR="00DD41B1" w:rsidRDefault="00DD41B1" w:rsidP="4E08A087"/>
    <w:p w14:paraId="7BFB6ACC" w14:textId="3685747B" w:rsidR="00DD41B1" w:rsidRDefault="4AAF9947" w:rsidP="4E08A087">
      <w:pPr>
        <w:pStyle w:val="Subtitle"/>
        <w:rPr>
          <w:color w:val="000000" w:themeColor="text1"/>
          <w:sz w:val="22"/>
          <w:szCs w:val="22"/>
        </w:rPr>
      </w:pPr>
      <w:r w:rsidRPr="4E08A087">
        <w:rPr>
          <w:color w:val="000000" w:themeColor="text1"/>
          <w:sz w:val="22"/>
          <w:szCs w:val="22"/>
        </w:rPr>
        <w:t>Summary of Key Points</w:t>
      </w:r>
    </w:p>
    <w:p w14:paraId="5A6B318C" w14:textId="6CD7EA9F" w:rsidR="00DD41B1" w:rsidRDefault="4AAF9947" w:rsidP="4E08A087">
      <w:pPr>
        <w:spacing w:before="240" w:after="240"/>
        <w:rPr>
          <w:rFonts w:ascii="Cambria" w:eastAsia="Cambria" w:hAnsi="Cambria" w:cs="Cambria"/>
        </w:rPr>
      </w:pPr>
      <w:r w:rsidRPr="4E08A087">
        <w:rPr>
          <w:rFonts w:ascii="Cambria" w:eastAsia="Cambria" w:hAnsi="Cambria" w:cs="Cambria"/>
        </w:rPr>
        <w:lastRenderedPageBreak/>
        <w:t>Power notation makes it easier to work with very large numbers in computing systems. Instead of writing long numbers, we can use exponents to show them in a simpler way.</w:t>
      </w:r>
    </w:p>
    <w:p w14:paraId="1635D1D4" w14:textId="5A700362" w:rsidR="00DD41B1" w:rsidRDefault="4AAF9947" w:rsidP="4E08A087">
      <w:pPr>
        <w:spacing w:before="240" w:after="240"/>
        <w:rPr>
          <w:rFonts w:ascii="Cambria" w:eastAsia="Cambria" w:hAnsi="Cambria" w:cs="Cambria"/>
        </w:rPr>
      </w:pPr>
      <w:r w:rsidRPr="4E08A087">
        <w:rPr>
          <w:rFonts w:ascii="Cambria" w:eastAsia="Cambria" w:hAnsi="Cambria" w:cs="Cambria"/>
        </w:rPr>
        <w:t>Different number systems such as binary, decimal, and hexadecimal are very important in computing. They help computers store and process data correctly.</w:t>
      </w:r>
    </w:p>
    <w:p w14:paraId="4A228983" w14:textId="354A20B1" w:rsidR="00DD41B1" w:rsidRDefault="4AAF9947" w:rsidP="4E08A087">
      <w:pPr>
        <w:spacing w:before="240" w:after="240"/>
        <w:rPr>
          <w:rFonts w:ascii="Cambria" w:eastAsia="Cambria" w:hAnsi="Cambria" w:cs="Cambria"/>
        </w:rPr>
      </w:pPr>
      <w:r w:rsidRPr="4E08A087">
        <w:rPr>
          <w:rFonts w:ascii="Cambria" w:eastAsia="Cambria" w:hAnsi="Cambria" w:cs="Cambria"/>
        </w:rPr>
        <w:t>Rounding errors can happen when computers cannot represent numbers exactly because of limited memory precision. These small errors may affect results in fields like finance or scientific calculations.</w:t>
      </w:r>
    </w:p>
    <w:p w14:paraId="59DAB812" w14:textId="2945A8D8" w:rsidR="00DD41B1" w:rsidRDefault="4AAF9947" w:rsidP="4E08A087">
      <w:pPr>
        <w:spacing w:before="240" w:after="240"/>
        <w:rPr>
          <w:rFonts w:ascii="Cambria" w:eastAsia="Cambria" w:hAnsi="Cambria" w:cs="Cambria"/>
        </w:rPr>
      </w:pPr>
      <w:r w:rsidRPr="4E08A087">
        <w:rPr>
          <w:rFonts w:ascii="Cambria" w:eastAsia="Cambria" w:hAnsi="Cambria" w:cs="Cambria"/>
        </w:rPr>
        <w:t>Binary representation is the most important system in computing because computers store and process all information using 0s and 1s.</w:t>
      </w:r>
    </w:p>
    <w:p w14:paraId="08613162" w14:textId="20E7835B" w:rsidR="00DD41B1" w:rsidRDefault="4AAF9947" w:rsidP="4E08A087">
      <w:pPr>
        <w:spacing w:before="240" w:after="240"/>
        <w:rPr>
          <w:rFonts w:ascii="Cambria" w:eastAsia="Cambria" w:hAnsi="Cambria" w:cs="Cambria"/>
        </w:rPr>
      </w:pPr>
      <w:proofErr w:type="gramStart"/>
      <w:r w:rsidRPr="4E08A087">
        <w:rPr>
          <w:rFonts w:ascii="Cambria" w:eastAsia="Cambria" w:hAnsi="Cambria" w:cs="Cambria"/>
        </w:rPr>
        <w:t>Two’s</w:t>
      </w:r>
      <w:proofErr w:type="gramEnd"/>
      <w:r w:rsidRPr="4E08A087">
        <w:rPr>
          <w:rFonts w:ascii="Cambria" w:eastAsia="Cambria" w:hAnsi="Cambria" w:cs="Cambria"/>
        </w:rPr>
        <w:t xml:space="preserve"> complement is used in computers to represent negative numbers in binary form. This method makes it easier for computers to perform arithmetic operations.</w:t>
      </w:r>
    </w:p>
    <w:p w14:paraId="182CC620" w14:textId="4DCD3933" w:rsidR="00DD41B1" w:rsidRDefault="4AAF9947" w:rsidP="4E08A087">
      <w:pPr>
        <w:spacing w:before="240" w:after="240"/>
        <w:rPr>
          <w:rFonts w:ascii="Cambria" w:eastAsia="Cambria" w:hAnsi="Cambria" w:cs="Cambria"/>
        </w:rPr>
      </w:pPr>
      <w:r w:rsidRPr="4E08A087">
        <w:rPr>
          <w:rFonts w:ascii="Cambria" w:eastAsia="Cambria" w:hAnsi="Cambria" w:cs="Cambria"/>
        </w:rPr>
        <w:t>Natural numbers are often used in computing when counting items, controlling loops in programs, or organizing data in lists and arrays.</w:t>
      </w:r>
    </w:p>
    <w:p w14:paraId="2832AA8E" w14:textId="1465BDDA" w:rsidR="00DD41B1" w:rsidRDefault="4AAF9947" w:rsidP="4E08A087">
      <w:pPr>
        <w:spacing w:before="240" w:after="240"/>
        <w:rPr>
          <w:rFonts w:ascii="Cambria" w:eastAsia="Cambria" w:hAnsi="Cambria" w:cs="Cambria"/>
        </w:rPr>
      </w:pPr>
      <w:r w:rsidRPr="4E08A087">
        <w:rPr>
          <w:rFonts w:ascii="Cambria" w:eastAsia="Cambria" w:hAnsi="Cambria" w:cs="Cambria"/>
        </w:rPr>
        <w:t>Integers allow computers to represent both positive and negative values. This is useful in many situations such as financial systems, tracking movement, or measuring temperature changes.</w:t>
      </w:r>
    </w:p>
    <w:p w14:paraId="047C99EE" w14:textId="5E026B49" w:rsidR="00DD41B1" w:rsidRDefault="4AAF9947" w:rsidP="4E08A087">
      <w:pPr>
        <w:spacing w:before="240" w:after="240"/>
        <w:rPr>
          <w:rFonts w:ascii="Cambria" w:eastAsia="Cambria" w:hAnsi="Cambria" w:cs="Cambria"/>
        </w:rPr>
      </w:pPr>
      <w:r w:rsidRPr="4E08A087">
        <w:rPr>
          <w:rFonts w:ascii="Cambria" w:eastAsia="Cambria" w:hAnsi="Cambria" w:cs="Cambria"/>
        </w:rPr>
        <w:t>Rational numbers are useful in computing when accurate fractions are needed. They are used in calculations related to measurements, graphics, and screen resolutions.</w:t>
      </w:r>
    </w:p>
    <w:p w14:paraId="011DC15F" w14:textId="07BB9938" w:rsidR="00DD41B1" w:rsidRDefault="4AAF9947" w:rsidP="4E08A087">
      <w:pPr>
        <w:spacing w:before="240" w:after="240"/>
        <w:rPr>
          <w:rFonts w:ascii="Cambria" w:eastAsia="Cambria" w:hAnsi="Cambria" w:cs="Cambria"/>
        </w:rPr>
      </w:pPr>
      <w:r w:rsidRPr="4E08A087">
        <w:rPr>
          <w:rFonts w:ascii="Cambria" w:eastAsia="Cambria" w:hAnsi="Cambria" w:cs="Cambria"/>
        </w:rPr>
        <w:t xml:space="preserve">Hexadecimal numbers are commonly used in programming and digital systems. They provide a shorter way to represent binary numbers and are used in areas such as memory addressing, web </w:t>
      </w:r>
      <w:proofErr w:type="spellStart"/>
      <w:r w:rsidRPr="4E08A087">
        <w:rPr>
          <w:rFonts w:ascii="Cambria" w:eastAsia="Cambria" w:hAnsi="Cambria" w:cs="Cambria"/>
        </w:rPr>
        <w:t>colour</w:t>
      </w:r>
      <w:proofErr w:type="spellEnd"/>
      <w:r w:rsidRPr="4E08A087">
        <w:rPr>
          <w:rFonts w:ascii="Cambria" w:eastAsia="Cambria" w:hAnsi="Cambria" w:cs="Cambria"/>
        </w:rPr>
        <w:t xml:space="preserve"> codes, and digital forensics.</w:t>
      </w:r>
    </w:p>
    <w:p w14:paraId="2EB6F8D1" w14:textId="4630C148" w:rsidR="00DD41B1" w:rsidRDefault="00874857" w:rsidP="4E08A087">
      <w:r>
        <w:br/>
      </w:r>
    </w:p>
    <w:p w14:paraId="3C74420B" w14:textId="77777777" w:rsidR="00DD41B1" w:rsidRDefault="00874857" w:rsidP="4E08A087">
      <w:r w:rsidRPr="4E08A087">
        <w:br w:type="page"/>
      </w:r>
    </w:p>
    <w:p w14:paraId="53166AD9" w14:textId="7709A290" w:rsidR="00DD41B1" w:rsidRDefault="1484F464" w:rsidP="4E08A087">
      <w:pPr>
        <w:pStyle w:val="Heading1"/>
        <w:rPr>
          <w:sz w:val="22"/>
          <w:szCs w:val="22"/>
        </w:rPr>
      </w:pPr>
      <w:r w:rsidRPr="4E08A087">
        <w:rPr>
          <w:sz w:val="22"/>
          <w:szCs w:val="22"/>
        </w:rPr>
        <w:lastRenderedPageBreak/>
        <w:t>1</w:t>
      </w:r>
      <w:r w:rsidR="2EA0189B" w:rsidRPr="4E08A087">
        <w:rPr>
          <w:sz w:val="22"/>
          <w:szCs w:val="22"/>
        </w:rPr>
        <w:t>1</w:t>
      </w:r>
      <w:r w:rsidRPr="4E08A087">
        <w:rPr>
          <w:sz w:val="22"/>
          <w:szCs w:val="22"/>
        </w:rPr>
        <w:t>. Conclusion</w:t>
      </w:r>
    </w:p>
    <w:p w14:paraId="45C8BB40" w14:textId="77777777" w:rsidR="00CB051B" w:rsidRPr="00CB051B" w:rsidRDefault="00874857" w:rsidP="4E08A087">
      <w:pPr>
        <w:rPr>
          <w:lang w:val="en-GB"/>
        </w:rPr>
      </w:pPr>
      <w:r>
        <w:br/>
      </w:r>
      <w:r w:rsidR="0DA44F21" w:rsidRPr="4E08A087">
        <w:rPr>
          <w:lang w:val="en-GB"/>
        </w:rPr>
        <w:t>In this booklet, I explained how computational calculations are used in computing systems. I also explained binary and hexadecimal number systems, power notation, rounding errors, and two’s complement representation.</w:t>
      </w:r>
    </w:p>
    <w:p w14:paraId="40C45EF7" w14:textId="77777777" w:rsidR="00CB051B" w:rsidRPr="00CB051B" w:rsidRDefault="0DA44F21" w:rsidP="4E08A087">
      <w:pPr>
        <w:rPr>
          <w:lang w:val="en-GB"/>
        </w:rPr>
      </w:pPr>
      <w:r w:rsidRPr="4E08A087">
        <w:rPr>
          <w:lang w:val="en-GB"/>
        </w:rPr>
        <w:t>Binary is the foundation of computing. All computers use binary to store and process data. Every number, letter, and image is converted into 0s and 1s.</w:t>
      </w:r>
    </w:p>
    <w:p w14:paraId="487C05F8" w14:textId="77777777" w:rsidR="00CB051B" w:rsidRPr="00CB051B" w:rsidRDefault="0DA44F21" w:rsidP="4E08A087">
      <w:pPr>
        <w:rPr>
          <w:lang w:val="en-GB"/>
        </w:rPr>
      </w:pPr>
      <w:r w:rsidRPr="4E08A087">
        <w:rPr>
          <w:lang w:val="en-GB"/>
        </w:rPr>
        <w:t>Hexadecimal makes binary easier to read and understand. It is used in programming, memory addresses, and colour codes.</w:t>
      </w:r>
    </w:p>
    <w:p w14:paraId="58FDC592" w14:textId="77777777" w:rsidR="00CB051B" w:rsidRPr="00CB051B" w:rsidRDefault="0DA44F21" w:rsidP="4E08A087">
      <w:pPr>
        <w:rPr>
          <w:lang w:val="en-GB"/>
        </w:rPr>
      </w:pPr>
      <w:r w:rsidRPr="4E08A087">
        <w:rPr>
          <w:lang w:val="en-GB"/>
        </w:rPr>
        <w:t>Power notation helps us understand memory sizes and system limits. For example, 2⁸ explains why 8-bit systems go from 0 to 255.</w:t>
      </w:r>
    </w:p>
    <w:p w14:paraId="1A916103" w14:textId="77777777" w:rsidR="00CB051B" w:rsidRPr="00CB051B" w:rsidRDefault="0DA44F21" w:rsidP="4E08A087">
      <w:pPr>
        <w:rPr>
          <w:lang w:val="en-GB"/>
        </w:rPr>
      </w:pPr>
      <w:r w:rsidRPr="4E08A087">
        <w:rPr>
          <w:lang w:val="en-GB"/>
        </w:rPr>
        <w:t>Rounding errors show that computers are not perfect. Because computers use limited memory, some numbers cannot be stored exactly. This can cause small errors, especially in financial and scientific systems.</w:t>
      </w:r>
    </w:p>
    <w:p w14:paraId="564363F0" w14:textId="77777777" w:rsidR="00CB051B" w:rsidRPr="00CB051B" w:rsidRDefault="0DA44F21" w:rsidP="4E08A087">
      <w:pPr>
        <w:rPr>
          <w:lang w:val="en-GB"/>
        </w:rPr>
      </w:pPr>
      <w:r w:rsidRPr="4E08A087">
        <w:rPr>
          <w:lang w:val="en-GB"/>
        </w:rPr>
        <w:t>Two’s complement allows computers to represent negative numbers correctly. Without two’s complement, computers cannot handle signed values.</w:t>
      </w:r>
    </w:p>
    <w:p w14:paraId="56F0FA93" w14:textId="77777777" w:rsidR="005F5015" w:rsidRPr="005F5015" w:rsidRDefault="5D0ADBF0" w:rsidP="4E08A087">
      <w:pPr>
        <w:rPr>
          <w:b/>
          <w:bCs/>
          <w:lang w:val="en-GB"/>
        </w:rPr>
      </w:pPr>
      <w:r w:rsidRPr="4E08A087">
        <w:rPr>
          <w:b/>
          <w:bCs/>
          <w:lang w:val="en-GB"/>
        </w:rPr>
        <w:t>Key Takeaways from the Booklet</w:t>
      </w:r>
    </w:p>
    <w:p w14:paraId="75C9CDD7" w14:textId="77777777" w:rsidR="005F5015" w:rsidRPr="005F5015" w:rsidRDefault="5D0ADBF0" w:rsidP="4E08A087">
      <w:pPr>
        <w:rPr>
          <w:lang w:val="en-GB"/>
        </w:rPr>
      </w:pPr>
      <w:r w:rsidRPr="4E08A087">
        <w:rPr>
          <w:lang w:val="en-GB"/>
        </w:rPr>
        <w:t>• Computers use binary as their main language.</w:t>
      </w:r>
      <w:r w:rsidR="005F5015">
        <w:br/>
      </w:r>
      <w:r w:rsidRPr="4E08A087">
        <w:rPr>
          <w:lang w:val="en-GB"/>
        </w:rPr>
        <w:t>• Hexadecimal is used to simplify binary.</w:t>
      </w:r>
      <w:r w:rsidR="005F5015">
        <w:br/>
      </w:r>
      <w:r w:rsidRPr="4E08A087">
        <w:rPr>
          <w:lang w:val="en-GB"/>
        </w:rPr>
        <w:t>• Power notation explains memory and data limits.</w:t>
      </w:r>
      <w:r w:rsidR="005F5015">
        <w:br/>
      </w:r>
      <w:r w:rsidRPr="4E08A087">
        <w:rPr>
          <w:lang w:val="en-GB"/>
        </w:rPr>
        <w:t>• Rounding errors can affect accuracy.</w:t>
      </w:r>
      <w:r w:rsidR="005F5015">
        <w:br/>
      </w:r>
      <w:r w:rsidRPr="4E08A087">
        <w:rPr>
          <w:lang w:val="en-GB"/>
        </w:rPr>
        <w:t>• Two’s complement is used for negative numbers.</w:t>
      </w:r>
      <w:r w:rsidR="005F5015">
        <w:br/>
      </w:r>
      <w:r w:rsidRPr="4E08A087">
        <w:rPr>
          <w:lang w:val="en-GB"/>
        </w:rPr>
        <w:t>• Understanding number systems improves computational thinking.</w:t>
      </w:r>
    </w:p>
    <w:p w14:paraId="5C9DA2E6" w14:textId="77777777" w:rsidR="00E6128D" w:rsidRPr="00E6128D" w:rsidRDefault="56AC4156" w:rsidP="4E08A087">
      <w:pPr>
        <w:rPr>
          <w:b/>
          <w:bCs/>
          <w:lang w:val="en-GB"/>
        </w:rPr>
      </w:pPr>
      <w:r w:rsidRPr="4E08A087">
        <w:rPr>
          <w:b/>
          <w:bCs/>
          <w:lang w:val="en-GB"/>
        </w:rPr>
        <w:t>Importance of Computational Thinking in IT Careers</w:t>
      </w:r>
    </w:p>
    <w:p w14:paraId="267F2C12" w14:textId="77777777" w:rsidR="00E6128D" w:rsidRPr="00E6128D" w:rsidRDefault="56AC4156" w:rsidP="4E08A087">
      <w:pPr>
        <w:rPr>
          <w:lang w:val="en-GB"/>
        </w:rPr>
      </w:pPr>
      <w:r w:rsidRPr="4E08A087">
        <w:rPr>
          <w:lang w:val="en-GB"/>
        </w:rPr>
        <w:t>Computational thinking is very important in IT jobs.</w:t>
      </w:r>
    </w:p>
    <w:p w14:paraId="77CA7232" w14:textId="77777777" w:rsidR="00E6128D" w:rsidRPr="00E6128D" w:rsidRDefault="56AC4156" w:rsidP="4E08A087">
      <w:pPr>
        <w:rPr>
          <w:lang w:val="en-GB"/>
        </w:rPr>
      </w:pPr>
      <w:r w:rsidRPr="4E08A087">
        <w:rPr>
          <w:lang w:val="en-GB"/>
        </w:rPr>
        <w:t>It helps in:</w:t>
      </w:r>
    </w:p>
    <w:p w14:paraId="2C8BE931" w14:textId="77777777" w:rsidR="00E6128D" w:rsidRPr="00E6128D" w:rsidRDefault="56AC4156" w:rsidP="4E08A087">
      <w:pPr>
        <w:rPr>
          <w:lang w:val="en-GB"/>
        </w:rPr>
      </w:pPr>
      <w:r w:rsidRPr="4E08A087">
        <w:rPr>
          <w:lang w:val="en-GB"/>
        </w:rPr>
        <w:t>• Programming</w:t>
      </w:r>
      <w:r w:rsidR="00E6128D">
        <w:br/>
      </w:r>
      <w:r w:rsidRPr="4E08A087">
        <w:rPr>
          <w:lang w:val="en-GB"/>
        </w:rPr>
        <w:t>• Cybersecurity</w:t>
      </w:r>
      <w:r w:rsidR="00E6128D">
        <w:br/>
      </w:r>
      <w:r w:rsidRPr="4E08A087">
        <w:rPr>
          <w:lang w:val="en-GB"/>
        </w:rPr>
        <w:t>• Data science</w:t>
      </w:r>
      <w:r w:rsidR="00E6128D">
        <w:br/>
      </w:r>
      <w:r w:rsidRPr="4E08A087">
        <w:rPr>
          <w:lang w:val="en-GB"/>
        </w:rPr>
        <w:t>• Artificial intelligence</w:t>
      </w:r>
      <w:r w:rsidR="00E6128D">
        <w:br/>
      </w:r>
      <w:r w:rsidRPr="4E08A087">
        <w:rPr>
          <w:lang w:val="en-GB"/>
        </w:rPr>
        <w:t>• Web development</w:t>
      </w:r>
      <w:r w:rsidR="00E6128D">
        <w:br/>
      </w:r>
      <w:r w:rsidRPr="4E08A087">
        <w:rPr>
          <w:lang w:val="en-GB"/>
        </w:rPr>
        <w:t>• Game design</w:t>
      </w:r>
    </w:p>
    <w:p w14:paraId="0E7DCE8D" w14:textId="77777777" w:rsidR="00E6128D" w:rsidRPr="00E6128D" w:rsidRDefault="56AC4156" w:rsidP="4E08A087">
      <w:pPr>
        <w:rPr>
          <w:lang w:val="en-GB"/>
        </w:rPr>
      </w:pPr>
      <w:r w:rsidRPr="4E08A087">
        <w:rPr>
          <w:lang w:val="en-GB"/>
        </w:rPr>
        <w:t>IT professionals must understand how numbers are stored and calculated inside a system.</w:t>
      </w:r>
    </w:p>
    <w:p w14:paraId="0B69B138" w14:textId="77777777" w:rsidR="00E6128D" w:rsidRPr="00E6128D" w:rsidRDefault="56AC4156" w:rsidP="4E08A087">
      <w:pPr>
        <w:rPr>
          <w:lang w:val="en-GB"/>
        </w:rPr>
      </w:pPr>
      <w:r w:rsidRPr="4E08A087">
        <w:rPr>
          <w:lang w:val="en-GB"/>
        </w:rPr>
        <w:t>If a programmer does not understand binary, they may not understand memory problems.</w:t>
      </w:r>
    </w:p>
    <w:p w14:paraId="70C07B72" w14:textId="77777777" w:rsidR="00E6128D" w:rsidRPr="00E6128D" w:rsidRDefault="56AC4156" w:rsidP="4E08A087">
      <w:pPr>
        <w:rPr>
          <w:lang w:val="en-GB"/>
        </w:rPr>
      </w:pPr>
      <w:r w:rsidRPr="4E08A087">
        <w:rPr>
          <w:lang w:val="en-GB"/>
        </w:rPr>
        <w:lastRenderedPageBreak/>
        <w:t xml:space="preserve">If a developer does not understand rounding errors, financial systems may have </w:t>
      </w:r>
      <w:proofErr w:type="spellStart"/>
      <w:r w:rsidRPr="4E08A087">
        <w:rPr>
          <w:lang w:val="en-GB"/>
        </w:rPr>
        <w:t>mistakes</w:t>
      </w:r>
      <w:proofErr w:type="spellEnd"/>
      <w:r w:rsidRPr="4E08A087">
        <w:rPr>
          <w:lang w:val="en-GB"/>
        </w:rPr>
        <w:t>.</w:t>
      </w:r>
    </w:p>
    <w:p w14:paraId="234CB6E8" w14:textId="77777777" w:rsidR="00E6128D" w:rsidRPr="00E6128D" w:rsidRDefault="56AC4156" w:rsidP="4E08A087">
      <w:pPr>
        <w:rPr>
          <w:lang w:val="en-GB"/>
        </w:rPr>
      </w:pPr>
      <w:r w:rsidRPr="4E08A087">
        <w:rPr>
          <w:lang w:val="en-GB"/>
        </w:rPr>
        <w:t>If an engineer does not understand number limits, system may crash due to overflow.</w:t>
      </w:r>
    </w:p>
    <w:p w14:paraId="5111AABC" w14:textId="77777777" w:rsidR="00E6128D" w:rsidRPr="00E6128D" w:rsidRDefault="56AC4156" w:rsidP="4E08A087">
      <w:pPr>
        <w:rPr>
          <w:lang w:val="en-GB"/>
        </w:rPr>
      </w:pPr>
      <w:r w:rsidRPr="4E08A087">
        <w:rPr>
          <w:lang w:val="en-GB"/>
        </w:rPr>
        <w:t>Computational thinking also improves problem-solving skills. It teaches us to break big problems into small parts and solve them step by step.</w:t>
      </w:r>
    </w:p>
    <w:p w14:paraId="2DCFE0F0" w14:textId="77777777" w:rsidR="00E6128D" w:rsidRPr="00E6128D" w:rsidRDefault="5580C041" w:rsidP="4E08A087">
      <w:pPr>
        <w:rPr>
          <w:lang w:val="en-GB"/>
        </w:rPr>
      </w:pPr>
      <w:r w:rsidRPr="47FFCE6D">
        <w:rPr>
          <w:lang w:val="en-GB"/>
        </w:rPr>
        <w:t>This skill is useful not only in IT, but also in daily life.</w:t>
      </w:r>
    </w:p>
    <w:p w14:paraId="1613DB7F" w14:textId="0228298E" w:rsidR="47FFCE6D" w:rsidRDefault="47FFCE6D" w:rsidP="47FFCE6D">
      <w:pPr>
        <w:rPr>
          <w:lang w:val="en-GB"/>
        </w:rPr>
      </w:pPr>
    </w:p>
    <w:p w14:paraId="45274C8E" w14:textId="7A0E8620" w:rsidR="47FFCE6D" w:rsidRDefault="47FFCE6D" w:rsidP="47FFCE6D">
      <w:pPr>
        <w:rPr>
          <w:lang w:val="en-GB"/>
        </w:rPr>
      </w:pPr>
    </w:p>
    <w:p w14:paraId="2BF85E37" w14:textId="5C85EF7B" w:rsidR="47FFCE6D" w:rsidRDefault="47FFCE6D" w:rsidP="47FFCE6D">
      <w:pPr>
        <w:rPr>
          <w:lang w:val="en-GB"/>
        </w:rPr>
      </w:pPr>
    </w:p>
    <w:p w14:paraId="78AEEC60" w14:textId="2BD9EF0A" w:rsidR="47FFCE6D" w:rsidRDefault="47FFCE6D" w:rsidP="47FFCE6D">
      <w:pPr>
        <w:rPr>
          <w:lang w:val="en-GB"/>
        </w:rPr>
      </w:pPr>
    </w:p>
    <w:p w14:paraId="65839CA1" w14:textId="72544A2C" w:rsidR="47FFCE6D" w:rsidRDefault="47FFCE6D" w:rsidP="47FFCE6D">
      <w:pPr>
        <w:rPr>
          <w:lang w:val="en-GB"/>
        </w:rPr>
      </w:pPr>
    </w:p>
    <w:p w14:paraId="2E9C78E2" w14:textId="70FA5657" w:rsidR="47FFCE6D" w:rsidRDefault="47FFCE6D" w:rsidP="47FFCE6D">
      <w:pPr>
        <w:rPr>
          <w:lang w:val="en-GB"/>
        </w:rPr>
      </w:pPr>
    </w:p>
    <w:p w14:paraId="24BE7550" w14:textId="1B146923" w:rsidR="47FFCE6D" w:rsidRDefault="47FFCE6D" w:rsidP="47FFCE6D">
      <w:pPr>
        <w:rPr>
          <w:lang w:val="en-GB"/>
        </w:rPr>
      </w:pPr>
    </w:p>
    <w:p w14:paraId="21D4CEBF" w14:textId="60E26891" w:rsidR="47FFCE6D" w:rsidRDefault="47FFCE6D" w:rsidP="47FFCE6D">
      <w:pPr>
        <w:rPr>
          <w:lang w:val="en-GB"/>
        </w:rPr>
      </w:pPr>
    </w:p>
    <w:p w14:paraId="1AFA2A6B" w14:textId="7B0790FD" w:rsidR="47FFCE6D" w:rsidRDefault="47FFCE6D" w:rsidP="47FFCE6D">
      <w:pPr>
        <w:rPr>
          <w:lang w:val="en-GB"/>
        </w:rPr>
      </w:pPr>
    </w:p>
    <w:p w14:paraId="46A39A03" w14:textId="7F1B47F1" w:rsidR="47FFCE6D" w:rsidRDefault="47FFCE6D" w:rsidP="47FFCE6D">
      <w:pPr>
        <w:rPr>
          <w:lang w:val="en-GB"/>
        </w:rPr>
      </w:pPr>
    </w:p>
    <w:p w14:paraId="37E50C55" w14:textId="320AEBED" w:rsidR="47FFCE6D" w:rsidRDefault="47FFCE6D" w:rsidP="47FFCE6D">
      <w:pPr>
        <w:rPr>
          <w:lang w:val="en-GB"/>
        </w:rPr>
      </w:pPr>
    </w:p>
    <w:p w14:paraId="1D87C1BE" w14:textId="11E39E28" w:rsidR="47FFCE6D" w:rsidRDefault="47FFCE6D" w:rsidP="47FFCE6D">
      <w:pPr>
        <w:rPr>
          <w:lang w:val="en-GB"/>
        </w:rPr>
      </w:pPr>
    </w:p>
    <w:p w14:paraId="660E67E4" w14:textId="772F6799" w:rsidR="47FFCE6D" w:rsidRDefault="47FFCE6D" w:rsidP="47FFCE6D">
      <w:pPr>
        <w:rPr>
          <w:lang w:val="en-GB"/>
        </w:rPr>
      </w:pPr>
    </w:p>
    <w:p w14:paraId="04455B2E" w14:textId="1718CEDB" w:rsidR="47FFCE6D" w:rsidRDefault="47FFCE6D" w:rsidP="47FFCE6D">
      <w:pPr>
        <w:rPr>
          <w:lang w:val="en-GB"/>
        </w:rPr>
      </w:pPr>
    </w:p>
    <w:p w14:paraId="00399BA4" w14:textId="0E157C3D" w:rsidR="47FFCE6D" w:rsidRDefault="47FFCE6D" w:rsidP="47FFCE6D">
      <w:pPr>
        <w:rPr>
          <w:lang w:val="en-GB"/>
        </w:rPr>
      </w:pPr>
    </w:p>
    <w:p w14:paraId="419EB2B9" w14:textId="2F674614" w:rsidR="47FFCE6D" w:rsidRDefault="47FFCE6D" w:rsidP="47FFCE6D">
      <w:pPr>
        <w:rPr>
          <w:lang w:val="en-GB"/>
        </w:rPr>
      </w:pPr>
    </w:p>
    <w:p w14:paraId="499E1075" w14:textId="786ADC31" w:rsidR="47FFCE6D" w:rsidRDefault="47FFCE6D" w:rsidP="47FFCE6D">
      <w:pPr>
        <w:rPr>
          <w:lang w:val="en-GB"/>
        </w:rPr>
      </w:pPr>
    </w:p>
    <w:p w14:paraId="11A93B3A" w14:textId="4B30F4E1" w:rsidR="47FFCE6D" w:rsidRDefault="47FFCE6D" w:rsidP="47FFCE6D">
      <w:pPr>
        <w:rPr>
          <w:lang w:val="en-GB"/>
        </w:rPr>
      </w:pPr>
    </w:p>
    <w:p w14:paraId="52F8826F" w14:textId="5EAFBE8E" w:rsidR="47FFCE6D" w:rsidRDefault="47FFCE6D" w:rsidP="47FFCE6D">
      <w:pPr>
        <w:rPr>
          <w:lang w:val="en-GB"/>
        </w:rPr>
      </w:pPr>
    </w:p>
    <w:p w14:paraId="72DAA9CD" w14:textId="2B603CC4" w:rsidR="168206ED" w:rsidRDefault="168206ED" w:rsidP="4E08A087">
      <w:pPr>
        <w:pStyle w:val="Heading1"/>
        <w:rPr>
          <w:sz w:val="22"/>
          <w:szCs w:val="22"/>
          <w:lang w:val="en-GB"/>
        </w:rPr>
      </w:pPr>
      <w:r w:rsidRPr="4E08A087">
        <w:rPr>
          <w:sz w:val="22"/>
          <w:szCs w:val="22"/>
          <w:lang w:val="en-GB"/>
        </w:rPr>
        <w:t xml:space="preserve">Reference </w:t>
      </w:r>
    </w:p>
    <w:p w14:paraId="0D6AB86F" w14:textId="686B2738" w:rsidR="4E08A087" w:rsidRDefault="4E08A087" w:rsidP="4E08A087">
      <w:pPr>
        <w:rPr>
          <w:lang w:val="en-GB"/>
        </w:rPr>
      </w:pPr>
    </w:p>
    <w:p w14:paraId="696C359E" w14:textId="299A28ED" w:rsidR="168206ED" w:rsidRDefault="168206ED" w:rsidP="466C470B">
      <w:pPr>
        <w:rPr>
          <w:rFonts w:ascii="Aptos" w:eastAsia="Aptos" w:hAnsi="Aptos" w:cs="Aptos"/>
          <w:color w:val="000000" w:themeColor="text1"/>
          <w:lang w:val="en-GB"/>
        </w:rPr>
      </w:pPr>
      <w:r w:rsidRPr="466C470B">
        <w:rPr>
          <w:rFonts w:ascii="Aptos" w:eastAsia="Aptos" w:hAnsi="Aptos" w:cs="Aptos"/>
          <w:color w:val="000000" w:themeColor="text1"/>
          <w:lang w:val="en-GB"/>
        </w:rPr>
        <w:lastRenderedPageBreak/>
        <w:t>Investopedia. </w:t>
      </w:r>
      <w:r w:rsidRPr="466C470B">
        <w:rPr>
          <w:rFonts w:ascii="Aptos" w:eastAsia="Aptos" w:hAnsi="Aptos" w:cs="Aptos"/>
          <w:i/>
          <w:iCs/>
          <w:color w:val="000000" w:themeColor="text1"/>
          <w:lang w:val="en-GB"/>
        </w:rPr>
        <w:t>Rounding Error</w:t>
      </w:r>
      <w:r w:rsidRPr="466C470B">
        <w:rPr>
          <w:rFonts w:ascii="Aptos" w:eastAsia="Aptos" w:hAnsi="Aptos" w:cs="Aptos"/>
          <w:color w:val="000000" w:themeColor="text1"/>
          <w:lang w:val="en-GB"/>
        </w:rPr>
        <w:t>. Available at: </w:t>
      </w:r>
      <w:hyperlink r:id="rId12">
        <w:r w:rsidRPr="466C470B">
          <w:rPr>
            <w:rStyle w:val="Hyperlink"/>
            <w:rFonts w:ascii="Aptos" w:eastAsia="Aptos" w:hAnsi="Aptos" w:cs="Aptos"/>
            <w:lang w:val="en-GB"/>
          </w:rPr>
          <w:t>https://www.investopedia.com/terms/r/rounding-error.asp</w:t>
        </w:r>
      </w:hyperlink>
      <w:r w:rsidRPr="466C470B">
        <w:rPr>
          <w:rFonts w:ascii="Aptos" w:eastAsia="Aptos" w:hAnsi="Aptos" w:cs="Aptos"/>
          <w:color w:val="000000" w:themeColor="text1"/>
          <w:lang w:val="en-GB"/>
        </w:rPr>
        <w:t> (Accessed:  </w:t>
      </w:r>
      <w:r w:rsidR="3436B8CA" w:rsidRPr="466C470B">
        <w:rPr>
          <w:rFonts w:ascii="Aptos" w:eastAsia="Aptos" w:hAnsi="Aptos" w:cs="Aptos"/>
          <w:color w:val="000000" w:themeColor="text1"/>
          <w:lang w:val="en-GB"/>
        </w:rPr>
        <w:t xml:space="preserve">12 </w:t>
      </w:r>
      <w:r w:rsidR="6D8EB9A2" w:rsidRPr="466C470B">
        <w:rPr>
          <w:rFonts w:ascii="Aptos" w:eastAsia="Aptos" w:hAnsi="Aptos" w:cs="Aptos"/>
          <w:color w:val="000000" w:themeColor="text1"/>
          <w:lang w:val="en-GB"/>
        </w:rPr>
        <w:t xml:space="preserve">February </w:t>
      </w:r>
      <w:r w:rsidR="3436B8CA" w:rsidRPr="466C470B">
        <w:rPr>
          <w:rFonts w:ascii="Aptos" w:eastAsia="Aptos" w:hAnsi="Aptos" w:cs="Aptos"/>
          <w:color w:val="000000" w:themeColor="text1"/>
          <w:lang w:val="en-GB"/>
        </w:rPr>
        <w:t xml:space="preserve"> </w:t>
      </w:r>
      <w:r w:rsidRPr="466C470B">
        <w:rPr>
          <w:rFonts w:ascii="Aptos" w:eastAsia="Aptos" w:hAnsi="Aptos" w:cs="Aptos"/>
          <w:color w:val="000000" w:themeColor="text1"/>
          <w:lang w:val="en-GB"/>
        </w:rPr>
        <w:t> 202</w:t>
      </w:r>
      <w:r w:rsidR="590ADAC2" w:rsidRPr="466C470B">
        <w:rPr>
          <w:rFonts w:ascii="Aptos" w:eastAsia="Aptos" w:hAnsi="Aptos" w:cs="Aptos"/>
          <w:color w:val="000000" w:themeColor="text1"/>
          <w:lang w:val="en-GB"/>
        </w:rPr>
        <w:t>6</w:t>
      </w:r>
      <w:r w:rsidRPr="466C470B">
        <w:rPr>
          <w:rFonts w:ascii="Aptos" w:eastAsia="Aptos" w:hAnsi="Aptos" w:cs="Aptos"/>
          <w:color w:val="000000" w:themeColor="text1"/>
          <w:lang w:val="en-GB"/>
        </w:rPr>
        <w:t>). </w:t>
      </w:r>
    </w:p>
    <w:p w14:paraId="6634DC85" w14:textId="4271BA74" w:rsidR="168206ED" w:rsidRDefault="168206ED" w:rsidP="4E08A087">
      <w:pPr>
        <w:rPr>
          <w:rFonts w:ascii="Aptos" w:eastAsia="Aptos" w:hAnsi="Aptos" w:cs="Aptos"/>
          <w:color w:val="000000" w:themeColor="text1"/>
          <w:lang w:val="en-GB"/>
        </w:rPr>
      </w:pPr>
      <w:r w:rsidRPr="4E08A087">
        <w:rPr>
          <w:rFonts w:ascii="Aptos" w:eastAsia="Aptos" w:hAnsi="Aptos" w:cs="Aptos"/>
          <w:color w:val="000000" w:themeColor="text1"/>
          <w:lang w:val="en-GB"/>
        </w:rPr>
        <w:t>The Open University. </w:t>
      </w:r>
      <w:r w:rsidRPr="4E08A087">
        <w:rPr>
          <w:rFonts w:ascii="Aptos" w:eastAsia="Aptos" w:hAnsi="Aptos" w:cs="Aptos"/>
          <w:i/>
          <w:iCs/>
          <w:color w:val="000000" w:themeColor="text1"/>
          <w:lang w:val="en-GB"/>
        </w:rPr>
        <w:t>Squares, roots and powers: 4.2 Powers of 10</w:t>
      </w:r>
      <w:r w:rsidRPr="4E08A087">
        <w:rPr>
          <w:rFonts w:ascii="Aptos" w:eastAsia="Aptos" w:hAnsi="Aptos" w:cs="Aptos"/>
          <w:color w:val="000000" w:themeColor="text1"/>
          <w:lang w:val="en-GB"/>
        </w:rPr>
        <w:t>. Available at: </w:t>
      </w:r>
      <w:hyperlink r:id="rId13">
        <w:r w:rsidRPr="4E08A087">
          <w:rPr>
            <w:rStyle w:val="Hyperlink"/>
            <w:rFonts w:ascii="Aptos" w:eastAsia="Aptos" w:hAnsi="Aptos" w:cs="Aptos"/>
            <w:lang w:val="en-GB"/>
          </w:rPr>
          <w:t>https://www.open.edu/openlearn/science-maths-technology/mathematics-statistics/squares-roots-and-powers/content-section-4.2</w:t>
        </w:r>
      </w:hyperlink>
      <w:r w:rsidRPr="4E08A087">
        <w:rPr>
          <w:rFonts w:ascii="Aptos" w:eastAsia="Aptos" w:hAnsi="Aptos" w:cs="Aptos"/>
          <w:color w:val="000000" w:themeColor="text1"/>
          <w:lang w:val="en-GB"/>
        </w:rPr>
        <w:t xml:space="preserve"> (Accessed: </w:t>
      </w:r>
      <w:r w:rsidR="55DB7987" w:rsidRPr="4E08A087">
        <w:rPr>
          <w:rFonts w:ascii="Aptos" w:eastAsia="Aptos" w:hAnsi="Aptos" w:cs="Aptos"/>
          <w:color w:val="000000" w:themeColor="text1"/>
          <w:lang w:val="en-GB"/>
        </w:rPr>
        <w:t>12 February   2026</w:t>
      </w:r>
      <w:r w:rsidRPr="4E08A087">
        <w:rPr>
          <w:rFonts w:ascii="Aptos" w:eastAsia="Aptos" w:hAnsi="Aptos" w:cs="Aptos"/>
          <w:color w:val="000000" w:themeColor="text1"/>
          <w:lang w:val="en-GB"/>
        </w:rPr>
        <w:t>). </w:t>
      </w:r>
    </w:p>
    <w:p w14:paraId="402AA651" w14:textId="35692F04" w:rsidR="168206ED" w:rsidRDefault="168206ED" w:rsidP="4E08A087">
      <w:pPr>
        <w:rPr>
          <w:rFonts w:ascii="Aptos" w:eastAsia="Aptos" w:hAnsi="Aptos" w:cs="Aptos"/>
          <w:color w:val="000000" w:themeColor="text1"/>
          <w:lang w:val="en-GB"/>
        </w:rPr>
      </w:pPr>
      <w:r w:rsidRPr="4E08A087">
        <w:rPr>
          <w:rFonts w:ascii="Aptos" w:eastAsia="Aptos" w:hAnsi="Aptos" w:cs="Aptos"/>
          <w:color w:val="000000" w:themeColor="text1"/>
          <w:lang w:val="en-GB"/>
        </w:rPr>
        <w:t>ScienceDirect. </w:t>
      </w:r>
      <w:r w:rsidRPr="4E08A087">
        <w:rPr>
          <w:rFonts w:ascii="Aptos" w:eastAsia="Aptos" w:hAnsi="Aptos" w:cs="Aptos"/>
          <w:i/>
          <w:iCs/>
          <w:color w:val="000000" w:themeColor="text1"/>
          <w:lang w:val="en-GB"/>
        </w:rPr>
        <w:t>Computational Mathematics</w:t>
      </w:r>
      <w:r w:rsidRPr="4E08A087">
        <w:rPr>
          <w:rFonts w:ascii="Aptos" w:eastAsia="Aptos" w:hAnsi="Aptos" w:cs="Aptos"/>
          <w:color w:val="000000" w:themeColor="text1"/>
          <w:lang w:val="en-GB"/>
        </w:rPr>
        <w:t>. Available at: </w:t>
      </w:r>
      <w:hyperlink r:id="rId14">
        <w:r w:rsidRPr="4E08A087">
          <w:rPr>
            <w:rStyle w:val="Hyperlink"/>
            <w:rFonts w:ascii="Aptos" w:eastAsia="Aptos" w:hAnsi="Aptos" w:cs="Aptos"/>
            <w:lang w:val="en-GB"/>
          </w:rPr>
          <w:t>https://www.sciencedirect.com/topics/computer-science/computational-mathematics</w:t>
        </w:r>
      </w:hyperlink>
      <w:r w:rsidRPr="4E08A087">
        <w:rPr>
          <w:rFonts w:ascii="Aptos" w:eastAsia="Aptos" w:hAnsi="Aptos" w:cs="Aptos"/>
          <w:color w:val="000000" w:themeColor="text1"/>
          <w:lang w:val="en-GB"/>
        </w:rPr>
        <w:t> (Accessed: 12 March 2025). </w:t>
      </w:r>
    </w:p>
    <w:p w14:paraId="69C6AD97" w14:textId="00C670ED" w:rsidR="168206ED" w:rsidRDefault="168206ED" w:rsidP="4E08A087">
      <w:pPr>
        <w:rPr>
          <w:rFonts w:ascii="Aptos" w:eastAsia="Aptos" w:hAnsi="Aptos" w:cs="Aptos"/>
          <w:color w:val="000000" w:themeColor="text1"/>
          <w:lang w:val="en-GB"/>
        </w:rPr>
      </w:pPr>
      <w:r w:rsidRPr="4E08A087">
        <w:rPr>
          <w:rFonts w:ascii="Aptos" w:eastAsia="Aptos" w:hAnsi="Aptos" w:cs="Aptos"/>
          <w:color w:val="000000" w:themeColor="text1"/>
          <w:lang w:val="en-GB"/>
        </w:rPr>
        <w:t>Wikipedia. (2024). </w:t>
      </w:r>
      <w:r w:rsidRPr="4E08A087">
        <w:rPr>
          <w:rFonts w:ascii="Aptos" w:eastAsia="Aptos" w:hAnsi="Aptos" w:cs="Aptos"/>
          <w:i/>
          <w:iCs/>
          <w:color w:val="000000" w:themeColor="text1"/>
          <w:lang w:val="en-GB"/>
        </w:rPr>
        <w:t>Natural number</w:t>
      </w:r>
      <w:r w:rsidRPr="4E08A087">
        <w:rPr>
          <w:rFonts w:ascii="Aptos" w:eastAsia="Aptos" w:hAnsi="Aptos" w:cs="Aptos"/>
          <w:color w:val="000000" w:themeColor="text1"/>
          <w:lang w:val="en-GB"/>
        </w:rPr>
        <w:t>. Available at: </w:t>
      </w:r>
      <w:hyperlink r:id="rId15">
        <w:r w:rsidRPr="4E08A087">
          <w:rPr>
            <w:rStyle w:val="Hyperlink"/>
            <w:rFonts w:ascii="Aptos" w:eastAsia="Aptos" w:hAnsi="Aptos" w:cs="Aptos"/>
            <w:lang w:val="en-GB"/>
          </w:rPr>
          <w:t>https://en.wikipedia.org/wiki/Natural_number</w:t>
        </w:r>
      </w:hyperlink>
      <w:r w:rsidRPr="4E08A087">
        <w:rPr>
          <w:rFonts w:ascii="Aptos" w:eastAsia="Aptos" w:hAnsi="Aptos" w:cs="Aptos"/>
          <w:color w:val="000000" w:themeColor="text1"/>
          <w:lang w:val="en-GB"/>
        </w:rPr>
        <w:t xml:space="preserve"> (Accessed: </w:t>
      </w:r>
      <w:r w:rsidR="30DF15AD" w:rsidRPr="4E08A087">
        <w:rPr>
          <w:rFonts w:ascii="Aptos" w:eastAsia="Aptos" w:hAnsi="Aptos" w:cs="Aptos"/>
          <w:color w:val="000000" w:themeColor="text1"/>
          <w:lang w:val="en-GB"/>
        </w:rPr>
        <w:t>12 February   2026</w:t>
      </w:r>
      <w:r w:rsidRPr="4E08A087">
        <w:rPr>
          <w:rFonts w:ascii="Aptos" w:eastAsia="Aptos" w:hAnsi="Aptos" w:cs="Aptos"/>
          <w:color w:val="000000" w:themeColor="text1"/>
          <w:lang w:val="en-GB"/>
        </w:rPr>
        <w:t>). </w:t>
      </w:r>
    </w:p>
    <w:p w14:paraId="54B4F945" w14:textId="35415329" w:rsidR="168206ED" w:rsidRDefault="168206ED" w:rsidP="4E08A087">
      <w:pPr>
        <w:rPr>
          <w:rFonts w:ascii="Aptos" w:eastAsia="Aptos" w:hAnsi="Aptos" w:cs="Aptos"/>
          <w:color w:val="000000" w:themeColor="text1"/>
          <w:lang w:val="en-GB"/>
        </w:rPr>
      </w:pPr>
      <w:r w:rsidRPr="4E08A087">
        <w:rPr>
          <w:rFonts w:ascii="Aptos" w:eastAsia="Aptos" w:hAnsi="Aptos" w:cs="Aptos"/>
          <w:color w:val="000000" w:themeColor="text1"/>
          <w:lang w:val="en-GB"/>
        </w:rPr>
        <w:t>Brilliant. </w:t>
      </w:r>
      <w:r w:rsidRPr="4E08A087">
        <w:rPr>
          <w:rFonts w:ascii="Aptos" w:eastAsia="Aptos" w:hAnsi="Aptos" w:cs="Aptos"/>
          <w:i/>
          <w:iCs/>
          <w:color w:val="000000" w:themeColor="text1"/>
          <w:lang w:val="en-GB"/>
        </w:rPr>
        <w:t>Integers</w:t>
      </w:r>
      <w:r w:rsidRPr="4E08A087">
        <w:rPr>
          <w:rFonts w:ascii="Aptos" w:eastAsia="Aptos" w:hAnsi="Aptos" w:cs="Aptos"/>
          <w:color w:val="000000" w:themeColor="text1"/>
          <w:lang w:val="en-GB"/>
        </w:rPr>
        <w:t>. Available at: </w:t>
      </w:r>
      <w:hyperlink r:id="rId16">
        <w:r w:rsidRPr="4E08A087">
          <w:rPr>
            <w:rStyle w:val="Hyperlink"/>
            <w:rFonts w:ascii="Aptos" w:eastAsia="Aptos" w:hAnsi="Aptos" w:cs="Aptos"/>
            <w:lang w:val="en-GB"/>
          </w:rPr>
          <w:t>https://brilliant.org/wiki/integers/</w:t>
        </w:r>
      </w:hyperlink>
      <w:r w:rsidRPr="4E08A087">
        <w:rPr>
          <w:rFonts w:ascii="Aptos" w:eastAsia="Aptos" w:hAnsi="Aptos" w:cs="Aptos"/>
          <w:color w:val="000000" w:themeColor="text1"/>
          <w:lang w:val="en-GB"/>
        </w:rPr>
        <w:t xml:space="preserve"> (Accessed: </w:t>
      </w:r>
      <w:r w:rsidR="598EA241" w:rsidRPr="4E08A087">
        <w:rPr>
          <w:rFonts w:ascii="Aptos" w:eastAsia="Aptos" w:hAnsi="Aptos" w:cs="Aptos"/>
          <w:color w:val="000000" w:themeColor="text1"/>
          <w:lang w:val="en-GB"/>
        </w:rPr>
        <w:t>12 February   2026</w:t>
      </w:r>
      <w:r w:rsidRPr="4E08A087">
        <w:rPr>
          <w:rFonts w:ascii="Aptos" w:eastAsia="Aptos" w:hAnsi="Aptos" w:cs="Aptos"/>
          <w:color w:val="000000" w:themeColor="text1"/>
          <w:lang w:val="en-GB"/>
        </w:rPr>
        <w:t>). </w:t>
      </w:r>
    </w:p>
    <w:p w14:paraId="185BBB9D" w14:textId="69D7B26E" w:rsidR="168206ED" w:rsidRDefault="168206ED" w:rsidP="4E08A087">
      <w:pPr>
        <w:rPr>
          <w:rFonts w:ascii="Aptos" w:eastAsia="Aptos" w:hAnsi="Aptos" w:cs="Aptos"/>
          <w:color w:val="000000" w:themeColor="text1"/>
          <w:lang w:val="en-GB"/>
        </w:rPr>
      </w:pPr>
      <w:proofErr w:type="spellStart"/>
      <w:r w:rsidRPr="4E08A087">
        <w:rPr>
          <w:rFonts w:ascii="Aptos" w:eastAsia="Aptos" w:hAnsi="Aptos" w:cs="Aptos"/>
          <w:color w:val="000000" w:themeColor="text1"/>
          <w:lang w:val="en-GB"/>
        </w:rPr>
        <w:t>MathsIsFun</w:t>
      </w:r>
      <w:proofErr w:type="spellEnd"/>
      <w:r w:rsidRPr="4E08A087">
        <w:rPr>
          <w:rFonts w:ascii="Aptos" w:eastAsia="Aptos" w:hAnsi="Aptos" w:cs="Aptos"/>
          <w:color w:val="000000" w:themeColor="text1"/>
          <w:lang w:val="en-GB"/>
        </w:rPr>
        <w:t>. </w:t>
      </w:r>
      <w:r w:rsidRPr="4E08A087">
        <w:rPr>
          <w:rFonts w:ascii="Aptos" w:eastAsia="Aptos" w:hAnsi="Aptos" w:cs="Aptos"/>
          <w:i/>
          <w:iCs/>
          <w:color w:val="000000" w:themeColor="text1"/>
          <w:lang w:val="en-GB"/>
        </w:rPr>
        <w:t>Rational Numbers</w:t>
      </w:r>
      <w:r w:rsidRPr="4E08A087">
        <w:rPr>
          <w:rFonts w:ascii="Aptos" w:eastAsia="Aptos" w:hAnsi="Aptos" w:cs="Aptos"/>
          <w:color w:val="000000" w:themeColor="text1"/>
          <w:lang w:val="en-GB"/>
        </w:rPr>
        <w:t>. Available at: </w:t>
      </w:r>
      <w:hyperlink r:id="rId17">
        <w:r w:rsidRPr="4E08A087">
          <w:rPr>
            <w:rStyle w:val="Hyperlink"/>
            <w:rFonts w:ascii="Aptos" w:eastAsia="Aptos" w:hAnsi="Aptos" w:cs="Aptos"/>
            <w:lang w:val="en-GB"/>
          </w:rPr>
          <w:t>https://www.mathsisfun.com/rational-numbers.html</w:t>
        </w:r>
      </w:hyperlink>
      <w:r w:rsidRPr="4E08A087">
        <w:rPr>
          <w:rFonts w:ascii="Aptos" w:eastAsia="Aptos" w:hAnsi="Aptos" w:cs="Aptos"/>
          <w:color w:val="000000" w:themeColor="text1"/>
          <w:lang w:val="en-GB"/>
        </w:rPr>
        <w:t xml:space="preserve"> (Accessed: </w:t>
      </w:r>
      <w:r w:rsidR="5F2547C9" w:rsidRPr="4E08A087">
        <w:rPr>
          <w:rFonts w:ascii="Aptos" w:eastAsia="Aptos" w:hAnsi="Aptos" w:cs="Aptos"/>
          <w:color w:val="000000" w:themeColor="text1"/>
          <w:lang w:val="en-GB"/>
        </w:rPr>
        <w:t>12 February   2026</w:t>
      </w:r>
      <w:r w:rsidRPr="4E08A087">
        <w:rPr>
          <w:rFonts w:ascii="Aptos" w:eastAsia="Aptos" w:hAnsi="Aptos" w:cs="Aptos"/>
          <w:color w:val="000000" w:themeColor="text1"/>
          <w:lang w:val="en-GB"/>
        </w:rPr>
        <w:t>). </w:t>
      </w:r>
    </w:p>
    <w:p w14:paraId="51503DAB" w14:textId="61741C15" w:rsidR="168206ED" w:rsidRDefault="168206ED" w:rsidP="4E08A087">
      <w:pPr>
        <w:rPr>
          <w:rFonts w:ascii="Aptos" w:eastAsia="Aptos" w:hAnsi="Aptos" w:cs="Aptos"/>
          <w:color w:val="000000" w:themeColor="text1"/>
          <w:lang w:val="en-GB"/>
        </w:rPr>
      </w:pPr>
      <w:r w:rsidRPr="4E08A087">
        <w:rPr>
          <w:rFonts w:ascii="Aptos" w:eastAsia="Aptos" w:hAnsi="Aptos" w:cs="Aptos"/>
          <w:color w:val="000000" w:themeColor="text1"/>
          <w:lang w:val="en-GB"/>
        </w:rPr>
        <w:t>Catalyst2. </w:t>
      </w:r>
      <w:r w:rsidRPr="4E08A087">
        <w:rPr>
          <w:rFonts w:ascii="Aptos" w:eastAsia="Aptos" w:hAnsi="Aptos" w:cs="Aptos"/>
          <w:i/>
          <w:iCs/>
          <w:color w:val="000000" w:themeColor="text1"/>
          <w:lang w:val="en-GB"/>
        </w:rPr>
        <w:t>Binary (Base-2) Numbers</w:t>
      </w:r>
      <w:r w:rsidRPr="4E08A087">
        <w:rPr>
          <w:rFonts w:ascii="Aptos" w:eastAsia="Aptos" w:hAnsi="Aptos" w:cs="Aptos"/>
          <w:color w:val="000000" w:themeColor="text1"/>
          <w:lang w:val="en-GB"/>
        </w:rPr>
        <w:t>. Available at: </w:t>
      </w:r>
      <w:hyperlink r:id="rId18">
        <w:r w:rsidRPr="4E08A087">
          <w:rPr>
            <w:rStyle w:val="Hyperlink"/>
            <w:rFonts w:ascii="Aptos" w:eastAsia="Aptos" w:hAnsi="Aptos" w:cs="Aptos"/>
            <w:lang w:val="en-GB"/>
          </w:rPr>
          <w:t>https://www.catalyst2.com/knowledgebase/dictionary/binary-base-2-numbers/</w:t>
        </w:r>
      </w:hyperlink>
      <w:r w:rsidRPr="4E08A087">
        <w:rPr>
          <w:rFonts w:ascii="Aptos" w:eastAsia="Aptos" w:hAnsi="Aptos" w:cs="Aptos"/>
          <w:color w:val="000000" w:themeColor="text1"/>
          <w:lang w:val="en-GB"/>
        </w:rPr>
        <w:t xml:space="preserve"> (Accessed: </w:t>
      </w:r>
      <w:r w:rsidR="09C5C696" w:rsidRPr="4E08A087">
        <w:rPr>
          <w:rFonts w:ascii="Aptos" w:eastAsia="Aptos" w:hAnsi="Aptos" w:cs="Aptos"/>
          <w:color w:val="000000" w:themeColor="text1"/>
          <w:lang w:val="en-GB"/>
        </w:rPr>
        <w:t>12 February   2026</w:t>
      </w:r>
      <w:r w:rsidRPr="4E08A087">
        <w:rPr>
          <w:rFonts w:ascii="Aptos" w:eastAsia="Aptos" w:hAnsi="Aptos" w:cs="Aptos"/>
          <w:color w:val="000000" w:themeColor="text1"/>
          <w:lang w:val="en-GB"/>
        </w:rPr>
        <w:t>). </w:t>
      </w:r>
    </w:p>
    <w:p w14:paraId="77DA6DBE" w14:textId="02814D4E" w:rsidR="168206ED" w:rsidRDefault="05ECF3D5" w:rsidP="4E08A087">
      <w:pPr>
        <w:rPr>
          <w:rFonts w:ascii="Aptos" w:eastAsia="Aptos" w:hAnsi="Aptos" w:cs="Aptos"/>
          <w:color w:val="000000" w:themeColor="text1"/>
          <w:lang w:val="en-GB"/>
        </w:rPr>
      </w:pPr>
      <w:r w:rsidRPr="6006EE4B">
        <w:rPr>
          <w:rFonts w:ascii="Aptos" w:eastAsia="Aptos" w:hAnsi="Aptos" w:cs="Aptos"/>
          <w:color w:val="000000" w:themeColor="text1"/>
          <w:lang w:val="en-GB"/>
        </w:rPr>
        <w:t>Catalyst2. </w:t>
      </w:r>
      <w:r w:rsidRPr="6006EE4B">
        <w:rPr>
          <w:rFonts w:ascii="Aptos" w:eastAsia="Aptos" w:hAnsi="Aptos" w:cs="Aptos"/>
          <w:i/>
          <w:iCs/>
          <w:color w:val="000000" w:themeColor="text1"/>
          <w:lang w:val="en-GB"/>
        </w:rPr>
        <w:t>Hexadecimal (Base-16) Numbers</w:t>
      </w:r>
      <w:r w:rsidRPr="6006EE4B">
        <w:rPr>
          <w:rFonts w:ascii="Aptos" w:eastAsia="Aptos" w:hAnsi="Aptos" w:cs="Aptos"/>
          <w:color w:val="000000" w:themeColor="text1"/>
          <w:lang w:val="en-GB"/>
        </w:rPr>
        <w:t>. Available at: </w:t>
      </w:r>
      <w:hyperlink r:id="rId19">
        <w:r w:rsidRPr="6006EE4B">
          <w:rPr>
            <w:rStyle w:val="Hyperlink"/>
            <w:rFonts w:ascii="Aptos" w:eastAsia="Aptos" w:hAnsi="Aptos" w:cs="Aptos"/>
            <w:lang w:val="en-GB"/>
          </w:rPr>
          <w:t>https://www.catalyst2.com/knowledgebase/dictionary/hexadecimal-base-16-numbers/</w:t>
        </w:r>
      </w:hyperlink>
      <w:r w:rsidRPr="6006EE4B">
        <w:rPr>
          <w:rFonts w:ascii="Aptos" w:eastAsia="Aptos" w:hAnsi="Aptos" w:cs="Aptos"/>
          <w:color w:val="000000" w:themeColor="text1"/>
          <w:lang w:val="en-GB"/>
        </w:rPr>
        <w:t xml:space="preserve"> (Accessed: </w:t>
      </w:r>
      <w:r w:rsidR="6E036792" w:rsidRPr="6006EE4B">
        <w:rPr>
          <w:rFonts w:ascii="Aptos" w:eastAsia="Aptos" w:hAnsi="Aptos" w:cs="Aptos"/>
          <w:color w:val="000000" w:themeColor="text1"/>
          <w:lang w:val="en-GB"/>
        </w:rPr>
        <w:t>12 February   2026</w:t>
      </w:r>
      <w:r w:rsidRPr="6006EE4B">
        <w:rPr>
          <w:rFonts w:ascii="Aptos" w:eastAsia="Aptos" w:hAnsi="Aptos" w:cs="Aptos"/>
          <w:color w:val="000000" w:themeColor="text1"/>
          <w:lang w:val="en-GB"/>
        </w:rPr>
        <w:t>). </w:t>
      </w:r>
    </w:p>
    <w:p w14:paraId="0EB2E44B" w14:textId="47DB303E" w:rsidR="4E08A087" w:rsidRDefault="4AA54407" w:rsidP="47FFCE6D">
      <w:pPr>
        <w:rPr>
          <w:rFonts w:ascii="Aptos" w:eastAsia="Aptos" w:hAnsi="Aptos" w:cs="Aptos"/>
          <w:color w:val="000000" w:themeColor="text1"/>
          <w:lang w:val="en-GB"/>
        </w:rPr>
      </w:pPr>
      <w:r w:rsidRPr="47FFCE6D">
        <w:rPr>
          <w:rFonts w:ascii="Aptos" w:eastAsia="Aptos" w:hAnsi="Aptos" w:cs="Aptos"/>
          <w:color w:val="000000" w:themeColor="text1"/>
          <w:lang w:val="en-GB"/>
        </w:rPr>
        <w:t>Tony's Train Exchange. </w:t>
      </w:r>
      <w:r w:rsidRPr="47FFCE6D">
        <w:rPr>
          <w:rFonts w:ascii="Aptos" w:eastAsia="Aptos" w:hAnsi="Aptos" w:cs="Aptos"/>
          <w:i/>
          <w:iCs/>
          <w:color w:val="000000" w:themeColor="text1"/>
          <w:lang w:val="en-GB"/>
        </w:rPr>
        <w:t>Decimal-Binary-Hexadecimal, Conversion Chart</w:t>
      </w:r>
      <w:r w:rsidRPr="47FFCE6D">
        <w:rPr>
          <w:rFonts w:ascii="Aptos" w:eastAsia="Aptos" w:hAnsi="Aptos" w:cs="Aptos"/>
          <w:color w:val="000000" w:themeColor="text1"/>
          <w:lang w:val="en-GB"/>
        </w:rPr>
        <w:t>. Available at: </w:t>
      </w:r>
      <w:hyperlink r:id="rId20">
        <w:r w:rsidRPr="47FFCE6D">
          <w:rPr>
            <w:rStyle w:val="Hyperlink"/>
            <w:rFonts w:ascii="Aptos" w:eastAsia="Aptos" w:hAnsi="Aptos" w:cs="Aptos"/>
            <w:lang w:val="en-GB"/>
          </w:rPr>
          <w:t>https://tonystrains.com/download/DCC_DecBiHex_Chart.pdf</w:t>
        </w:r>
      </w:hyperlink>
      <w:r w:rsidRPr="47FFCE6D">
        <w:rPr>
          <w:rFonts w:ascii="Aptos" w:eastAsia="Aptos" w:hAnsi="Aptos" w:cs="Aptos"/>
          <w:color w:val="000000" w:themeColor="text1"/>
          <w:lang w:val="en-GB"/>
        </w:rPr>
        <w:t xml:space="preserve"> (Accessed: </w:t>
      </w:r>
      <w:r w:rsidR="1B2A49F2" w:rsidRPr="47FFCE6D">
        <w:rPr>
          <w:rFonts w:ascii="Aptos" w:eastAsia="Aptos" w:hAnsi="Aptos" w:cs="Aptos"/>
          <w:color w:val="000000" w:themeColor="text1"/>
          <w:lang w:val="en-GB"/>
        </w:rPr>
        <w:t>12 February   2026</w:t>
      </w:r>
      <w:r w:rsidRPr="47FFCE6D">
        <w:rPr>
          <w:rFonts w:ascii="Aptos" w:eastAsia="Aptos" w:hAnsi="Aptos" w:cs="Aptos"/>
          <w:color w:val="000000" w:themeColor="text1"/>
          <w:lang w:val="en-GB"/>
        </w:rPr>
        <w:t>). </w:t>
      </w:r>
    </w:p>
    <w:p w14:paraId="1E0DF248" w14:textId="725DE2B3" w:rsidR="00DD41B1" w:rsidRDefault="00874857" w:rsidP="4E08A087">
      <w:r>
        <w:br/>
      </w:r>
    </w:p>
    <w:p w14:paraId="181479C4" w14:textId="77777777" w:rsidR="00DD41B1" w:rsidRDefault="00874857" w:rsidP="4E08A087">
      <w:r w:rsidRPr="4E08A087">
        <w:br w:type="page"/>
      </w:r>
    </w:p>
    <w:sectPr w:rsidR="00DD41B1" w:rsidSect="001536AD">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9978C" w14:textId="77777777" w:rsidR="00993A03" w:rsidRDefault="00993A03" w:rsidP="001536AD">
      <w:pPr>
        <w:spacing w:after="0" w:line="240" w:lineRule="auto"/>
      </w:pPr>
      <w:r>
        <w:separator/>
      </w:r>
    </w:p>
  </w:endnote>
  <w:endnote w:type="continuationSeparator" w:id="0">
    <w:p w14:paraId="58B26344" w14:textId="77777777" w:rsidR="00993A03" w:rsidRDefault="00993A03" w:rsidP="00153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8536D" w14:textId="77777777" w:rsidR="00993A03" w:rsidRDefault="00993A03" w:rsidP="001536AD">
      <w:pPr>
        <w:spacing w:after="0" w:line="240" w:lineRule="auto"/>
      </w:pPr>
      <w:r>
        <w:separator/>
      </w:r>
    </w:p>
  </w:footnote>
  <w:footnote w:type="continuationSeparator" w:id="0">
    <w:p w14:paraId="2A1890DC" w14:textId="77777777" w:rsidR="00993A03" w:rsidRDefault="00993A03" w:rsidP="00153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7D79FB"/>
    <w:multiLevelType w:val="multilevel"/>
    <w:tmpl w:val="D498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162212"/>
    <w:multiLevelType w:val="multilevel"/>
    <w:tmpl w:val="8C72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FE26DC"/>
    <w:multiLevelType w:val="multilevel"/>
    <w:tmpl w:val="FDCC0D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A15D1C"/>
    <w:multiLevelType w:val="multilevel"/>
    <w:tmpl w:val="7EEA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EC3624"/>
    <w:multiLevelType w:val="hybridMultilevel"/>
    <w:tmpl w:val="6BE8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9A6042"/>
    <w:multiLevelType w:val="hybridMultilevel"/>
    <w:tmpl w:val="140C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3B85"/>
    <w:multiLevelType w:val="hybridMultilevel"/>
    <w:tmpl w:val="38D24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6434E0"/>
    <w:multiLevelType w:val="hybridMultilevel"/>
    <w:tmpl w:val="6F4C1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DB5097"/>
    <w:multiLevelType w:val="hybridMultilevel"/>
    <w:tmpl w:val="D3F0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497418"/>
    <w:multiLevelType w:val="hybridMultilevel"/>
    <w:tmpl w:val="0A6C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17FB32"/>
    <w:multiLevelType w:val="hybridMultilevel"/>
    <w:tmpl w:val="0D16516E"/>
    <w:lvl w:ilvl="0" w:tplc="71B4803E">
      <w:start w:val="1"/>
      <w:numFmt w:val="bullet"/>
      <w:lvlText w:val=""/>
      <w:lvlJc w:val="left"/>
      <w:pPr>
        <w:ind w:left="720" w:hanging="360"/>
      </w:pPr>
      <w:rPr>
        <w:rFonts w:ascii="Symbol" w:hAnsi="Symbol" w:hint="default"/>
      </w:rPr>
    </w:lvl>
    <w:lvl w:ilvl="1" w:tplc="448AD20C">
      <w:start w:val="1"/>
      <w:numFmt w:val="bullet"/>
      <w:lvlText w:val="o"/>
      <w:lvlJc w:val="left"/>
      <w:pPr>
        <w:ind w:left="1440" w:hanging="360"/>
      </w:pPr>
      <w:rPr>
        <w:rFonts w:ascii="Courier New" w:hAnsi="Courier New" w:hint="default"/>
      </w:rPr>
    </w:lvl>
    <w:lvl w:ilvl="2" w:tplc="B4CA37C0">
      <w:start w:val="1"/>
      <w:numFmt w:val="bullet"/>
      <w:lvlText w:val=""/>
      <w:lvlJc w:val="left"/>
      <w:pPr>
        <w:ind w:left="2160" w:hanging="360"/>
      </w:pPr>
      <w:rPr>
        <w:rFonts w:ascii="Wingdings" w:hAnsi="Wingdings" w:hint="default"/>
      </w:rPr>
    </w:lvl>
    <w:lvl w:ilvl="3" w:tplc="21E0DF50">
      <w:start w:val="1"/>
      <w:numFmt w:val="bullet"/>
      <w:lvlText w:val=""/>
      <w:lvlJc w:val="left"/>
      <w:pPr>
        <w:ind w:left="2880" w:hanging="360"/>
      </w:pPr>
      <w:rPr>
        <w:rFonts w:ascii="Symbol" w:hAnsi="Symbol" w:hint="default"/>
      </w:rPr>
    </w:lvl>
    <w:lvl w:ilvl="4" w:tplc="AF36219C">
      <w:start w:val="1"/>
      <w:numFmt w:val="bullet"/>
      <w:lvlText w:val="o"/>
      <w:lvlJc w:val="left"/>
      <w:pPr>
        <w:ind w:left="3600" w:hanging="360"/>
      </w:pPr>
      <w:rPr>
        <w:rFonts w:ascii="Courier New" w:hAnsi="Courier New" w:hint="default"/>
      </w:rPr>
    </w:lvl>
    <w:lvl w:ilvl="5" w:tplc="DD28E4CE">
      <w:start w:val="1"/>
      <w:numFmt w:val="bullet"/>
      <w:lvlText w:val=""/>
      <w:lvlJc w:val="left"/>
      <w:pPr>
        <w:ind w:left="4320" w:hanging="360"/>
      </w:pPr>
      <w:rPr>
        <w:rFonts w:ascii="Wingdings" w:hAnsi="Wingdings" w:hint="default"/>
      </w:rPr>
    </w:lvl>
    <w:lvl w:ilvl="6" w:tplc="409E41EC">
      <w:start w:val="1"/>
      <w:numFmt w:val="bullet"/>
      <w:lvlText w:val=""/>
      <w:lvlJc w:val="left"/>
      <w:pPr>
        <w:ind w:left="5040" w:hanging="360"/>
      </w:pPr>
      <w:rPr>
        <w:rFonts w:ascii="Symbol" w:hAnsi="Symbol" w:hint="default"/>
      </w:rPr>
    </w:lvl>
    <w:lvl w:ilvl="7" w:tplc="70C263E8">
      <w:start w:val="1"/>
      <w:numFmt w:val="bullet"/>
      <w:lvlText w:val="o"/>
      <w:lvlJc w:val="left"/>
      <w:pPr>
        <w:ind w:left="5760" w:hanging="360"/>
      </w:pPr>
      <w:rPr>
        <w:rFonts w:ascii="Courier New" w:hAnsi="Courier New" w:hint="default"/>
      </w:rPr>
    </w:lvl>
    <w:lvl w:ilvl="8" w:tplc="3C8A0C2E">
      <w:start w:val="1"/>
      <w:numFmt w:val="bullet"/>
      <w:lvlText w:val=""/>
      <w:lvlJc w:val="left"/>
      <w:pPr>
        <w:ind w:left="6480" w:hanging="360"/>
      </w:pPr>
      <w:rPr>
        <w:rFonts w:ascii="Wingdings" w:hAnsi="Wingdings" w:hint="default"/>
      </w:rPr>
    </w:lvl>
  </w:abstractNum>
  <w:abstractNum w:abstractNumId="17" w15:restartNumberingAfterBreak="0">
    <w:nsid w:val="33404AE5"/>
    <w:multiLevelType w:val="hybridMultilevel"/>
    <w:tmpl w:val="6C9AA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D2662"/>
    <w:multiLevelType w:val="multilevel"/>
    <w:tmpl w:val="79C4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2039B"/>
    <w:multiLevelType w:val="multilevel"/>
    <w:tmpl w:val="EB30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F7521"/>
    <w:multiLevelType w:val="hybridMultilevel"/>
    <w:tmpl w:val="A9E2C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D12D7D"/>
    <w:multiLevelType w:val="multilevel"/>
    <w:tmpl w:val="B67C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D2B2D"/>
    <w:multiLevelType w:val="multilevel"/>
    <w:tmpl w:val="3A4C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14620"/>
    <w:multiLevelType w:val="hybridMultilevel"/>
    <w:tmpl w:val="E41C8CF6"/>
    <w:lvl w:ilvl="0" w:tplc="5608D51C">
      <w:start w:val="1"/>
      <w:numFmt w:val="bullet"/>
      <w:lvlText w:val="•"/>
      <w:lvlJc w:val="left"/>
      <w:pPr>
        <w:tabs>
          <w:tab w:val="num" w:pos="720"/>
        </w:tabs>
        <w:ind w:left="720" w:hanging="360"/>
      </w:pPr>
      <w:rPr>
        <w:rFonts w:ascii="Arial" w:hAnsi="Arial" w:hint="default"/>
      </w:rPr>
    </w:lvl>
    <w:lvl w:ilvl="1" w:tplc="260AAE20" w:tentative="1">
      <w:start w:val="1"/>
      <w:numFmt w:val="bullet"/>
      <w:lvlText w:val="•"/>
      <w:lvlJc w:val="left"/>
      <w:pPr>
        <w:tabs>
          <w:tab w:val="num" w:pos="1440"/>
        </w:tabs>
        <w:ind w:left="1440" w:hanging="360"/>
      </w:pPr>
      <w:rPr>
        <w:rFonts w:ascii="Arial" w:hAnsi="Arial" w:hint="default"/>
      </w:rPr>
    </w:lvl>
    <w:lvl w:ilvl="2" w:tplc="A642A1AC" w:tentative="1">
      <w:start w:val="1"/>
      <w:numFmt w:val="bullet"/>
      <w:lvlText w:val="•"/>
      <w:lvlJc w:val="left"/>
      <w:pPr>
        <w:tabs>
          <w:tab w:val="num" w:pos="2160"/>
        </w:tabs>
        <w:ind w:left="2160" w:hanging="360"/>
      </w:pPr>
      <w:rPr>
        <w:rFonts w:ascii="Arial" w:hAnsi="Arial" w:hint="default"/>
      </w:rPr>
    </w:lvl>
    <w:lvl w:ilvl="3" w:tplc="C158FCBE" w:tentative="1">
      <w:start w:val="1"/>
      <w:numFmt w:val="bullet"/>
      <w:lvlText w:val="•"/>
      <w:lvlJc w:val="left"/>
      <w:pPr>
        <w:tabs>
          <w:tab w:val="num" w:pos="2880"/>
        </w:tabs>
        <w:ind w:left="2880" w:hanging="360"/>
      </w:pPr>
      <w:rPr>
        <w:rFonts w:ascii="Arial" w:hAnsi="Arial" w:hint="default"/>
      </w:rPr>
    </w:lvl>
    <w:lvl w:ilvl="4" w:tplc="A35C829E" w:tentative="1">
      <w:start w:val="1"/>
      <w:numFmt w:val="bullet"/>
      <w:lvlText w:val="•"/>
      <w:lvlJc w:val="left"/>
      <w:pPr>
        <w:tabs>
          <w:tab w:val="num" w:pos="3600"/>
        </w:tabs>
        <w:ind w:left="3600" w:hanging="360"/>
      </w:pPr>
      <w:rPr>
        <w:rFonts w:ascii="Arial" w:hAnsi="Arial" w:hint="default"/>
      </w:rPr>
    </w:lvl>
    <w:lvl w:ilvl="5" w:tplc="7764D88A" w:tentative="1">
      <w:start w:val="1"/>
      <w:numFmt w:val="bullet"/>
      <w:lvlText w:val="•"/>
      <w:lvlJc w:val="left"/>
      <w:pPr>
        <w:tabs>
          <w:tab w:val="num" w:pos="4320"/>
        </w:tabs>
        <w:ind w:left="4320" w:hanging="360"/>
      </w:pPr>
      <w:rPr>
        <w:rFonts w:ascii="Arial" w:hAnsi="Arial" w:hint="default"/>
      </w:rPr>
    </w:lvl>
    <w:lvl w:ilvl="6" w:tplc="D1508672" w:tentative="1">
      <w:start w:val="1"/>
      <w:numFmt w:val="bullet"/>
      <w:lvlText w:val="•"/>
      <w:lvlJc w:val="left"/>
      <w:pPr>
        <w:tabs>
          <w:tab w:val="num" w:pos="5040"/>
        </w:tabs>
        <w:ind w:left="5040" w:hanging="360"/>
      </w:pPr>
      <w:rPr>
        <w:rFonts w:ascii="Arial" w:hAnsi="Arial" w:hint="default"/>
      </w:rPr>
    </w:lvl>
    <w:lvl w:ilvl="7" w:tplc="402E979C" w:tentative="1">
      <w:start w:val="1"/>
      <w:numFmt w:val="bullet"/>
      <w:lvlText w:val="•"/>
      <w:lvlJc w:val="left"/>
      <w:pPr>
        <w:tabs>
          <w:tab w:val="num" w:pos="5760"/>
        </w:tabs>
        <w:ind w:left="5760" w:hanging="360"/>
      </w:pPr>
      <w:rPr>
        <w:rFonts w:ascii="Arial" w:hAnsi="Arial" w:hint="default"/>
      </w:rPr>
    </w:lvl>
    <w:lvl w:ilvl="8" w:tplc="AABC685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2C13A5"/>
    <w:multiLevelType w:val="multilevel"/>
    <w:tmpl w:val="8D74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C84028"/>
    <w:multiLevelType w:val="hybridMultilevel"/>
    <w:tmpl w:val="1EB20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54FD0"/>
    <w:multiLevelType w:val="multilevel"/>
    <w:tmpl w:val="3280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676937"/>
    <w:multiLevelType w:val="hybridMultilevel"/>
    <w:tmpl w:val="BAD06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2F4A7A"/>
    <w:multiLevelType w:val="hybridMultilevel"/>
    <w:tmpl w:val="C14AA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5117946">
    <w:abstractNumId w:val="16"/>
  </w:num>
  <w:num w:numId="2" w16cid:durableId="757946542">
    <w:abstractNumId w:val="5"/>
  </w:num>
  <w:num w:numId="3" w16cid:durableId="1034429613">
    <w:abstractNumId w:val="3"/>
  </w:num>
  <w:num w:numId="4" w16cid:durableId="967972804">
    <w:abstractNumId w:val="2"/>
  </w:num>
  <w:num w:numId="5" w16cid:durableId="370618245">
    <w:abstractNumId w:val="4"/>
  </w:num>
  <w:num w:numId="6" w16cid:durableId="802233605">
    <w:abstractNumId w:val="1"/>
  </w:num>
  <w:num w:numId="7" w16cid:durableId="313533906">
    <w:abstractNumId w:val="0"/>
  </w:num>
  <w:num w:numId="8" w16cid:durableId="877667942">
    <w:abstractNumId w:val="20"/>
  </w:num>
  <w:num w:numId="9" w16cid:durableId="1959095168">
    <w:abstractNumId w:val="27"/>
  </w:num>
  <w:num w:numId="10" w16cid:durableId="1707296669">
    <w:abstractNumId w:val="14"/>
  </w:num>
  <w:num w:numId="11" w16cid:durableId="617637548">
    <w:abstractNumId w:val="13"/>
  </w:num>
  <w:num w:numId="12" w16cid:durableId="1005397036">
    <w:abstractNumId w:val="25"/>
  </w:num>
  <w:num w:numId="13" w16cid:durableId="1028413665">
    <w:abstractNumId w:val="28"/>
  </w:num>
  <w:num w:numId="14" w16cid:durableId="143352582">
    <w:abstractNumId w:val="15"/>
  </w:num>
  <w:num w:numId="15" w16cid:durableId="2141612080">
    <w:abstractNumId w:val="23"/>
  </w:num>
  <w:num w:numId="16" w16cid:durableId="1482306356">
    <w:abstractNumId w:val="11"/>
  </w:num>
  <w:num w:numId="17" w16cid:durableId="2133015842">
    <w:abstractNumId w:val="8"/>
  </w:num>
  <w:num w:numId="18" w16cid:durableId="404885912">
    <w:abstractNumId w:val="12"/>
  </w:num>
  <w:num w:numId="19" w16cid:durableId="1275599377">
    <w:abstractNumId w:val="17"/>
  </w:num>
  <w:num w:numId="20" w16cid:durableId="333073703">
    <w:abstractNumId w:val="6"/>
  </w:num>
  <w:num w:numId="21" w16cid:durableId="1414355627">
    <w:abstractNumId w:val="9"/>
  </w:num>
  <w:num w:numId="22" w16cid:durableId="927232834">
    <w:abstractNumId w:val="10"/>
  </w:num>
  <w:num w:numId="23" w16cid:durableId="202909377">
    <w:abstractNumId w:val="18"/>
  </w:num>
  <w:num w:numId="24" w16cid:durableId="1823614437">
    <w:abstractNumId w:val="22"/>
  </w:num>
  <w:num w:numId="25" w16cid:durableId="110519890">
    <w:abstractNumId w:val="7"/>
  </w:num>
  <w:num w:numId="26" w16cid:durableId="1986082075">
    <w:abstractNumId w:val="26"/>
  </w:num>
  <w:num w:numId="27" w16cid:durableId="945045584">
    <w:abstractNumId w:val="21"/>
  </w:num>
  <w:num w:numId="28" w16cid:durableId="2049336698">
    <w:abstractNumId w:val="24"/>
  </w:num>
  <w:num w:numId="29" w16cid:durableId="1763791404">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9FA"/>
    <w:rsid w:val="00034616"/>
    <w:rsid w:val="000453E1"/>
    <w:rsid w:val="0006063C"/>
    <w:rsid w:val="00082922"/>
    <w:rsid w:val="000A4BA1"/>
    <w:rsid w:val="000B16A1"/>
    <w:rsid w:val="000B6C0D"/>
    <w:rsid w:val="000D0621"/>
    <w:rsid w:val="000D3C00"/>
    <w:rsid w:val="00107D49"/>
    <w:rsid w:val="00126251"/>
    <w:rsid w:val="00146368"/>
    <w:rsid w:val="0015074B"/>
    <w:rsid w:val="001536AD"/>
    <w:rsid w:val="00163840"/>
    <w:rsid w:val="00184041"/>
    <w:rsid w:val="0019757B"/>
    <w:rsid w:val="001C2EB5"/>
    <w:rsid w:val="001D35E9"/>
    <w:rsid w:val="001F2876"/>
    <w:rsid w:val="0024584D"/>
    <w:rsid w:val="0026120B"/>
    <w:rsid w:val="0027724A"/>
    <w:rsid w:val="0029639D"/>
    <w:rsid w:val="002C0FE4"/>
    <w:rsid w:val="00326F90"/>
    <w:rsid w:val="003A6147"/>
    <w:rsid w:val="003B49C4"/>
    <w:rsid w:val="00403B91"/>
    <w:rsid w:val="004071FD"/>
    <w:rsid w:val="00410A8A"/>
    <w:rsid w:val="00415CFD"/>
    <w:rsid w:val="004264A8"/>
    <w:rsid w:val="00430E61"/>
    <w:rsid w:val="00493F8F"/>
    <w:rsid w:val="00497138"/>
    <w:rsid w:val="004C7957"/>
    <w:rsid w:val="004D3828"/>
    <w:rsid w:val="005272FE"/>
    <w:rsid w:val="005D16F5"/>
    <w:rsid w:val="005F5015"/>
    <w:rsid w:val="00624BA3"/>
    <w:rsid w:val="006724F4"/>
    <w:rsid w:val="0067416A"/>
    <w:rsid w:val="006D616B"/>
    <w:rsid w:val="00701A38"/>
    <w:rsid w:val="007318C8"/>
    <w:rsid w:val="00770847"/>
    <w:rsid w:val="00792AF1"/>
    <w:rsid w:val="007B346A"/>
    <w:rsid w:val="007E55D7"/>
    <w:rsid w:val="007F74F6"/>
    <w:rsid w:val="00862E77"/>
    <w:rsid w:val="00874857"/>
    <w:rsid w:val="00877927"/>
    <w:rsid w:val="00883E46"/>
    <w:rsid w:val="008A1023"/>
    <w:rsid w:val="008A636F"/>
    <w:rsid w:val="0093394B"/>
    <w:rsid w:val="00942D84"/>
    <w:rsid w:val="009603E8"/>
    <w:rsid w:val="00966C75"/>
    <w:rsid w:val="009849FB"/>
    <w:rsid w:val="00993A03"/>
    <w:rsid w:val="009A6BFA"/>
    <w:rsid w:val="00A0741B"/>
    <w:rsid w:val="00A57483"/>
    <w:rsid w:val="00AA1D8D"/>
    <w:rsid w:val="00B053C5"/>
    <w:rsid w:val="00B20CD4"/>
    <w:rsid w:val="00B23420"/>
    <w:rsid w:val="00B47730"/>
    <w:rsid w:val="00B50295"/>
    <w:rsid w:val="00B73452"/>
    <w:rsid w:val="00BB588B"/>
    <w:rsid w:val="00BE3855"/>
    <w:rsid w:val="00C07EC7"/>
    <w:rsid w:val="00C657E3"/>
    <w:rsid w:val="00C826E0"/>
    <w:rsid w:val="00C96723"/>
    <w:rsid w:val="00CA0D45"/>
    <w:rsid w:val="00CB051B"/>
    <w:rsid w:val="00CB0664"/>
    <w:rsid w:val="00CE4B55"/>
    <w:rsid w:val="00D04A10"/>
    <w:rsid w:val="00D17BD8"/>
    <w:rsid w:val="00DA1914"/>
    <w:rsid w:val="00DD2DC7"/>
    <w:rsid w:val="00DD41B1"/>
    <w:rsid w:val="00E20F65"/>
    <w:rsid w:val="00E6128D"/>
    <w:rsid w:val="00F47A4F"/>
    <w:rsid w:val="00F72223"/>
    <w:rsid w:val="00FA7864"/>
    <w:rsid w:val="00FC3DF9"/>
    <w:rsid w:val="00FC693F"/>
    <w:rsid w:val="01BD081F"/>
    <w:rsid w:val="0254C29F"/>
    <w:rsid w:val="027B0033"/>
    <w:rsid w:val="03007C18"/>
    <w:rsid w:val="03FF9703"/>
    <w:rsid w:val="04AD4648"/>
    <w:rsid w:val="05DBCD14"/>
    <w:rsid w:val="05ECF3D5"/>
    <w:rsid w:val="06A81F84"/>
    <w:rsid w:val="09C5C696"/>
    <w:rsid w:val="0A3E0B9E"/>
    <w:rsid w:val="0BEE41DD"/>
    <w:rsid w:val="0CDFE1F9"/>
    <w:rsid w:val="0DA44F21"/>
    <w:rsid w:val="0FB74D2E"/>
    <w:rsid w:val="1128C3E5"/>
    <w:rsid w:val="115401C4"/>
    <w:rsid w:val="11B3A8E2"/>
    <w:rsid w:val="1279D6A3"/>
    <w:rsid w:val="12E98E9F"/>
    <w:rsid w:val="131073BD"/>
    <w:rsid w:val="139EFEA3"/>
    <w:rsid w:val="1484F464"/>
    <w:rsid w:val="14B153F7"/>
    <w:rsid w:val="162F3CD8"/>
    <w:rsid w:val="168206ED"/>
    <w:rsid w:val="1760858C"/>
    <w:rsid w:val="17C672B9"/>
    <w:rsid w:val="19117D23"/>
    <w:rsid w:val="191554DB"/>
    <w:rsid w:val="1ACA80C7"/>
    <w:rsid w:val="1B2A49F2"/>
    <w:rsid w:val="1B88ED54"/>
    <w:rsid w:val="1DCF6611"/>
    <w:rsid w:val="1FED0742"/>
    <w:rsid w:val="221D0010"/>
    <w:rsid w:val="23258BD6"/>
    <w:rsid w:val="2327880F"/>
    <w:rsid w:val="23337AB8"/>
    <w:rsid w:val="249DDF23"/>
    <w:rsid w:val="264C3519"/>
    <w:rsid w:val="268D2F7C"/>
    <w:rsid w:val="26E261B3"/>
    <w:rsid w:val="279BE539"/>
    <w:rsid w:val="27B8B6B7"/>
    <w:rsid w:val="28861EC6"/>
    <w:rsid w:val="2A2EB1F9"/>
    <w:rsid w:val="2B3E3658"/>
    <w:rsid w:val="2BAB3988"/>
    <w:rsid w:val="2CBAA5B0"/>
    <w:rsid w:val="2EA0189B"/>
    <w:rsid w:val="30DF15AD"/>
    <w:rsid w:val="311693C2"/>
    <w:rsid w:val="31DB01DE"/>
    <w:rsid w:val="32E2E7AB"/>
    <w:rsid w:val="33E83455"/>
    <w:rsid w:val="3436B8CA"/>
    <w:rsid w:val="345541A9"/>
    <w:rsid w:val="34795F12"/>
    <w:rsid w:val="349A3E3F"/>
    <w:rsid w:val="35B5B45F"/>
    <w:rsid w:val="35B73F0B"/>
    <w:rsid w:val="384374BA"/>
    <w:rsid w:val="3AD35733"/>
    <w:rsid w:val="3CD3896D"/>
    <w:rsid w:val="3CFAFF67"/>
    <w:rsid w:val="3D573E39"/>
    <w:rsid w:val="3F23DAB3"/>
    <w:rsid w:val="40620CA1"/>
    <w:rsid w:val="40655682"/>
    <w:rsid w:val="42709D98"/>
    <w:rsid w:val="440095E0"/>
    <w:rsid w:val="4542770E"/>
    <w:rsid w:val="455A5504"/>
    <w:rsid w:val="45D63718"/>
    <w:rsid w:val="45EBC00B"/>
    <w:rsid w:val="466C470B"/>
    <w:rsid w:val="4678FAED"/>
    <w:rsid w:val="47FFCE6D"/>
    <w:rsid w:val="49EB0C5D"/>
    <w:rsid w:val="49FF10A1"/>
    <w:rsid w:val="4AA54407"/>
    <w:rsid w:val="4AAF9947"/>
    <w:rsid w:val="4AD71FB7"/>
    <w:rsid w:val="4B2E817C"/>
    <w:rsid w:val="4BCAB738"/>
    <w:rsid w:val="4C83130A"/>
    <w:rsid w:val="4E08A087"/>
    <w:rsid w:val="4F01EC07"/>
    <w:rsid w:val="4FCD24EE"/>
    <w:rsid w:val="53082685"/>
    <w:rsid w:val="53289798"/>
    <w:rsid w:val="5420D864"/>
    <w:rsid w:val="54255145"/>
    <w:rsid w:val="5504A7D0"/>
    <w:rsid w:val="5549F1F2"/>
    <w:rsid w:val="5580C041"/>
    <w:rsid w:val="55DB7987"/>
    <w:rsid w:val="55E6C201"/>
    <w:rsid w:val="5647E676"/>
    <w:rsid w:val="56AC4156"/>
    <w:rsid w:val="57D7614A"/>
    <w:rsid w:val="584EA0EC"/>
    <w:rsid w:val="58D0FEA4"/>
    <w:rsid w:val="590ADAC2"/>
    <w:rsid w:val="598EA241"/>
    <w:rsid w:val="5B5BB1FC"/>
    <w:rsid w:val="5C269BD8"/>
    <w:rsid w:val="5CCE874E"/>
    <w:rsid w:val="5CDF8CD4"/>
    <w:rsid w:val="5D0ADBF0"/>
    <w:rsid w:val="5D6C4316"/>
    <w:rsid w:val="5ED48A79"/>
    <w:rsid w:val="5F2547C9"/>
    <w:rsid w:val="5FB37BB3"/>
    <w:rsid w:val="6006EE4B"/>
    <w:rsid w:val="602D239C"/>
    <w:rsid w:val="618D1D71"/>
    <w:rsid w:val="61D27DF2"/>
    <w:rsid w:val="61F81BA2"/>
    <w:rsid w:val="6941C518"/>
    <w:rsid w:val="695C8A59"/>
    <w:rsid w:val="6C03E1CB"/>
    <w:rsid w:val="6D8EB9A2"/>
    <w:rsid w:val="6D8F22AA"/>
    <w:rsid w:val="6E036792"/>
    <w:rsid w:val="70423291"/>
    <w:rsid w:val="7053F4B3"/>
    <w:rsid w:val="708FEA55"/>
    <w:rsid w:val="70ADB4D8"/>
    <w:rsid w:val="71445F56"/>
    <w:rsid w:val="726F39A9"/>
    <w:rsid w:val="72760291"/>
    <w:rsid w:val="7298EA30"/>
    <w:rsid w:val="72BDB22D"/>
    <w:rsid w:val="72DD998F"/>
    <w:rsid w:val="7332EEEB"/>
    <w:rsid w:val="74BCA362"/>
    <w:rsid w:val="75FE9931"/>
    <w:rsid w:val="762F56EE"/>
    <w:rsid w:val="770417EE"/>
    <w:rsid w:val="78BD58AB"/>
    <w:rsid w:val="7ADD194E"/>
    <w:rsid w:val="7B28CAC7"/>
    <w:rsid w:val="7BA3C0D9"/>
    <w:rsid w:val="7BD67C92"/>
    <w:rsid w:val="7CCB81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FAAF41"/>
  <w14:defaultImageDpi w14:val="300"/>
  <w15:docId w15:val="{A7FFC4ED-941F-49BD-8F56-A2E8C30C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B051B"/>
    <w:rPr>
      <w:rFonts w:ascii="Times New Roman" w:hAnsi="Times New Roman" w:cs="Times New Roman"/>
      <w:sz w:val="24"/>
      <w:szCs w:val="24"/>
    </w:rPr>
  </w:style>
  <w:style w:type="character" w:styleId="Hyperlink">
    <w:name w:val="Hyperlink"/>
    <w:basedOn w:val="DefaultParagraphFont"/>
    <w:uiPriority w:val="99"/>
    <w:unhideWhenUsed/>
    <w:rsid w:val="4E08A0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7033">
      <w:bodyDiv w:val="1"/>
      <w:marLeft w:val="0"/>
      <w:marRight w:val="0"/>
      <w:marTop w:val="0"/>
      <w:marBottom w:val="0"/>
      <w:divBdr>
        <w:top w:val="none" w:sz="0" w:space="0" w:color="auto"/>
        <w:left w:val="none" w:sz="0" w:space="0" w:color="auto"/>
        <w:bottom w:val="none" w:sz="0" w:space="0" w:color="auto"/>
        <w:right w:val="none" w:sz="0" w:space="0" w:color="auto"/>
      </w:divBdr>
    </w:div>
    <w:div w:id="200287399">
      <w:bodyDiv w:val="1"/>
      <w:marLeft w:val="0"/>
      <w:marRight w:val="0"/>
      <w:marTop w:val="0"/>
      <w:marBottom w:val="0"/>
      <w:divBdr>
        <w:top w:val="none" w:sz="0" w:space="0" w:color="auto"/>
        <w:left w:val="none" w:sz="0" w:space="0" w:color="auto"/>
        <w:bottom w:val="none" w:sz="0" w:space="0" w:color="auto"/>
        <w:right w:val="none" w:sz="0" w:space="0" w:color="auto"/>
      </w:divBdr>
    </w:div>
    <w:div w:id="220748427">
      <w:bodyDiv w:val="1"/>
      <w:marLeft w:val="0"/>
      <w:marRight w:val="0"/>
      <w:marTop w:val="0"/>
      <w:marBottom w:val="0"/>
      <w:divBdr>
        <w:top w:val="none" w:sz="0" w:space="0" w:color="auto"/>
        <w:left w:val="none" w:sz="0" w:space="0" w:color="auto"/>
        <w:bottom w:val="none" w:sz="0" w:space="0" w:color="auto"/>
        <w:right w:val="none" w:sz="0" w:space="0" w:color="auto"/>
      </w:divBdr>
      <w:divsChild>
        <w:div w:id="1121730569">
          <w:marLeft w:val="274"/>
          <w:marRight w:val="0"/>
          <w:marTop w:val="0"/>
          <w:marBottom w:val="0"/>
          <w:divBdr>
            <w:top w:val="none" w:sz="0" w:space="0" w:color="auto"/>
            <w:left w:val="none" w:sz="0" w:space="0" w:color="auto"/>
            <w:bottom w:val="none" w:sz="0" w:space="0" w:color="auto"/>
            <w:right w:val="none" w:sz="0" w:space="0" w:color="auto"/>
          </w:divBdr>
        </w:div>
        <w:div w:id="1270356344">
          <w:marLeft w:val="274"/>
          <w:marRight w:val="0"/>
          <w:marTop w:val="0"/>
          <w:marBottom w:val="0"/>
          <w:divBdr>
            <w:top w:val="none" w:sz="0" w:space="0" w:color="auto"/>
            <w:left w:val="none" w:sz="0" w:space="0" w:color="auto"/>
            <w:bottom w:val="none" w:sz="0" w:space="0" w:color="auto"/>
            <w:right w:val="none" w:sz="0" w:space="0" w:color="auto"/>
          </w:divBdr>
        </w:div>
        <w:div w:id="1747147159">
          <w:marLeft w:val="274"/>
          <w:marRight w:val="0"/>
          <w:marTop w:val="0"/>
          <w:marBottom w:val="0"/>
          <w:divBdr>
            <w:top w:val="none" w:sz="0" w:space="0" w:color="auto"/>
            <w:left w:val="none" w:sz="0" w:space="0" w:color="auto"/>
            <w:bottom w:val="none" w:sz="0" w:space="0" w:color="auto"/>
            <w:right w:val="none" w:sz="0" w:space="0" w:color="auto"/>
          </w:divBdr>
        </w:div>
      </w:divsChild>
    </w:div>
    <w:div w:id="570651976">
      <w:bodyDiv w:val="1"/>
      <w:marLeft w:val="0"/>
      <w:marRight w:val="0"/>
      <w:marTop w:val="0"/>
      <w:marBottom w:val="0"/>
      <w:divBdr>
        <w:top w:val="none" w:sz="0" w:space="0" w:color="auto"/>
        <w:left w:val="none" w:sz="0" w:space="0" w:color="auto"/>
        <w:bottom w:val="none" w:sz="0" w:space="0" w:color="auto"/>
        <w:right w:val="none" w:sz="0" w:space="0" w:color="auto"/>
      </w:divBdr>
      <w:divsChild>
        <w:div w:id="1498879884">
          <w:marLeft w:val="446"/>
          <w:marRight w:val="0"/>
          <w:marTop w:val="0"/>
          <w:marBottom w:val="0"/>
          <w:divBdr>
            <w:top w:val="none" w:sz="0" w:space="0" w:color="auto"/>
            <w:left w:val="none" w:sz="0" w:space="0" w:color="auto"/>
            <w:bottom w:val="none" w:sz="0" w:space="0" w:color="auto"/>
            <w:right w:val="none" w:sz="0" w:space="0" w:color="auto"/>
          </w:divBdr>
        </w:div>
        <w:div w:id="1295989839">
          <w:marLeft w:val="446"/>
          <w:marRight w:val="0"/>
          <w:marTop w:val="0"/>
          <w:marBottom w:val="0"/>
          <w:divBdr>
            <w:top w:val="none" w:sz="0" w:space="0" w:color="auto"/>
            <w:left w:val="none" w:sz="0" w:space="0" w:color="auto"/>
            <w:bottom w:val="none" w:sz="0" w:space="0" w:color="auto"/>
            <w:right w:val="none" w:sz="0" w:space="0" w:color="auto"/>
          </w:divBdr>
        </w:div>
        <w:div w:id="1323123164">
          <w:marLeft w:val="446"/>
          <w:marRight w:val="0"/>
          <w:marTop w:val="0"/>
          <w:marBottom w:val="0"/>
          <w:divBdr>
            <w:top w:val="none" w:sz="0" w:space="0" w:color="auto"/>
            <w:left w:val="none" w:sz="0" w:space="0" w:color="auto"/>
            <w:bottom w:val="none" w:sz="0" w:space="0" w:color="auto"/>
            <w:right w:val="none" w:sz="0" w:space="0" w:color="auto"/>
          </w:divBdr>
        </w:div>
      </w:divsChild>
    </w:div>
    <w:div w:id="634992578">
      <w:bodyDiv w:val="1"/>
      <w:marLeft w:val="0"/>
      <w:marRight w:val="0"/>
      <w:marTop w:val="0"/>
      <w:marBottom w:val="0"/>
      <w:divBdr>
        <w:top w:val="none" w:sz="0" w:space="0" w:color="auto"/>
        <w:left w:val="none" w:sz="0" w:space="0" w:color="auto"/>
        <w:bottom w:val="none" w:sz="0" w:space="0" w:color="auto"/>
        <w:right w:val="none" w:sz="0" w:space="0" w:color="auto"/>
      </w:divBdr>
    </w:div>
    <w:div w:id="761727890">
      <w:bodyDiv w:val="1"/>
      <w:marLeft w:val="0"/>
      <w:marRight w:val="0"/>
      <w:marTop w:val="0"/>
      <w:marBottom w:val="0"/>
      <w:divBdr>
        <w:top w:val="none" w:sz="0" w:space="0" w:color="auto"/>
        <w:left w:val="none" w:sz="0" w:space="0" w:color="auto"/>
        <w:bottom w:val="none" w:sz="0" w:space="0" w:color="auto"/>
        <w:right w:val="none" w:sz="0" w:space="0" w:color="auto"/>
      </w:divBdr>
    </w:div>
    <w:div w:id="962231321">
      <w:bodyDiv w:val="1"/>
      <w:marLeft w:val="0"/>
      <w:marRight w:val="0"/>
      <w:marTop w:val="0"/>
      <w:marBottom w:val="0"/>
      <w:divBdr>
        <w:top w:val="none" w:sz="0" w:space="0" w:color="auto"/>
        <w:left w:val="none" w:sz="0" w:space="0" w:color="auto"/>
        <w:bottom w:val="none" w:sz="0" w:space="0" w:color="auto"/>
        <w:right w:val="none" w:sz="0" w:space="0" w:color="auto"/>
      </w:divBdr>
    </w:div>
    <w:div w:id="1054234362">
      <w:bodyDiv w:val="1"/>
      <w:marLeft w:val="0"/>
      <w:marRight w:val="0"/>
      <w:marTop w:val="0"/>
      <w:marBottom w:val="0"/>
      <w:divBdr>
        <w:top w:val="none" w:sz="0" w:space="0" w:color="auto"/>
        <w:left w:val="none" w:sz="0" w:space="0" w:color="auto"/>
        <w:bottom w:val="none" w:sz="0" w:space="0" w:color="auto"/>
        <w:right w:val="none" w:sz="0" w:space="0" w:color="auto"/>
      </w:divBdr>
      <w:divsChild>
        <w:div w:id="1376200224">
          <w:marLeft w:val="274"/>
          <w:marRight w:val="0"/>
          <w:marTop w:val="0"/>
          <w:marBottom w:val="0"/>
          <w:divBdr>
            <w:top w:val="none" w:sz="0" w:space="0" w:color="auto"/>
            <w:left w:val="none" w:sz="0" w:space="0" w:color="auto"/>
            <w:bottom w:val="none" w:sz="0" w:space="0" w:color="auto"/>
            <w:right w:val="none" w:sz="0" w:space="0" w:color="auto"/>
          </w:divBdr>
        </w:div>
        <w:div w:id="1310524635">
          <w:marLeft w:val="274"/>
          <w:marRight w:val="0"/>
          <w:marTop w:val="0"/>
          <w:marBottom w:val="0"/>
          <w:divBdr>
            <w:top w:val="none" w:sz="0" w:space="0" w:color="auto"/>
            <w:left w:val="none" w:sz="0" w:space="0" w:color="auto"/>
            <w:bottom w:val="none" w:sz="0" w:space="0" w:color="auto"/>
            <w:right w:val="none" w:sz="0" w:space="0" w:color="auto"/>
          </w:divBdr>
        </w:div>
        <w:div w:id="396825906">
          <w:marLeft w:val="274"/>
          <w:marRight w:val="0"/>
          <w:marTop w:val="0"/>
          <w:marBottom w:val="0"/>
          <w:divBdr>
            <w:top w:val="none" w:sz="0" w:space="0" w:color="auto"/>
            <w:left w:val="none" w:sz="0" w:space="0" w:color="auto"/>
            <w:bottom w:val="none" w:sz="0" w:space="0" w:color="auto"/>
            <w:right w:val="none" w:sz="0" w:space="0" w:color="auto"/>
          </w:divBdr>
        </w:div>
      </w:divsChild>
    </w:div>
    <w:div w:id="1303774510">
      <w:bodyDiv w:val="1"/>
      <w:marLeft w:val="0"/>
      <w:marRight w:val="0"/>
      <w:marTop w:val="0"/>
      <w:marBottom w:val="0"/>
      <w:divBdr>
        <w:top w:val="none" w:sz="0" w:space="0" w:color="auto"/>
        <w:left w:val="none" w:sz="0" w:space="0" w:color="auto"/>
        <w:bottom w:val="none" w:sz="0" w:space="0" w:color="auto"/>
        <w:right w:val="none" w:sz="0" w:space="0" w:color="auto"/>
      </w:divBdr>
      <w:divsChild>
        <w:div w:id="887765653">
          <w:marLeft w:val="446"/>
          <w:marRight w:val="0"/>
          <w:marTop w:val="0"/>
          <w:marBottom w:val="0"/>
          <w:divBdr>
            <w:top w:val="none" w:sz="0" w:space="0" w:color="auto"/>
            <w:left w:val="none" w:sz="0" w:space="0" w:color="auto"/>
            <w:bottom w:val="none" w:sz="0" w:space="0" w:color="auto"/>
            <w:right w:val="none" w:sz="0" w:space="0" w:color="auto"/>
          </w:divBdr>
        </w:div>
        <w:div w:id="664553540">
          <w:marLeft w:val="446"/>
          <w:marRight w:val="0"/>
          <w:marTop w:val="0"/>
          <w:marBottom w:val="0"/>
          <w:divBdr>
            <w:top w:val="none" w:sz="0" w:space="0" w:color="auto"/>
            <w:left w:val="none" w:sz="0" w:space="0" w:color="auto"/>
            <w:bottom w:val="none" w:sz="0" w:space="0" w:color="auto"/>
            <w:right w:val="none" w:sz="0" w:space="0" w:color="auto"/>
          </w:divBdr>
        </w:div>
        <w:div w:id="82186870">
          <w:marLeft w:val="446"/>
          <w:marRight w:val="0"/>
          <w:marTop w:val="0"/>
          <w:marBottom w:val="0"/>
          <w:divBdr>
            <w:top w:val="none" w:sz="0" w:space="0" w:color="auto"/>
            <w:left w:val="none" w:sz="0" w:space="0" w:color="auto"/>
            <w:bottom w:val="none" w:sz="0" w:space="0" w:color="auto"/>
            <w:right w:val="none" w:sz="0" w:space="0" w:color="auto"/>
          </w:divBdr>
        </w:div>
      </w:divsChild>
    </w:div>
    <w:div w:id="1469126297">
      <w:bodyDiv w:val="1"/>
      <w:marLeft w:val="0"/>
      <w:marRight w:val="0"/>
      <w:marTop w:val="0"/>
      <w:marBottom w:val="0"/>
      <w:divBdr>
        <w:top w:val="none" w:sz="0" w:space="0" w:color="auto"/>
        <w:left w:val="none" w:sz="0" w:space="0" w:color="auto"/>
        <w:bottom w:val="none" w:sz="0" w:space="0" w:color="auto"/>
        <w:right w:val="none" w:sz="0" w:space="0" w:color="auto"/>
      </w:divBdr>
    </w:div>
    <w:div w:id="1715740283">
      <w:bodyDiv w:val="1"/>
      <w:marLeft w:val="0"/>
      <w:marRight w:val="0"/>
      <w:marTop w:val="0"/>
      <w:marBottom w:val="0"/>
      <w:divBdr>
        <w:top w:val="none" w:sz="0" w:space="0" w:color="auto"/>
        <w:left w:val="none" w:sz="0" w:space="0" w:color="auto"/>
        <w:bottom w:val="none" w:sz="0" w:space="0" w:color="auto"/>
        <w:right w:val="none" w:sz="0" w:space="0" w:color="auto"/>
      </w:divBdr>
      <w:divsChild>
        <w:div w:id="1565680541">
          <w:marLeft w:val="446"/>
          <w:marRight w:val="0"/>
          <w:marTop w:val="0"/>
          <w:marBottom w:val="0"/>
          <w:divBdr>
            <w:top w:val="none" w:sz="0" w:space="0" w:color="auto"/>
            <w:left w:val="none" w:sz="0" w:space="0" w:color="auto"/>
            <w:bottom w:val="none" w:sz="0" w:space="0" w:color="auto"/>
            <w:right w:val="none" w:sz="0" w:space="0" w:color="auto"/>
          </w:divBdr>
        </w:div>
        <w:div w:id="411050585">
          <w:marLeft w:val="446"/>
          <w:marRight w:val="0"/>
          <w:marTop w:val="0"/>
          <w:marBottom w:val="0"/>
          <w:divBdr>
            <w:top w:val="none" w:sz="0" w:space="0" w:color="auto"/>
            <w:left w:val="none" w:sz="0" w:space="0" w:color="auto"/>
            <w:bottom w:val="none" w:sz="0" w:space="0" w:color="auto"/>
            <w:right w:val="none" w:sz="0" w:space="0" w:color="auto"/>
          </w:divBdr>
        </w:div>
        <w:div w:id="818351024">
          <w:marLeft w:val="446"/>
          <w:marRight w:val="0"/>
          <w:marTop w:val="0"/>
          <w:marBottom w:val="0"/>
          <w:divBdr>
            <w:top w:val="none" w:sz="0" w:space="0" w:color="auto"/>
            <w:left w:val="none" w:sz="0" w:space="0" w:color="auto"/>
            <w:bottom w:val="none" w:sz="0" w:space="0" w:color="auto"/>
            <w:right w:val="none" w:sz="0" w:space="0" w:color="auto"/>
          </w:divBdr>
        </w:div>
      </w:divsChild>
    </w:div>
    <w:div w:id="1744791352">
      <w:bodyDiv w:val="1"/>
      <w:marLeft w:val="0"/>
      <w:marRight w:val="0"/>
      <w:marTop w:val="0"/>
      <w:marBottom w:val="0"/>
      <w:divBdr>
        <w:top w:val="none" w:sz="0" w:space="0" w:color="auto"/>
        <w:left w:val="none" w:sz="0" w:space="0" w:color="auto"/>
        <w:bottom w:val="none" w:sz="0" w:space="0" w:color="auto"/>
        <w:right w:val="none" w:sz="0" w:space="0" w:color="auto"/>
      </w:divBdr>
      <w:divsChild>
        <w:div w:id="816455856">
          <w:marLeft w:val="446"/>
          <w:marRight w:val="0"/>
          <w:marTop w:val="0"/>
          <w:marBottom w:val="0"/>
          <w:divBdr>
            <w:top w:val="none" w:sz="0" w:space="0" w:color="auto"/>
            <w:left w:val="none" w:sz="0" w:space="0" w:color="auto"/>
            <w:bottom w:val="none" w:sz="0" w:space="0" w:color="auto"/>
            <w:right w:val="none" w:sz="0" w:space="0" w:color="auto"/>
          </w:divBdr>
        </w:div>
        <w:div w:id="1422723826">
          <w:marLeft w:val="446"/>
          <w:marRight w:val="0"/>
          <w:marTop w:val="0"/>
          <w:marBottom w:val="0"/>
          <w:divBdr>
            <w:top w:val="none" w:sz="0" w:space="0" w:color="auto"/>
            <w:left w:val="none" w:sz="0" w:space="0" w:color="auto"/>
            <w:bottom w:val="none" w:sz="0" w:space="0" w:color="auto"/>
            <w:right w:val="none" w:sz="0" w:space="0" w:color="auto"/>
          </w:divBdr>
        </w:div>
      </w:divsChild>
    </w:div>
    <w:div w:id="1898316562">
      <w:bodyDiv w:val="1"/>
      <w:marLeft w:val="0"/>
      <w:marRight w:val="0"/>
      <w:marTop w:val="0"/>
      <w:marBottom w:val="0"/>
      <w:divBdr>
        <w:top w:val="none" w:sz="0" w:space="0" w:color="auto"/>
        <w:left w:val="none" w:sz="0" w:space="0" w:color="auto"/>
        <w:bottom w:val="none" w:sz="0" w:space="0" w:color="auto"/>
        <w:right w:val="none" w:sz="0" w:space="0" w:color="auto"/>
      </w:divBdr>
      <w:divsChild>
        <w:div w:id="856699976">
          <w:marLeft w:val="360"/>
          <w:marRight w:val="0"/>
          <w:marTop w:val="200"/>
          <w:marBottom w:val="0"/>
          <w:divBdr>
            <w:top w:val="none" w:sz="0" w:space="0" w:color="auto"/>
            <w:left w:val="none" w:sz="0" w:space="0" w:color="auto"/>
            <w:bottom w:val="none" w:sz="0" w:space="0" w:color="auto"/>
            <w:right w:val="none" w:sz="0" w:space="0" w:color="auto"/>
          </w:divBdr>
        </w:div>
        <w:div w:id="2002465625">
          <w:marLeft w:val="360"/>
          <w:marRight w:val="0"/>
          <w:marTop w:val="200"/>
          <w:marBottom w:val="0"/>
          <w:divBdr>
            <w:top w:val="none" w:sz="0" w:space="0" w:color="auto"/>
            <w:left w:val="none" w:sz="0" w:space="0" w:color="auto"/>
            <w:bottom w:val="none" w:sz="0" w:space="0" w:color="auto"/>
            <w:right w:val="none" w:sz="0" w:space="0" w:color="auto"/>
          </w:divBdr>
        </w:div>
      </w:divsChild>
    </w:div>
    <w:div w:id="2067609240">
      <w:bodyDiv w:val="1"/>
      <w:marLeft w:val="0"/>
      <w:marRight w:val="0"/>
      <w:marTop w:val="0"/>
      <w:marBottom w:val="0"/>
      <w:divBdr>
        <w:top w:val="none" w:sz="0" w:space="0" w:color="auto"/>
        <w:left w:val="none" w:sz="0" w:space="0" w:color="auto"/>
        <w:bottom w:val="none" w:sz="0" w:space="0" w:color="auto"/>
        <w:right w:val="none" w:sz="0" w:space="0" w:color="auto"/>
      </w:divBdr>
      <w:divsChild>
        <w:div w:id="529033044">
          <w:marLeft w:val="446"/>
          <w:marRight w:val="0"/>
          <w:marTop w:val="0"/>
          <w:marBottom w:val="0"/>
          <w:divBdr>
            <w:top w:val="none" w:sz="0" w:space="0" w:color="auto"/>
            <w:left w:val="none" w:sz="0" w:space="0" w:color="auto"/>
            <w:bottom w:val="none" w:sz="0" w:space="0" w:color="auto"/>
            <w:right w:val="none" w:sz="0" w:space="0" w:color="auto"/>
          </w:divBdr>
        </w:div>
        <w:div w:id="846284084">
          <w:marLeft w:val="446"/>
          <w:marRight w:val="0"/>
          <w:marTop w:val="0"/>
          <w:marBottom w:val="0"/>
          <w:divBdr>
            <w:top w:val="none" w:sz="0" w:space="0" w:color="auto"/>
            <w:left w:val="none" w:sz="0" w:space="0" w:color="auto"/>
            <w:bottom w:val="none" w:sz="0" w:space="0" w:color="auto"/>
            <w:right w:val="none" w:sz="0" w:space="0" w:color="auto"/>
          </w:divBdr>
        </w:div>
      </w:divsChild>
    </w:div>
    <w:div w:id="2104689278">
      <w:bodyDiv w:val="1"/>
      <w:marLeft w:val="0"/>
      <w:marRight w:val="0"/>
      <w:marTop w:val="0"/>
      <w:marBottom w:val="0"/>
      <w:divBdr>
        <w:top w:val="none" w:sz="0" w:space="0" w:color="auto"/>
        <w:left w:val="none" w:sz="0" w:space="0" w:color="auto"/>
        <w:bottom w:val="none" w:sz="0" w:space="0" w:color="auto"/>
        <w:right w:val="none" w:sz="0" w:space="0" w:color="auto"/>
      </w:divBdr>
      <w:divsChild>
        <w:div w:id="911737963">
          <w:marLeft w:val="446"/>
          <w:marRight w:val="0"/>
          <w:marTop w:val="0"/>
          <w:marBottom w:val="0"/>
          <w:divBdr>
            <w:top w:val="none" w:sz="0" w:space="0" w:color="auto"/>
            <w:left w:val="none" w:sz="0" w:space="0" w:color="auto"/>
            <w:bottom w:val="none" w:sz="0" w:space="0" w:color="auto"/>
            <w:right w:val="none" w:sz="0" w:space="0" w:color="auto"/>
          </w:divBdr>
        </w:div>
        <w:div w:id="1937864325">
          <w:marLeft w:val="446"/>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en.edu/openlearn/science-maths-technology/mathematics-statistics/squares-roots-and-powers/content-section-4.2" TargetMode="External"/><Relationship Id="rId18" Type="http://schemas.openxmlformats.org/officeDocument/2006/relationships/hyperlink" Target="https://www.catalyst2.com/knowledgebase/dictionary/binary-base-2-number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nvestopedia.com/terms/r/rounding-error.asp" TargetMode="External"/><Relationship Id="rId17" Type="http://schemas.openxmlformats.org/officeDocument/2006/relationships/hyperlink" Target="https://www.mathsisfun.com/rational-numbers.html" TargetMode="External"/><Relationship Id="rId2" Type="http://schemas.openxmlformats.org/officeDocument/2006/relationships/customXml" Target="../customXml/item2.xml"/><Relationship Id="rId16" Type="http://schemas.openxmlformats.org/officeDocument/2006/relationships/hyperlink" Target="https://brilliant.org/wiki/integers/" TargetMode="External"/><Relationship Id="rId20" Type="http://schemas.openxmlformats.org/officeDocument/2006/relationships/hyperlink" Target="https://tonystrains.com/download/DCC_DecBiHex_Char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n.wikipedia.org/wiki/Natural_number" TargetMode="External"/><Relationship Id="rId10" Type="http://schemas.openxmlformats.org/officeDocument/2006/relationships/endnotes" Target="endnotes.xml"/><Relationship Id="rId19" Type="http://schemas.openxmlformats.org/officeDocument/2006/relationships/hyperlink" Target="https://www.catalyst2.com/knowledgebase/dictionary/hexadecimal-base-16-numb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iencedirect.com/topics/computer-science/computational-mathematic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7168777B83E14BAE15BA23639CFB26" ma:contentTypeVersion="11" ma:contentTypeDescription="Create a new document." ma:contentTypeScope="" ma:versionID="a16ac97c19f039b2b519c0fd42ca0628">
  <xsd:schema xmlns:xsd="http://www.w3.org/2001/XMLSchema" xmlns:xs="http://www.w3.org/2001/XMLSchema" xmlns:p="http://schemas.microsoft.com/office/2006/metadata/properties" xmlns:ns2="88abd8c8-aa18-4d38-a058-913329f2a483" xmlns:ns3="82f1748e-b62a-457a-b2fe-b09cd9722d97" targetNamespace="http://schemas.microsoft.com/office/2006/metadata/properties" ma:root="true" ma:fieldsID="61585a6c57d6fd61bb3281c8b2274423" ns2:_="" ns3:_="">
    <xsd:import namespace="88abd8c8-aa18-4d38-a058-913329f2a483"/>
    <xsd:import namespace="82f1748e-b62a-457a-b2fe-b09cd9722d97"/>
    <xsd:element name="properties">
      <xsd:complexType>
        <xsd:sequence>
          <xsd:element name="documentManagement">
            <xsd:complexType>
              <xsd:all>
                <xsd:element ref="ns2:Reference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abd8c8-aa18-4d38-a058-913329f2a483"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80a0a63-32f9-4acc-918e-354c0f82c0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f1748e-b62a-457a-b2fe-b09cd9722d9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72e542-8419-43c3-bef8-d4728c338334}" ma:internalName="TaxCatchAll" ma:showField="CatchAllData" ma:web="82f1748e-b62a-457a-b2fe-b09cd9722d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2f1748e-b62a-457a-b2fe-b09cd9722d97" xsi:nil="true"/>
    <ReferenceId xmlns="88abd8c8-aa18-4d38-a058-913329f2a483" xsi:nil="true"/>
    <lcf76f155ced4ddcb4097134ff3c332f xmlns="88abd8c8-aa18-4d38-a058-913329f2a4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EE88A4-BA29-477B-95F0-660CECCBA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abd8c8-aa18-4d38-a058-913329f2a483"/>
    <ds:schemaRef ds:uri="82f1748e-b62a-457a-b2fe-b09cd972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A28755-434F-40D6-B077-CF636A74489E}">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B2F5781-4752-4FED-BDA6-D0597F08A7F7}">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 ds:uri="http://schemas.microsoft.com/office/infopath/2007/PartnerControls"/>
    <ds:schemaRef ds:uri="88abd8c8-aa18-4d38-a058-913329f2a483"/>
    <ds:schemaRef ds:uri="82f1748e-b62a-457a-b2fe-b09cd9722d97"/>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3627</Words>
  <Characters>20677</Characters>
  <Application>Microsoft Office Word</Application>
  <DocSecurity>0</DocSecurity>
  <Lines>172</Lines>
  <Paragraphs>48</Paragraphs>
  <ScaleCrop>false</ScaleCrop>
  <Manager/>
  <Company/>
  <LinksUpToDate>false</LinksUpToDate>
  <CharactersWithSpaces>24256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Shahzaib Asim</dc:creator>
  <cp:keywords/>
  <dc:description>generated by python-docx</dc:description>
  <cp:lastModifiedBy>Shahzaib Asim</cp:lastModifiedBy>
  <cp:revision>4</cp:revision>
  <dcterms:created xsi:type="dcterms:W3CDTF">2026-03-12T14:14:00Z</dcterms:created>
  <dcterms:modified xsi:type="dcterms:W3CDTF">2026-03-12T14:15:00Z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0x010100F07168777B83E14BAE15BA23639CFB26</vt:lpwstr>
  </property>
  <property fmtid="{D5CDD505-2E9C-101B-9397-08002B2CF9AE}" pid="3" name="Order">
    <vt:r8>92200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