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3EE2EC" w14:textId="77777777" w:rsidR="00B2499B" w:rsidRDefault="0034076E">
      <w:pPr>
        <w:jc w:val="center"/>
      </w:pPr>
      <w:r>
        <w:rPr>
          <w:b/>
          <w:color w:val="003366"/>
          <w:sz w:val="56"/>
        </w:rPr>
        <w:t>UNIT 18: COMPUTATIONAL THINKING</w:t>
      </w:r>
    </w:p>
    <w:p w14:paraId="2A9472B1" w14:textId="77777777" w:rsidR="00B2499B" w:rsidRDefault="0034076E">
      <w:pPr>
        <w:jc w:val="center"/>
      </w:pPr>
      <w:r>
        <w:rPr>
          <w:b/>
          <w:color w:val="0066CC"/>
          <w:sz w:val="36"/>
        </w:rPr>
        <w:t>Learning Aim C – Sorting and Computational Problem Solving</w:t>
      </w:r>
    </w:p>
    <w:p w14:paraId="1C00CCFD" w14:textId="77777777" w:rsidR="00B2499B" w:rsidRDefault="00B2499B"/>
    <w:p w14:paraId="65C4D3D5" w14:textId="77777777" w:rsidR="00B2499B" w:rsidRDefault="0034076E">
      <w:pPr>
        <w:jc w:val="center"/>
      </w:pPr>
      <w:r>
        <w:rPr>
          <w:b/>
          <w:color w:val="99004C"/>
          <w:sz w:val="44"/>
        </w:rPr>
        <w:t>Professional Computational Thinking Booklet</w:t>
      </w:r>
    </w:p>
    <w:p w14:paraId="4AFF8EFC" w14:textId="77777777" w:rsidR="00B2499B" w:rsidRDefault="00B2499B"/>
    <w:p w14:paraId="491D3602" w14:textId="77777777" w:rsidR="00B2499B" w:rsidRDefault="00B2499B"/>
    <w:p w14:paraId="00ADCA1D" w14:textId="77777777" w:rsidR="00B2499B" w:rsidRDefault="0034076E">
      <w:pPr>
        <w:jc w:val="center"/>
      </w:pPr>
      <w:r>
        <w:rPr>
          <w:color w:val="282828"/>
          <w:sz w:val="32"/>
        </w:rPr>
        <w:t>Topics Included:</w:t>
      </w:r>
      <w:r>
        <w:rPr>
          <w:color w:val="282828"/>
          <w:sz w:val="32"/>
        </w:rPr>
        <w:br/>
      </w:r>
      <w:r>
        <w:rPr>
          <w:color w:val="282828"/>
          <w:sz w:val="32"/>
        </w:rPr>
        <w:br/>
        <w:t>• Merge Sort Algorithm</w:t>
      </w:r>
      <w:r>
        <w:rPr>
          <w:color w:val="282828"/>
          <w:sz w:val="32"/>
        </w:rPr>
        <w:br/>
        <w:t>• Computational Thinking</w:t>
      </w:r>
      <w:r>
        <w:rPr>
          <w:color w:val="282828"/>
          <w:sz w:val="32"/>
        </w:rPr>
        <w:br/>
        <w:t>• Sorting Methods</w:t>
      </w:r>
      <w:r>
        <w:rPr>
          <w:color w:val="282828"/>
          <w:sz w:val="32"/>
        </w:rPr>
        <w:br/>
        <w:t>• Problem Solving</w:t>
      </w:r>
      <w:r>
        <w:rPr>
          <w:color w:val="282828"/>
          <w:sz w:val="32"/>
        </w:rPr>
        <w:br/>
        <w:t>• Flowcharts and Testing</w:t>
      </w:r>
      <w:r>
        <w:rPr>
          <w:color w:val="282828"/>
          <w:sz w:val="32"/>
        </w:rPr>
        <w:br/>
        <w:t>• Excel Modelling and Refinement</w:t>
      </w:r>
    </w:p>
    <w:p w14:paraId="05EC8BA3" w14:textId="77777777" w:rsidR="00B2499B" w:rsidRDefault="00B2499B"/>
    <w:p w14:paraId="5EB594F0" w14:textId="214BC099" w:rsidR="00B2499B" w:rsidRDefault="0034076E">
      <w:pPr>
        <w:jc w:val="center"/>
      </w:pPr>
      <w:r>
        <w:rPr>
          <w:b/>
          <w:color w:val="003366"/>
          <w:sz w:val="36"/>
        </w:rPr>
        <w:br/>
        <w:t>BTEC Level 2 – Information &amp; Creative Technology</w:t>
      </w:r>
      <w:r>
        <w:rPr>
          <w:b/>
          <w:color w:val="003366"/>
          <w:sz w:val="36"/>
        </w:rPr>
        <w:br/>
      </w:r>
      <w:r>
        <w:rPr>
          <w:b/>
          <w:color w:val="CC0000"/>
          <w:sz w:val="36"/>
        </w:rPr>
        <w:br/>
        <w:t>Pearson Edexcel</w:t>
      </w:r>
      <w:r>
        <w:rPr>
          <w:b/>
          <w:color w:val="CC0000"/>
          <w:sz w:val="36"/>
        </w:rPr>
        <w:br/>
      </w:r>
      <w:r>
        <w:rPr>
          <w:b/>
          <w:color w:val="006600"/>
          <w:sz w:val="32"/>
        </w:rPr>
        <w:br/>
        <w:t>Prepared By: Shahzaib Asim</w:t>
      </w:r>
      <w:r w:rsidR="007069E7">
        <w:rPr>
          <w:b/>
          <w:color w:val="006600"/>
          <w:sz w:val="32"/>
        </w:rPr>
        <w:t xml:space="preserve"> S2312202</w:t>
      </w:r>
      <w:r>
        <w:rPr>
          <w:b/>
          <w:color w:val="006600"/>
          <w:sz w:val="32"/>
        </w:rPr>
        <w:br/>
      </w:r>
      <w:r>
        <w:rPr>
          <w:b/>
          <w:color w:val="660099"/>
          <w:sz w:val="32"/>
        </w:rPr>
        <w:br/>
        <w:t>Leyton Sixth Form College</w:t>
      </w:r>
    </w:p>
    <w:p w14:paraId="771F9D87" w14:textId="77777777" w:rsidR="00B2499B" w:rsidRDefault="0034076E">
      <w:pPr>
        <w:jc w:val="center"/>
      </w:pPr>
      <w:r>
        <w:rPr>
          <w:color w:val="009999"/>
          <w:sz w:val="28"/>
        </w:rPr>
        <w:t>━━━━━━━━━━━━━━━━━━━━━━━━━━━━━━━━━━</w:t>
      </w:r>
    </w:p>
    <w:p w14:paraId="12EB4094" w14:textId="77777777" w:rsidR="00B2499B" w:rsidRDefault="0034076E">
      <w:pPr>
        <w:jc w:val="center"/>
      </w:pPr>
      <w:r>
        <w:rPr>
          <w:color w:val="009999"/>
          <w:sz w:val="28"/>
        </w:rPr>
        <w:t>━━━━━━━━━━━━━━━━━━━━━━━━━━━━━━━━━━</w:t>
      </w:r>
    </w:p>
    <w:p w14:paraId="66191D0B" w14:textId="77777777" w:rsidR="00B2499B" w:rsidRDefault="0034076E">
      <w:pPr>
        <w:jc w:val="center"/>
        <w:rPr>
          <w:color w:val="009999"/>
          <w:sz w:val="28"/>
        </w:rPr>
      </w:pPr>
      <w:r>
        <w:rPr>
          <w:color w:val="009999"/>
          <w:sz w:val="28"/>
        </w:rPr>
        <w:t>━━━━━━━━━━━━━━━━━━━━━━━━━━━━━━━━━━</w:t>
      </w:r>
    </w:p>
    <w:p w14:paraId="7D4CFB09" w14:textId="0D47827B" w:rsidR="00564D5A" w:rsidRPr="00564D5A" w:rsidRDefault="00564D5A" w:rsidP="00564D5A">
      <w:pPr>
        <w:pStyle w:val="Heading1"/>
        <w:rPr>
          <w:color w:val="000000" w:themeColor="text1"/>
          <w:sz w:val="56"/>
          <w:szCs w:val="56"/>
        </w:rPr>
      </w:pPr>
      <w:r w:rsidRPr="00564D5A">
        <w:rPr>
          <w:color w:val="000000" w:themeColor="text1"/>
          <w:sz w:val="56"/>
          <w:szCs w:val="56"/>
        </w:rPr>
        <w:lastRenderedPageBreak/>
        <w:t>Table</w:t>
      </w:r>
      <w:r w:rsidRPr="00564D5A">
        <w:rPr>
          <w:color w:val="000000" w:themeColor="text1"/>
          <w:spacing w:val="-17"/>
          <w:sz w:val="56"/>
          <w:szCs w:val="56"/>
        </w:rPr>
        <w:t xml:space="preserve"> </w:t>
      </w:r>
      <w:r w:rsidRPr="00564D5A">
        <w:rPr>
          <w:color w:val="000000" w:themeColor="text1"/>
          <w:sz w:val="56"/>
          <w:szCs w:val="56"/>
        </w:rPr>
        <w:t>of</w:t>
      </w:r>
      <w:r w:rsidRPr="00564D5A">
        <w:rPr>
          <w:color w:val="000000" w:themeColor="text1"/>
          <w:spacing w:val="-16"/>
          <w:sz w:val="56"/>
          <w:szCs w:val="56"/>
        </w:rPr>
        <w:t xml:space="preserve"> </w:t>
      </w:r>
      <w:r w:rsidRPr="00564D5A">
        <w:rPr>
          <w:color w:val="000000" w:themeColor="text1"/>
          <w:sz w:val="56"/>
          <w:szCs w:val="56"/>
        </w:rPr>
        <w:t>Contents</w:t>
      </w:r>
    </w:p>
    <w:tbl>
      <w:tblPr>
        <w:tblStyle w:val="TableGrid"/>
        <w:tblW w:w="0" w:type="auto"/>
        <w:tblLook w:val="04A0" w:firstRow="1" w:lastRow="0" w:firstColumn="1" w:lastColumn="0" w:noHBand="0" w:noVBand="1"/>
      </w:tblPr>
      <w:tblGrid>
        <w:gridCol w:w="8613"/>
        <w:gridCol w:w="1539"/>
      </w:tblGrid>
      <w:tr w:rsidR="007069E7" w:rsidRPr="007069E7" w14:paraId="0C68DBC8" w14:textId="77777777" w:rsidTr="00BB126A">
        <w:tc>
          <w:tcPr>
            <w:tcW w:w="8613" w:type="dxa"/>
          </w:tcPr>
          <w:p w14:paraId="60307906" w14:textId="77777777" w:rsidR="007069E7" w:rsidRPr="007069E7" w:rsidRDefault="007069E7" w:rsidP="00BB126A">
            <w:pPr>
              <w:rPr>
                <w:b/>
                <w:bCs/>
                <w:sz w:val="28"/>
                <w:lang w:val="en-GB"/>
              </w:rPr>
            </w:pPr>
            <w:r w:rsidRPr="007069E7">
              <w:rPr>
                <w:b/>
                <w:bCs/>
                <w:sz w:val="28"/>
                <w:lang w:val="en-GB"/>
              </w:rPr>
              <w:t>1. Introduction</w:t>
            </w:r>
          </w:p>
          <w:p w14:paraId="3E9FC820" w14:textId="77777777" w:rsidR="007069E7" w:rsidRPr="007069E7" w:rsidRDefault="007069E7" w:rsidP="002B4F7D">
            <w:pPr>
              <w:numPr>
                <w:ilvl w:val="0"/>
                <w:numId w:val="7"/>
              </w:numPr>
              <w:rPr>
                <w:sz w:val="28"/>
                <w:lang w:val="en-GB"/>
              </w:rPr>
            </w:pPr>
            <w:r w:rsidRPr="007069E7">
              <w:rPr>
                <w:sz w:val="28"/>
                <w:lang w:val="en-GB"/>
              </w:rPr>
              <w:t xml:space="preserve">What is sorting? </w:t>
            </w:r>
          </w:p>
          <w:p w14:paraId="12CD5183" w14:textId="77777777" w:rsidR="007069E7" w:rsidRPr="007069E7" w:rsidRDefault="007069E7" w:rsidP="002B4F7D">
            <w:pPr>
              <w:numPr>
                <w:ilvl w:val="0"/>
                <w:numId w:val="7"/>
              </w:numPr>
              <w:rPr>
                <w:sz w:val="28"/>
                <w:lang w:val="en-GB"/>
              </w:rPr>
            </w:pPr>
            <w:r w:rsidRPr="007069E7">
              <w:rPr>
                <w:sz w:val="28"/>
                <w:lang w:val="en-GB"/>
              </w:rPr>
              <w:t xml:space="preserve">Why sorting is important in computing </w:t>
            </w:r>
          </w:p>
          <w:p w14:paraId="0CDA9068" w14:textId="19F2A865" w:rsidR="007069E7" w:rsidRPr="007069E7" w:rsidRDefault="007069E7" w:rsidP="002B4F7D">
            <w:pPr>
              <w:numPr>
                <w:ilvl w:val="0"/>
                <w:numId w:val="7"/>
              </w:numPr>
              <w:rPr>
                <w:sz w:val="28"/>
                <w:lang w:val="en-GB"/>
              </w:rPr>
            </w:pPr>
            <w:r w:rsidRPr="007069E7">
              <w:rPr>
                <w:sz w:val="28"/>
                <w:lang w:val="en-GB"/>
              </w:rPr>
              <w:t>Real-world examples</w:t>
            </w:r>
          </w:p>
        </w:tc>
        <w:tc>
          <w:tcPr>
            <w:tcW w:w="1539" w:type="dxa"/>
          </w:tcPr>
          <w:p w14:paraId="37E2A1E0" w14:textId="77777777" w:rsidR="007069E7" w:rsidRPr="007069E7" w:rsidRDefault="007069E7" w:rsidP="00BB126A">
            <w:pPr>
              <w:rPr>
                <w:sz w:val="28"/>
              </w:rPr>
            </w:pPr>
          </w:p>
        </w:tc>
      </w:tr>
      <w:tr w:rsidR="007069E7" w:rsidRPr="007069E7" w14:paraId="088FE088" w14:textId="77777777" w:rsidTr="007069E7">
        <w:tc>
          <w:tcPr>
            <w:tcW w:w="8613" w:type="dxa"/>
          </w:tcPr>
          <w:p w14:paraId="4409EC53" w14:textId="77777777" w:rsidR="007069E7" w:rsidRPr="007069E7" w:rsidRDefault="007069E7" w:rsidP="007069E7">
            <w:pPr>
              <w:rPr>
                <w:b/>
                <w:bCs/>
                <w:sz w:val="28"/>
                <w:lang w:val="en-GB"/>
              </w:rPr>
            </w:pPr>
            <w:r w:rsidRPr="007069E7">
              <w:rPr>
                <w:b/>
                <w:bCs/>
                <w:sz w:val="28"/>
                <w:lang w:val="en-GB"/>
              </w:rPr>
              <w:t>2. Decomposition</w:t>
            </w:r>
          </w:p>
          <w:p w14:paraId="4BBC0192" w14:textId="77777777" w:rsidR="007069E7" w:rsidRPr="007069E7" w:rsidRDefault="007069E7" w:rsidP="002B4F7D">
            <w:pPr>
              <w:numPr>
                <w:ilvl w:val="0"/>
                <w:numId w:val="8"/>
              </w:numPr>
              <w:rPr>
                <w:sz w:val="28"/>
                <w:lang w:val="en-GB"/>
              </w:rPr>
            </w:pPr>
            <w:r w:rsidRPr="007069E7">
              <w:rPr>
                <w:sz w:val="28"/>
                <w:lang w:val="en-GB"/>
              </w:rPr>
              <w:t xml:space="preserve">Breaking the problem into smaller parts </w:t>
            </w:r>
          </w:p>
          <w:p w14:paraId="06951A94" w14:textId="77777777" w:rsidR="007069E7" w:rsidRPr="007069E7" w:rsidRDefault="007069E7" w:rsidP="002B4F7D">
            <w:pPr>
              <w:numPr>
                <w:ilvl w:val="0"/>
                <w:numId w:val="8"/>
              </w:numPr>
              <w:rPr>
                <w:sz w:val="28"/>
                <w:lang w:val="en-GB"/>
              </w:rPr>
            </w:pPr>
            <w:r w:rsidRPr="007069E7">
              <w:rPr>
                <w:sz w:val="28"/>
                <w:lang w:val="en-GB"/>
              </w:rPr>
              <w:t xml:space="preserve">Understanding datasets </w:t>
            </w:r>
          </w:p>
          <w:p w14:paraId="21295FC2" w14:textId="77777777" w:rsidR="007069E7" w:rsidRPr="007069E7" w:rsidRDefault="007069E7" w:rsidP="002B4F7D">
            <w:pPr>
              <w:numPr>
                <w:ilvl w:val="0"/>
                <w:numId w:val="8"/>
              </w:numPr>
              <w:rPr>
                <w:sz w:val="28"/>
                <w:lang w:val="en-GB"/>
              </w:rPr>
            </w:pPr>
            <w:r w:rsidRPr="007069E7">
              <w:rPr>
                <w:sz w:val="28"/>
                <w:lang w:val="en-GB"/>
              </w:rPr>
              <w:t xml:space="preserve">Choosing sorting methods </w:t>
            </w:r>
          </w:p>
          <w:p w14:paraId="09BA37B5" w14:textId="4CDA7C02" w:rsidR="007069E7" w:rsidRPr="007069E7" w:rsidRDefault="007069E7" w:rsidP="002B4F7D">
            <w:pPr>
              <w:numPr>
                <w:ilvl w:val="0"/>
                <w:numId w:val="8"/>
              </w:numPr>
              <w:rPr>
                <w:sz w:val="28"/>
                <w:lang w:val="en-GB"/>
              </w:rPr>
            </w:pPr>
            <w:r w:rsidRPr="007069E7">
              <w:rPr>
                <w:sz w:val="28"/>
                <w:lang w:val="en-GB"/>
              </w:rPr>
              <w:t xml:space="preserve">Outputting </w:t>
            </w:r>
            <w:proofErr w:type="gramStart"/>
            <w:r w:rsidRPr="007069E7">
              <w:rPr>
                <w:sz w:val="28"/>
                <w:lang w:val="en-GB"/>
              </w:rPr>
              <w:t>final results</w:t>
            </w:r>
            <w:proofErr w:type="gramEnd"/>
          </w:p>
        </w:tc>
        <w:tc>
          <w:tcPr>
            <w:tcW w:w="1539" w:type="dxa"/>
          </w:tcPr>
          <w:p w14:paraId="47F7CD68" w14:textId="77777777" w:rsidR="007069E7" w:rsidRPr="007069E7" w:rsidRDefault="007069E7" w:rsidP="007069E7">
            <w:pPr>
              <w:rPr>
                <w:sz w:val="28"/>
              </w:rPr>
            </w:pPr>
          </w:p>
        </w:tc>
      </w:tr>
      <w:tr w:rsidR="007069E7" w:rsidRPr="007069E7" w14:paraId="2528855B" w14:textId="77777777" w:rsidTr="007069E7">
        <w:tc>
          <w:tcPr>
            <w:tcW w:w="8613" w:type="dxa"/>
          </w:tcPr>
          <w:p w14:paraId="706EFA37" w14:textId="77777777" w:rsidR="007069E7" w:rsidRPr="007069E7" w:rsidRDefault="007069E7" w:rsidP="007069E7">
            <w:pPr>
              <w:rPr>
                <w:b/>
                <w:bCs/>
                <w:sz w:val="28"/>
                <w:lang w:val="en-GB"/>
              </w:rPr>
            </w:pPr>
            <w:r w:rsidRPr="007069E7">
              <w:rPr>
                <w:b/>
                <w:bCs/>
                <w:sz w:val="28"/>
                <w:lang w:val="en-GB"/>
              </w:rPr>
              <w:t>3. Visualisation Tools</w:t>
            </w:r>
          </w:p>
          <w:p w14:paraId="6C820BD6" w14:textId="77777777" w:rsidR="007069E7" w:rsidRPr="007069E7" w:rsidRDefault="007069E7" w:rsidP="002B4F7D">
            <w:pPr>
              <w:numPr>
                <w:ilvl w:val="0"/>
                <w:numId w:val="9"/>
              </w:numPr>
              <w:rPr>
                <w:sz w:val="28"/>
                <w:lang w:val="en-GB"/>
              </w:rPr>
            </w:pPr>
            <w:r w:rsidRPr="007069E7">
              <w:rPr>
                <w:sz w:val="28"/>
                <w:lang w:val="en-GB"/>
              </w:rPr>
              <w:t xml:space="preserve">Flowcharts </w:t>
            </w:r>
          </w:p>
          <w:p w14:paraId="540CF452" w14:textId="77777777" w:rsidR="007069E7" w:rsidRPr="007069E7" w:rsidRDefault="007069E7" w:rsidP="002B4F7D">
            <w:pPr>
              <w:numPr>
                <w:ilvl w:val="0"/>
                <w:numId w:val="9"/>
              </w:numPr>
              <w:rPr>
                <w:sz w:val="28"/>
                <w:lang w:val="en-GB"/>
              </w:rPr>
            </w:pPr>
            <w:r w:rsidRPr="007069E7">
              <w:rPr>
                <w:sz w:val="28"/>
                <w:lang w:val="en-GB"/>
              </w:rPr>
              <w:t xml:space="preserve">Tables </w:t>
            </w:r>
          </w:p>
          <w:p w14:paraId="1005D711" w14:textId="77777777" w:rsidR="007069E7" w:rsidRPr="007069E7" w:rsidRDefault="007069E7" w:rsidP="002B4F7D">
            <w:pPr>
              <w:numPr>
                <w:ilvl w:val="0"/>
                <w:numId w:val="9"/>
              </w:numPr>
              <w:rPr>
                <w:sz w:val="28"/>
                <w:lang w:val="en-GB"/>
              </w:rPr>
            </w:pPr>
            <w:r w:rsidRPr="007069E7">
              <w:rPr>
                <w:sz w:val="28"/>
                <w:lang w:val="en-GB"/>
              </w:rPr>
              <w:t xml:space="preserve">Bar charts </w:t>
            </w:r>
          </w:p>
          <w:p w14:paraId="01B296A6" w14:textId="7A7483BA" w:rsidR="007069E7" w:rsidRPr="007069E7" w:rsidRDefault="007069E7" w:rsidP="002B4F7D">
            <w:pPr>
              <w:numPr>
                <w:ilvl w:val="0"/>
                <w:numId w:val="9"/>
              </w:numPr>
              <w:rPr>
                <w:sz w:val="28"/>
                <w:lang w:val="en-GB"/>
              </w:rPr>
            </w:pPr>
            <w:r w:rsidRPr="007069E7">
              <w:rPr>
                <w:sz w:val="28"/>
                <w:lang w:val="en-GB"/>
              </w:rPr>
              <w:t>Diagrams</w:t>
            </w:r>
          </w:p>
        </w:tc>
        <w:tc>
          <w:tcPr>
            <w:tcW w:w="1539" w:type="dxa"/>
          </w:tcPr>
          <w:p w14:paraId="3B4A1C32" w14:textId="77777777" w:rsidR="007069E7" w:rsidRPr="007069E7" w:rsidRDefault="007069E7" w:rsidP="007069E7">
            <w:pPr>
              <w:rPr>
                <w:sz w:val="28"/>
              </w:rPr>
            </w:pPr>
          </w:p>
        </w:tc>
      </w:tr>
      <w:tr w:rsidR="007069E7" w:rsidRPr="007069E7" w14:paraId="4811C789" w14:textId="77777777" w:rsidTr="007069E7">
        <w:tc>
          <w:tcPr>
            <w:tcW w:w="8613" w:type="dxa"/>
          </w:tcPr>
          <w:p w14:paraId="43C8A33F" w14:textId="77777777" w:rsidR="007069E7" w:rsidRPr="007069E7" w:rsidRDefault="007069E7" w:rsidP="007069E7">
            <w:pPr>
              <w:rPr>
                <w:b/>
                <w:bCs/>
                <w:sz w:val="28"/>
                <w:lang w:val="en-GB"/>
              </w:rPr>
            </w:pPr>
            <w:r w:rsidRPr="007069E7">
              <w:rPr>
                <w:b/>
                <w:bCs/>
                <w:sz w:val="28"/>
                <w:lang w:val="en-GB"/>
              </w:rPr>
              <w:t>4. Structured Mathematical Methods</w:t>
            </w:r>
          </w:p>
          <w:p w14:paraId="032B857A" w14:textId="77777777" w:rsidR="007069E7" w:rsidRPr="007069E7" w:rsidRDefault="007069E7" w:rsidP="002B4F7D">
            <w:pPr>
              <w:numPr>
                <w:ilvl w:val="0"/>
                <w:numId w:val="10"/>
              </w:numPr>
              <w:rPr>
                <w:sz w:val="28"/>
                <w:lang w:val="en-GB"/>
              </w:rPr>
            </w:pPr>
            <w:r w:rsidRPr="007069E7">
              <w:rPr>
                <w:sz w:val="28"/>
                <w:lang w:val="en-GB"/>
              </w:rPr>
              <w:t xml:space="preserve">Explain Merge Sort </w:t>
            </w:r>
          </w:p>
          <w:p w14:paraId="37AC47C7" w14:textId="77777777" w:rsidR="007069E7" w:rsidRPr="007069E7" w:rsidRDefault="007069E7" w:rsidP="002B4F7D">
            <w:pPr>
              <w:numPr>
                <w:ilvl w:val="0"/>
                <w:numId w:val="10"/>
              </w:numPr>
              <w:rPr>
                <w:sz w:val="28"/>
                <w:lang w:val="en-GB"/>
              </w:rPr>
            </w:pPr>
            <w:r w:rsidRPr="007069E7">
              <w:rPr>
                <w:sz w:val="28"/>
                <w:lang w:val="en-GB"/>
              </w:rPr>
              <w:t xml:space="preserve">Step-by-step example </w:t>
            </w:r>
          </w:p>
          <w:p w14:paraId="60BB8E9F" w14:textId="4DC4EE99" w:rsidR="007069E7" w:rsidRPr="007069E7" w:rsidRDefault="007069E7" w:rsidP="002B4F7D">
            <w:pPr>
              <w:numPr>
                <w:ilvl w:val="0"/>
                <w:numId w:val="10"/>
              </w:numPr>
              <w:rPr>
                <w:sz w:val="28"/>
                <w:lang w:val="en-GB"/>
              </w:rPr>
            </w:pPr>
            <w:r w:rsidRPr="007069E7">
              <w:rPr>
                <w:sz w:val="28"/>
                <w:lang w:val="en-GB"/>
              </w:rPr>
              <w:t>Why Merge Sort is effective</w:t>
            </w:r>
          </w:p>
        </w:tc>
        <w:tc>
          <w:tcPr>
            <w:tcW w:w="1539" w:type="dxa"/>
          </w:tcPr>
          <w:p w14:paraId="165B4FD1" w14:textId="77777777" w:rsidR="007069E7" w:rsidRPr="007069E7" w:rsidRDefault="007069E7" w:rsidP="007069E7">
            <w:pPr>
              <w:rPr>
                <w:sz w:val="28"/>
              </w:rPr>
            </w:pPr>
          </w:p>
        </w:tc>
      </w:tr>
      <w:tr w:rsidR="007069E7" w:rsidRPr="007069E7" w14:paraId="5CE8D7F5" w14:textId="77777777" w:rsidTr="007069E7">
        <w:tc>
          <w:tcPr>
            <w:tcW w:w="8613" w:type="dxa"/>
          </w:tcPr>
          <w:p w14:paraId="5B8A5EA9" w14:textId="77777777" w:rsidR="007069E7" w:rsidRPr="007069E7" w:rsidRDefault="007069E7" w:rsidP="007069E7">
            <w:pPr>
              <w:rPr>
                <w:b/>
                <w:bCs/>
                <w:sz w:val="28"/>
                <w:lang w:val="en-GB"/>
              </w:rPr>
            </w:pPr>
            <w:r w:rsidRPr="007069E7">
              <w:rPr>
                <w:b/>
                <w:bCs/>
                <w:sz w:val="28"/>
                <w:lang w:val="en-GB"/>
              </w:rPr>
              <w:t>5. Create and Test the Model</w:t>
            </w:r>
          </w:p>
          <w:p w14:paraId="665E6A89" w14:textId="77777777" w:rsidR="007069E7" w:rsidRPr="007069E7" w:rsidRDefault="007069E7" w:rsidP="002B4F7D">
            <w:pPr>
              <w:numPr>
                <w:ilvl w:val="0"/>
                <w:numId w:val="11"/>
              </w:numPr>
              <w:rPr>
                <w:sz w:val="28"/>
                <w:lang w:val="en-GB"/>
              </w:rPr>
            </w:pPr>
            <w:r w:rsidRPr="007069E7">
              <w:rPr>
                <w:sz w:val="28"/>
                <w:lang w:val="en-GB"/>
              </w:rPr>
              <w:t xml:space="preserve">Excel model explanation </w:t>
            </w:r>
          </w:p>
          <w:p w14:paraId="4F29EE3F" w14:textId="77777777" w:rsidR="007069E7" w:rsidRPr="007069E7" w:rsidRDefault="007069E7" w:rsidP="002B4F7D">
            <w:pPr>
              <w:numPr>
                <w:ilvl w:val="0"/>
                <w:numId w:val="11"/>
              </w:numPr>
              <w:rPr>
                <w:sz w:val="28"/>
                <w:lang w:val="en-GB"/>
              </w:rPr>
            </w:pPr>
            <w:r w:rsidRPr="007069E7">
              <w:rPr>
                <w:sz w:val="28"/>
                <w:lang w:val="en-GB"/>
              </w:rPr>
              <w:t xml:space="preserve">Input/output columns </w:t>
            </w:r>
          </w:p>
          <w:p w14:paraId="16A5D6FB" w14:textId="77777777" w:rsidR="007069E7" w:rsidRPr="007069E7" w:rsidRDefault="007069E7" w:rsidP="002B4F7D">
            <w:pPr>
              <w:numPr>
                <w:ilvl w:val="0"/>
                <w:numId w:val="11"/>
              </w:numPr>
              <w:rPr>
                <w:sz w:val="28"/>
                <w:lang w:val="en-GB"/>
              </w:rPr>
            </w:pPr>
            <w:r w:rsidRPr="007069E7">
              <w:rPr>
                <w:sz w:val="28"/>
                <w:lang w:val="en-GB"/>
              </w:rPr>
              <w:t xml:space="preserve">Testing different datasets </w:t>
            </w:r>
          </w:p>
          <w:p w14:paraId="0EB75D4D" w14:textId="68ACA87C" w:rsidR="007069E7" w:rsidRPr="007069E7" w:rsidRDefault="007069E7" w:rsidP="002B4F7D">
            <w:pPr>
              <w:numPr>
                <w:ilvl w:val="0"/>
                <w:numId w:val="11"/>
              </w:numPr>
              <w:rPr>
                <w:sz w:val="28"/>
                <w:lang w:val="en-GB"/>
              </w:rPr>
            </w:pPr>
            <w:r w:rsidRPr="007069E7">
              <w:rPr>
                <w:sz w:val="28"/>
                <w:lang w:val="en-GB"/>
              </w:rPr>
              <w:t>Screenshots</w:t>
            </w:r>
          </w:p>
        </w:tc>
        <w:tc>
          <w:tcPr>
            <w:tcW w:w="1539" w:type="dxa"/>
          </w:tcPr>
          <w:p w14:paraId="2B830879" w14:textId="77777777" w:rsidR="007069E7" w:rsidRPr="007069E7" w:rsidRDefault="007069E7" w:rsidP="007069E7">
            <w:pPr>
              <w:rPr>
                <w:sz w:val="28"/>
              </w:rPr>
            </w:pPr>
          </w:p>
        </w:tc>
      </w:tr>
      <w:tr w:rsidR="007069E7" w:rsidRPr="007069E7" w14:paraId="5198E1AE" w14:textId="77777777" w:rsidTr="007069E7">
        <w:tc>
          <w:tcPr>
            <w:tcW w:w="8613" w:type="dxa"/>
          </w:tcPr>
          <w:p w14:paraId="48583426" w14:textId="77777777" w:rsidR="007069E7" w:rsidRPr="007069E7" w:rsidRDefault="007069E7" w:rsidP="007069E7">
            <w:pPr>
              <w:rPr>
                <w:b/>
                <w:bCs/>
                <w:sz w:val="28"/>
                <w:lang w:val="en-GB"/>
              </w:rPr>
            </w:pPr>
            <w:r w:rsidRPr="007069E7">
              <w:rPr>
                <w:b/>
                <w:bCs/>
                <w:sz w:val="28"/>
                <w:lang w:val="en-GB"/>
              </w:rPr>
              <w:t>6. Alternative Solutions</w:t>
            </w:r>
          </w:p>
          <w:p w14:paraId="7AD57E8D" w14:textId="77777777" w:rsidR="007069E7" w:rsidRPr="007069E7" w:rsidRDefault="007069E7" w:rsidP="002B4F7D">
            <w:pPr>
              <w:numPr>
                <w:ilvl w:val="0"/>
                <w:numId w:val="12"/>
              </w:numPr>
              <w:rPr>
                <w:sz w:val="28"/>
                <w:lang w:val="en-GB"/>
              </w:rPr>
            </w:pPr>
            <w:r w:rsidRPr="007069E7">
              <w:rPr>
                <w:sz w:val="28"/>
                <w:lang w:val="en-GB"/>
              </w:rPr>
              <w:t xml:space="preserve">Bubble Sort </w:t>
            </w:r>
          </w:p>
          <w:p w14:paraId="6B64E4E0" w14:textId="77777777" w:rsidR="007069E7" w:rsidRPr="007069E7" w:rsidRDefault="007069E7" w:rsidP="002B4F7D">
            <w:pPr>
              <w:numPr>
                <w:ilvl w:val="0"/>
                <w:numId w:val="12"/>
              </w:numPr>
              <w:rPr>
                <w:sz w:val="28"/>
                <w:lang w:val="en-GB"/>
              </w:rPr>
            </w:pPr>
            <w:r w:rsidRPr="007069E7">
              <w:rPr>
                <w:sz w:val="28"/>
                <w:lang w:val="en-GB"/>
              </w:rPr>
              <w:t xml:space="preserve">Insertion Sort </w:t>
            </w:r>
          </w:p>
          <w:p w14:paraId="18AD56BF" w14:textId="77777777" w:rsidR="007069E7" w:rsidRPr="007069E7" w:rsidRDefault="007069E7" w:rsidP="002B4F7D">
            <w:pPr>
              <w:numPr>
                <w:ilvl w:val="0"/>
                <w:numId w:val="12"/>
              </w:numPr>
              <w:rPr>
                <w:sz w:val="28"/>
                <w:lang w:val="en-GB"/>
              </w:rPr>
            </w:pPr>
            <w:r w:rsidRPr="007069E7">
              <w:rPr>
                <w:sz w:val="28"/>
                <w:lang w:val="en-GB"/>
              </w:rPr>
              <w:t xml:space="preserve">Quick Sort </w:t>
            </w:r>
          </w:p>
          <w:p w14:paraId="7BF4AD13" w14:textId="5A8C433B" w:rsidR="007069E7" w:rsidRPr="007069E7" w:rsidRDefault="007069E7" w:rsidP="002B4F7D">
            <w:pPr>
              <w:numPr>
                <w:ilvl w:val="0"/>
                <w:numId w:val="12"/>
              </w:numPr>
              <w:rPr>
                <w:sz w:val="28"/>
                <w:lang w:val="en-GB"/>
              </w:rPr>
            </w:pPr>
            <w:r w:rsidRPr="007069E7">
              <w:rPr>
                <w:sz w:val="28"/>
                <w:lang w:val="en-GB"/>
              </w:rPr>
              <w:t>Why Merge Sort was chosen</w:t>
            </w:r>
          </w:p>
        </w:tc>
        <w:tc>
          <w:tcPr>
            <w:tcW w:w="1539" w:type="dxa"/>
          </w:tcPr>
          <w:p w14:paraId="74A0A2F7" w14:textId="77777777" w:rsidR="007069E7" w:rsidRPr="007069E7" w:rsidRDefault="007069E7" w:rsidP="007069E7">
            <w:pPr>
              <w:rPr>
                <w:sz w:val="28"/>
              </w:rPr>
            </w:pPr>
          </w:p>
        </w:tc>
      </w:tr>
      <w:tr w:rsidR="007069E7" w:rsidRPr="007069E7" w14:paraId="72379872" w14:textId="77777777" w:rsidTr="007069E7">
        <w:tc>
          <w:tcPr>
            <w:tcW w:w="8613" w:type="dxa"/>
          </w:tcPr>
          <w:p w14:paraId="602F256F" w14:textId="77777777" w:rsidR="007069E7" w:rsidRPr="007069E7" w:rsidRDefault="007069E7" w:rsidP="007069E7">
            <w:pPr>
              <w:rPr>
                <w:b/>
                <w:bCs/>
                <w:sz w:val="28"/>
                <w:lang w:val="en-GB"/>
              </w:rPr>
            </w:pPr>
            <w:r w:rsidRPr="007069E7">
              <w:rPr>
                <w:b/>
                <w:bCs/>
                <w:sz w:val="28"/>
                <w:lang w:val="en-GB"/>
              </w:rPr>
              <w:t>7. Repairing Faults</w:t>
            </w:r>
          </w:p>
          <w:p w14:paraId="0BBBF88E" w14:textId="77777777" w:rsidR="007069E7" w:rsidRPr="007069E7" w:rsidRDefault="007069E7" w:rsidP="002B4F7D">
            <w:pPr>
              <w:numPr>
                <w:ilvl w:val="0"/>
                <w:numId w:val="13"/>
              </w:numPr>
              <w:rPr>
                <w:sz w:val="28"/>
                <w:lang w:val="en-GB"/>
              </w:rPr>
            </w:pPr>
            <w:r w:rsidRPr="007069E7">
              <w:rPr>
                <w:sz w:val="28"/>
                <w:lang w:val="en-GB"/>
              </w:rPr>
              <w:t xml:space="preserve">Formula errors </w:t>
            </w:r>
          </w:p>
          <w:p w14:paraId="453B2246" w14:textId="77777777" w:rsidR="007069E7" w:rsidRPr="007069E7" w:rsidRDefault="007069E7" w:rsidP="002B4F7D">
            <w:pPr>
              <w:numPr>
                <w:ilvl w:val="0"/>
                <w:numId w:val="13"/>
              </w:numPr>
              <w:rPr>
                <w:sz w:val="28"/>
                <w:lang w:val="en-GB"/>
              </w:rPr>
            </w:pPr>
            <w:r w:rsidRPr="007069E7">
              <w:rPr>
                <w:sz w:val="28"/>
                <w:lang w:val="en-GB"/>
              </w:rPr>
              <w:t xml:space="preserve">Layout improvements </w:t>
            </w:r>
          </w:p>
          <w:p w14:paraId="1D4E42B6" w14:textId="1A4A41AF" w:rsidR="007069E7" w:rsidRPr="007069E7" w:rsidRDefault="007069E7" w:rsidP="002B4F7D">
            <w:pPr>
              <w:numPr>
                <w:ilvl w:val="0"/>
                <w:numId w:val="13"/>
              </w:numPr>
              <w:rPr>
                <w:sz w:val="28"/>
                <w:lang w:val="en-GB"/>
              </w:rPr>
            </w:pPr>
            <w:r w:rsidRPr="007069E7">
              <w:rPr>
                <w:sz w:val="28"/>
                <w:lang w:val="en-GB"/>
              </w:rPr>
              <w:t>Testing again</w:t>
            </w:r>
          </w:p>
        </w:tc>
        <w:tc>
          <w:tcPr>
            <w:tcW w:w="1539" w:type="dxa"/>
          </w:tcPr>
          <w:p w14:paraId="5E620A72" w14:textId="77777777" w:rsidR="007069E7" w:rsidRPr="007069E7" w:rsidRDefault="007069E7" w:rsidP="007069E7">
            <w:pPr>
              <w:rPr>
                <w:sz w:val="28"/>
              </w:rPr>
            </w:pPr>
          </w:p>
        </w:tc>
      </w:tr>
      <w:tr w:rsidR="007069E7" w:rsidRPr="007069E7" w14:paraId="4453B09E" w14:textId="77777777" w:rsidTr="007069E7">
        <w:tc>
          <w:tcPr>
            <w:tcW w:w="8613" w:type="dxa"/>
          </w:tcPr>
          <w:p w14:paraId="09D9E681" w14:textId="77777777" w:rsidR="007069E7" w:rsidRPr="007069E7" w:rsidRDefault="007069E7" w:rsidP="007069E7">
            <w:pPr>
              <w:rPr>
                <w:b/>
                <w:bCs/>
                <w:sz w:val="28"/>
                <w:lang w:val="en-GB"/>
              </w:rPr>
            </w:pPr>
            <w:r w:rsidRPr="007069E7">
              <w:rPr>
                <w:b/>
                <w:bCs/>
                <w:sz w:val="28"/>
                <w:lang w:val="en-GB"/>
              </w:rPr>
              <w:t>8. Refining the Model</w:t>
            </w:r>
          </w:p>
          <w:p w14:paraId="076C8735" w14:textId="77777777" w:rsidR="007069E7" w:rsidRPr="007069E7" w:rsidRDefault="007069E7" w:rsidP="002B4F7D">
            <w:pPr>
              <w:numPr>
                <w:ilvl w:val="0"/>
                <w:numId w:val="14"/>
              </w:numPr>
              <w:rPr>
                <w:sz w:val="28"/>
                <w:lang w:val="en-GB"/>
              </w:rPr>
            </w:pPr>
            <w:r w:rsidRPr="007069E7">
              <w:rPr>
                <w:sz w:val="28"/>
                <w:lang w:val="en-GB"/>
              </w:rPr>
              <w:t xml:space="preserve">Conditional formatting </w:t>
            </w:r>
          </w:p>
          <w:p w14:paraId="698BB366" w14:textId="77777777" w:rsidR="007069E7" w:rsidRPr="007069E7" w:rsidRDefault="007069E7" w:rsidP="002B4F7D">
            <w:pPr>
              <w:numPr>
                <w:ilvl w:val="0"/>
                <w:numId w:val="14"/>
              </w:numPr>
              <w:rPr>
                <w:sz w:val="28"/>
                <w:lang w:val="en-GB"/>
              </w:rPr>
            </w:pPr>
            <w:r w:rsidRPr="007069E7">
              <w:rPr>
                <w:sz w:val="28"/>
                <w:lang w:val="en-GB"/>
              </w:rPr>
              <w:t xml:space="preserve">Better instructions </w:t>
            </w:r>
          </w:p>
          <w:p w14:paraId="2F6E4445" w14:textId="77777777" w:rsidR="007069E7" w:rsidRPr="007069E7" w:rsidRDefault="007069E7" w:rsidP="002B4F7D">
            <w:pPr>
              <w:numPr>
                <w:ilvl w:val="0"/>
                <w:numId w:val="14"/>
              </w:numPr>
              <w:rPr>
                <w:sz w:val="28"/>
                <w:lang w:val="en-GB"/>
              </w:rPr>
            </w:pPr>
            <w:r w:rsidRPr="007069E7">
              <w:rPr>
                <w:sz w:val="28"/>
                <w:lang w:val="en-GB"/>
              </w:rPr>
              <w:t xml:space="preserve">Improved usability </w:t>
            </w:r>
          </w:p>
          <w:p w14:paraId="6BAD1A8D" w14:textId="3B02F38C" w:rsidR="007069E7" w:rsidRPr="007069E7" w:rsidRDefault="007069E7" w:rsidP="002B4F7D">
            <w:pPr>
              <w:numPr>
                <w:ilvl w:val="0"/>
                <w:numId w:val="14"/>
              </w:numPr>
              <w:rPr>
                <w:sz w:val="28"/>
                <w:lang w:val="en-GB"/>
              </w:rPr>
            </w:pPr>
            <w:r w:rsidRPr="007069E7">
              <w:rPr>
                <w:sz w:val="28"/>
                <w:lang w:val="en-GB"/>
              </w:rPr>
              <w:t>Scalability</w:t>
            </w:r>
          </w:p>
        </w:tc>
        <w:tc>
          <w:tcPr>
            <w:tcW w:w="1539" w:type="dxa"/>
          </w:tcPr>
          <w:p w14:paraId="6AE09226" w14:textId="77777777" w:rsidR="007069E7" w:rsidRPr="007069E7" w:rsidRDefault="007069E7" w:rsidP="007069E7">
            <w:pPr>
              <w:rPr>
                <w:sz w:val="28"/>
              </w:rPr>
            </w:pPr>
          </w:p>
        </w:tc>
      </w:tr>
      <w:tr w:rsidR="007069E7" w:rsidRPr="007069E7" w14:paraId="038AE11E" w14:textId="77777777" w:rsidTr="007069E7">
        <w:tc>
          <w:tcPr>
            <w:tcW w:w="8613" w:type="dxa"/>
          </w:tcPr>
          <w:p w14:paraId="185A0BB6" w14:textId="77777777" w:rsidR="007069E7" w:rsidRPr="007069E7" w:rsidRDefault="007069E7" w:rsidP="007069E7">
            <w:pPr>
              <w:rPr>
                <w:b/>
                <w:bCs/>
                <w:sz w:val="28"/>
                <w:lang w:val="en-GB"/>
              </w:rPr>
            </w:pPr>
            <w:r w:rsidRPr="007069E7">
              <w:rPr>
                <w:b/>
                <w:bCs/>
                <w:sz w:val="28"/>
                <w:lang w:val="en-GB"/>
              </w:rPr>
              <w:t>9. Final Testing Table</w:t>
            </w:r>
          </w:p>
          <w:p w14:paraId="51800B8D" w14:textId="77777777" w:rsidR="007069E7" w:rsidRPr="007069E7" w:rsidRDefault="007069E7" w:rsidP="002B4F7D">
            <w:pPr>
              <w:numPr>
                <w:ilvl w:val="0"/>
                <w:numId w:val="15"/>
              </w:numPr>
              <w:rPr>
                <w:sz w:val="28"/>
                <w:lang w:val="en-GB"/>
              </w:rPr>
            </w:pPr>
            <w:r w:rsidRPr="007069E7">
              <w:rPr>
                <w:sz w:val="28"/>
                <w:lang w:val="en-GB"/>
              </w:rPr>
              <w:t xml:space="preserve">Random numbers </w:t>
            </w:r>
          </w:p>
          <w:p w14:paraId="3847F02C" w14:textId="77777777" w:rsidR="007069E7" w:rsidRPr="007069E7" w:rsidRDefault="007069E7" w:rsidP="002B4F7D">
            <w:pPr>
              <w:numPr>
                <w:ilvl w:val="0"/>
                <w:numId w:val="15"/>
              </w:numPr>
              <w:rPr>
                <w:sz w:val="28"/>
                <w:lang w:val="en-GB"/>
              </w:rPr>
            </w:pPr>
            <w:r w:rsidRPr="007069E7">
              <w:rPr>
                <w:sz w:val="28"/>
                <w:lang w:val="en-GB"/>
              </w:rPr>
              <w:t xml:space="preserve">Empty list </w:t>
            </w:r>
          </w:p>
          <w:p w14:paraId="3AD59A8E" w14:textId="77777777" w:rsidR="007069E7" w:rsidRPr="007069E7" w:rsidRDefault="007069E7" w:rsidP="002B4F7D">
            <w:pPr>
              <w:numPr>
                <w:ilvl w:val="0"/>
                <w:numId w:val="15"/>
              </w:numPr>
              <w:rPr>
                <w:sz w:val="28"/>
                <w:lang w:val="en-GB"/>
              </w:rPr>
            </w:pPr>
            <w:r w:rsidRPr="007069E7">
              <w:rPr>
                <w:sz w:val="28"/>
                <w:lang w:val="en-GB"/>
              </w:rPr>
              <w:lastRenderedPageBreak/>
              <w:t xml:space="preserve">Duplicates </w:t>
            </w:r>
          </w:p>
          <w:p w14:paraId="2F9719DF" w14:textId="77777777" w:rsidR="007069E7" w:rsidRPr="007069E7" w:rsidRDefault="007069E7" w:rsidP="002B4F7D">
            <w:pPr>
              <w:numPr>
                <w:ilvl w:val="0"/>
                <w:numId w:val="15"/>
              </w:numPr>
              <w:rPr>
                <w:sz w:val="28"/>
                <w:lang w:val="en-GB"/>
              </w:rPr>
            </w:pPr>
            <w:r w:rsidRPr="007069E7">
              <w:rPr>
                <w:sz w:val="28"/>
                <w:lang w:val="en-GB"/>
              </w:rPr>
              <w:t xml:space="preserve">Reverse order </w:t>
            </w:r>
          </w:p>
          <w:p w14:paraId="727A4F87" w14:textId="480DB60B" w:rsidR="007069E7" w:rsidRPr="007069E7" w:rsidRDefault="007069E7" w:rsidP="002B4F7D">
            <w:pPr>
              <w:numPr>
                <w:ilvl w:val="0"/>
                <w:numId w:val="15"/>
              </w:numPr>
              <w:rPr>
                <w:sz w:val="28"/>
                <w:lang w:val="en-GB"/>
              </w:rPr>
            </w:pPr>
            <w:r w:rsidRPr="007069E7">
              <w:rPr>
                <w:sz w:val="28"/>
                <w:lang w:val="en-GB"/>
              </w:rPr>
              <w:t>Large input</w:t>
            </w:r>
          </w:p>
        </w:tc>
        <w:tc>
          <w:tcPr>
            <w:tcW w:w="1539" w:type="dxa"/>
          </w:tcPr>
          <w:p w14:paraId="5949E960" w14:textId="77777777" w:rsidR="007069E7" w:rsidRPr="007069E7" w:rsidRDefault="007069E7" w:rsidP="007069E7">
            <w:pPr>
              <w:rPr>
                <w:sz w:val="28"/>
              </w:rPr>
            </w:pPr>
          </w:p>
        </w:tc>
      </w:tr>
      <w:tr w:rsidR="007069E7" w:rsidRPr="007069E7" w14:paraId="018C53C7" w14:textId="77777777" w:rsidTr="007069E7">
        <w:tc>
          <w:tcPr>
            <w:tcW w:w="8613" w:type="dxa"/>
          </w:tcPr>
          <w:p w14:paraId="1BFA3656" w14:textId="77777777" w:rsidR="007069E7" w:rsidRPr="007069E7" w:rsidRDefault="007069E7" w:rsidP="007069E7">
            <w:pPr>
              <w:rPr>
                <w:b/>
                <w:bCs/>
                <w:sz w:val="28"/>
                <w:lang w:val="en-GB"/>
              </w:rPr>
            </w:pPr>
            <w:r w:rsidRPr="007069E7">
              <w:rPr>
                <w:b/>
                <w:bCs/>
                <w:sz w:val="28"/>
                <w:lang w:val="en-GB"/>
              </w:rPr>
              <w:t>10. Conclusion</w:t>
            </w:r>
          </w:p>
          <w:p w14:paraId="69034726" w14:textId="77777777" w:rsidR="007069E7" w:rsidRPr="007069E7" w:rsidRDefault="007069E7" w:rsidP="002B4F7D">
            <w:pPr>
              <w:numPr>
                <w:ilvl w:val="0"/>
                <w:numId w:val="16"/>
              </w:numPr>
              <w:rPr>
                <w:sz w:val="28"/>
                <w:lang w:val="en-GB"/>
              </w:rPr>
            </w:pPr>
            <w:r w:rsidRPr="007069E7">
              <w:rPr>
                <w:sz w:val="28"/>
                <w:lang w:val="en-GB"/>
              </w:rPr>
              <w:t xml:space="preserve">What you learned </w:t>
            </w:r>
          </w:p>
          <w:p w14:paraId="3DCD68B4" w14:textId="77777777" w:rsidR="007069E7" w:rsidRPr="007069E7" w:rsidRDefault="007069E7" w:rsidP="002B4F7D">
            <w:pPr>
              <w:numPr>
                <w:ilvl w:val="0"/>
                <w:numId w:val="16"/>
              </w:numPr>
              <w:rPr>
                <w:sz w:val="28"/>
                <w:lang w:val="en-GB"/>
              </w:rPr>
            </w:pPr>
            <w:r w:rsidRPr="007069E7">
              <w:rPr>
                <w:sz w:val="28"/>
                <w:lang w:val="en-GB"/>
              </w:rPr>
              <w:t xml:space="preserve">Importance of computational thinking </w:t>
            </w:r>
          </w:p>
          <w:p w14:paraId="0F5B13E8" w14:textId="5BA8CD71" w:rsidR="007069E7" w:rsidRPr="007069E7" w:rsidRDefault="007069E7" w:rsidP="002B4F7D">
            <w:pPr>
              <w:numPr>
                <w:ilvl w:val="0"/>
                <w:numId w:val="16"/>
              </w:numPr>
              <w:rPr>
                <w:sz w:val="28"/>
                <w:lang w:val="en-GB"/>
              </w:rPr>
            </w:pPr>
            <w:r w:rsidRPr="007069E7">
              <w:rPr>
                <w:sz w:val="28"/>
                <w:lang w:val="en-GB"/>
              </w:rPr>
              <w:t>Why Merge Sort is useful</w:t>
            </w:r>
          </w:p>
        </w:tc>
        <w:tc>
          <w:tcPr>
            <w:tcW w:w="1539" w:type="dxa"/>
          </w:tcPr>
          <w:p w14:paraId="34176BB8" w14:textId="77777777" w:rsidR="007069E7" w:rsidRPr="007069E7" w:rsidRDefault="007069E7" w:rsidP="007069E7">
            <w:pPr>
              <w:rPr>
                <w:sz w:val="28"/>
              </w:rPr>
            </w:pPr>
          </w:p>
        </w:tc>
      </w:tr>
      <w:tr w:rsidR="007069E7" w:rsidRPr="007069E7" w14:paraId="0FAA88EC" w14:textId="77777777" w:rsidTr="007069E7">
        <w:tc>
          <w:tcPr>
            <w:tcW w:w="8613" w:type="dxa"/>
          </w:tcPr>
          <w:p w14:paraId="1C7BFFB3" w14:textId="19F2FE9A" w:rsidR="007069E7" w:rsidRPr="007069E7" w:rsidRDefault="007069E7" w:rsidP="007069E7">
            <w:pPr>
              <w:rPr>
                <w:b/>
                <w:bCs/>
                <w:sz w:val="28"/>
                <w:lang w:val="en-GB"/>
              </w:rPr>
            </w:pPr>
            <w:r w:rsidRPr="007069E7">
              <w:rPr>
                <w:b/>
                <w:bCs/>
                <w:sz w:val="28"/>
                <w:lang w:val="en-GB"/>
              </w:rPr>
              <w:t>11.  References</w:t>
            </w:r>
          </w:p>
          <w:p w14:paraId="0637C162" w14:textId="41BC3CA7" w:rsidR="007069E7" w:rsidRPr="007069E7" w:rsidRDefault="007069E7" w:rsidP="007069E7">
            <w:pPr>
              <w:rPr>
                <w:sz w:val="28"/>
                <w:lang w:val="en-GB"/>
              </w:rPr>
            </w:pPr>
          </w:p>
        </w:tc>
        <w:tc>
          <w:tcPr>
            <w:tcW w:w="1539" w:type="dxa"/>
          </w:tcPr>
          <w:p w14:paraId="240284BA" w14:textId="77777777" w:rsidR="007069E7" w:rsidRPr="007069E7" w:rsidRDefault="007069E7" w:rsidP="007069E7">
            <w:pPr>
              <w:rPr>
                <w:sz w:val="28"/>
              </w:rPr>
            </w:pPr>
          </w:p>
        </w:tc>
      </w:tr>
    </w:tbl>
    <w:p w14:paraId="1492F1EE" w14:textId="77777777" w:rsidR="007069E7" w:rsidRPr="007069E7" w:rsidRDefault="007069E7" w:rsidP="007069E7">
      <w:pPr>
        <w:rPr>
          <w:sz w:val="28"/>
        </w:rPr>
      </w:pPr>
    </w:p>
    <w:p w14:paraId="224BCD7F" w14:textId="77777777" w:rsidR="007069E7" w:rsidRPr="007069E7" w:rsidRDefault="007069E7" w:rsidP="007069E7">
      <w:pPr>
        <w:rPr>
          <w:sz w:val="28"/>
        </w:rPr>
      </w:pPr>
    </w:p>
    <w:p w14:paraId="070D05E0" w14:textId="77777777" w:rsidR="007069E7" w:rsidRPr="007069E7" w:rsidRDefault="007069E7" w:rsidP="007069E7">
      <w:pPr>
        <w:rPr>
          <w:sz w:val="28"/>
        </w:rPr>
      </w:pPr>
    </w:p>
    <w:p w14:paraId="3C87C0A4" w14:textId="77777777" w:rsidR="007069E7" w:rsidRPr="007069E7" w:rsidRDefault="007069E7" w:rsidP="007069E7">
      <w:pPr>
        <w:rPr>
          <w:sz w:val="28"/>
        </w:rPr>
      </w:pPr>
    </w:p>
    <w:p w14:paraId="038FC6B0" w14:textId="77777777" w:rsidR="007069E7" w:rsidRPr="007069E7" w:rsidRDefault="007069E7" w:rsidP="007069E7">
      <w:pPr>
        <w:rPr>
          <w:sz w:val="28"/>
        </w:rPr>
      </w:pPr>
    </w:p>
    <w:p w14:paraId="6F8A58AE" w14:textId="77777777" w:rsidR="007069E7" w:rsidRPr="007069E7" w:rsidRDefault="007069E7" w:rsidP="007069E7">
      <w:pPr>
        <w:rPr>
          <w:sz w:val="28"/>
        </w:rPr>
      </w:pPr>
    </w:p>
    <w:p w14:paraId="1F39E6FD" w14:textId="77777777" w:rsidR="007069E7" w:rsidRPr="007069E7" w:rsidRDefault="007069E7" w:rsidP="007069E7">
      <w:pPr>
        <w:rPr>
          <w:sz w:val="28"/>
        </w:rPr>
      </w:pPr>
    </w:p>
    <w:p w14:paraId="5DDC5D74" w14:textId="77777777" w:rsidR="007069E7" w:rsidRPr="007069E7" w:rsidRDefault="007069E7" w:rsidP="007069E7">
      <w:pPr>
        <w:rPr>
          <w:sz w:val="28"/>
        </w:rPr>
      </w:pPr>
    </w:p>
    <w:p w14:paraId="39B1AAEE" w14:textId="77777777" w:rsidR="007069E7" w:rsidRPr="007069E7" w:rsidRDefault="007069E7" w:rsidP="007069E7">
      <w:pPr>
        <w:rPr>
          <w:sz w:val="28"/>
        </w:rPr>
      </w:pPr>
    </w:p>
    <w:p w14:paraId="7CFA6203" w14:textId="77777777" w:rsidR="007069E7" w:rsidRPr="007069E7" w:rsidRDefault="007069E7" w:rsidP="007069E7">
      <w:pPr>
        <w:rPr>
          <w:sz w:val="28"/>
        </w:rPr>
      </w:pPr>
    </w:p>
    <w:p w14:paraId="04FE1F04" w14:textId="77777777" w:rsidR="007069E7" w:rsidRPr="007069E7" w:rsidRDefault="007069E7" w:rsidP="007069E7">
      <w:pPr>
        <w:rPr>
          <w:sz w:val="28"/>
        </w:rPr>
      </w:pPr>
    </w:p>
    <w:p w14:paraId="1362BBDE" w14:textId="77777777" w:rsidR="007069E7" w:rsidRPr="007069E7" w:rsidRDefault="007069E7" w:rsidP="007069E7">
      <w:pPr>
        <w:rPr>
          <w:sz w:val="28"/>
        </w:rPr>
      </w:pPr>
    </w:p>
    <w:p w14:paraId="6F0EA975" w14:textId="77777777" w:rsidR="007069E7" w:rsidRPr="007069E7" w:rsidRDefault="007069E7" w:rsidP="007069E7">
      <w:pPr>
        <w:rPr>
          <w:sz w:val="28"/>
        </w:rPr>
      </w:pPr>
    </w:p>
    <w:p w14:paraId="1974ED67" w14:textId="77777777" w:rsidR="007069E7" w:rsidRPr="007069E7" w:rsidRDefault="007069E7" w:rsidP="007069E7">
      <w:pPr>
        <w:rPr>
          <w:sz w:val="28"/>
        </w:rPr>
      </w:pPr>
    </w:p>
    <w:p w14:paraId="46DE1379" w14:textId="77777777" w:rsidR="007069E7" w:rsidRPr="007069E7" w:rsidRDefault="007069E7" w:rsidP="007069E7">
      <w:pPr>
        <w:rPr>
          <w:sz w:val="28"/>
        </w:rPr>
      </w:pPr>
    </w:p>
    <w:p w14:paraId="5299EEB9" w14:textId="77777777" w:rsidR="007069E7" w:rsidRPr="007069E7" w:rsidRDefault="007069E7" w:rsidP="007069E7">
      <w:pPr>
        <w:rPr>
          <w:sz w:val="28"/>
        </w:rPr>
      </w:pPr>
    </w:p>
    <w:p w14:paraId="1088FF06" w14:textId="77777777" w:rsidR="007069E7" w:rsidRPr="007069E7" w:rsidRDefault="007069E7" w:rsidP="007069E7">
      <w:pPr>
        <w:rPr>
          <w:sz w:val="28"/>
        </w:rPr>
      </w:pPr>
    </w:p>
    <w:p w14:paraId="586B5EFD" w14:textId="77777777" w:rsidR="007069E7" w:rsidRPr="007069E7" w:rsidRDefault="007069E7" w:rsidP="007069E7">
      <w:pPr>
        <w:rPr>
          <w:sz w:val="28"/>
        </w:rPr>
      </w:pPr>
    </w:p>
    <w:p w14:paraId="5C278F6A" w14:textId="77777777" w:rsidR="007069E7" w:rsidRPr="007069E7" w:rsidRDefault="007069E7" w:rsidP="007069E7">
      <w:pPr>
        <w:rPr>
          <w:sz w:val="28"/>
        </w:rPr>
      </w:pPr>
    </w:p>
    <w:p w14:paraId="7C8FD2E9" w14:textId="77777777" w:rsidR="007069E7" w:rsidRPr="007069E7" w:rsidRDefault="007069E7" w:rsidP="007069E7">
      <w:pPr>
        <w:rPr>
          <w:sz w:val="28"/>
        </w:rPr>
      </w:pPr>
    </w:p>
    <w:p w14:paraId="3F7B4F45" w14:textId="080BC319" w:rsidR="007069E7" w:rsidRPr="00CE4B4D" w:rsidRDefault="007069E7" w:rsidP="007069E7">
      <w:pPr>
        <w:pStyle w:val="Heading1"/>
        <w:rPr>
          <w:color w:val="000000" w:themeColor="text1"/>
          <w:sz w:val="56"/>
          <w:szCs w:val="56"/>
        </w:rPr>
      </w:pPr>
      <w:r w:rsidRPr="00CE4B4D">
        <w:rPr>
          <w:color w:val="000000" w:themeColor="text1"/>
          <w:sz w:val="56"/>
          <w:szCs w:val="56"/>
        </w:rPr>
        <w:t>1. Introduction</w:t>
      </w:r>
    </w:p>
    <w:p w14:paraId="04D9BEC4" w14:textId="77777777" w:rsidR="007069E7" w:rsidRPr="00CE4B4D" w:rsidRDefault="007069E7" w:rsidP="007069E7">
      <w:pPr>
        <w:rPr>
          <w:color w:val="000000" w:themeColor="text1"/>
          <w:sz w:val="28"/>
          <w:lang w:val="en-GB"/>
        </w:rPr>
      </w:pPr>
      <w:r w:rsidRPr="00CE4B4D">
        <w:rPr>
          <w:color w:val="000000" w:themeColor="text1"/>
          <w:sz w:val="28"/>
          <w:lang w:val="en-GB"/>
        </w:rPr>
        <w:t>In this assignment, the company asked me to solve a practical computational problem:</w:t>
      </w:r>
    </w:p>
    <w:p w14:paraId="61A0882B" w14:textId="77777777" w:rsidR="00E36059" w:rsidRPr="00CE4B4D" w:rsidRDefault="00E36059" w:rsidP="00E36059">
      <w:pPr>
        <w:rPr>
          <w:color w:val="000000" w:themeColor="text1"/>
          <w:sz w:val="40"/>
          <w:szCs w:val="40"/>
          <w:lang w:val="en-GB"/>
        </w:rPr>
      </w:pPr>
      <w:r w:rsidRPr="00CE4B4D">
        <w:rPr>
          <w:color w:val="000000" w:themeColor="text1"/>
          <w:sz w:val="40"/>
          <w:szCs w:val="40"/>
          <w:lang w:val="en-GB"/>
        </w:rPr>
        <w:t>What is Sorting?</w:t>
      </w:r>
    </w:p>
    <w:p w14:paraId="6694B495" w14:textId="77777777" w:rsidR="00E36059" w:rsidRPr="00CE4B4D" w:rsidRDefault="00E36059" w:rsidP="00E36059">
      <w:pPr>
        <w:rPr>
          <w:color w:val="000000" w:themeColor="text1"/>
          <w:sz w:val="28"/>
          <w:szCs w:val="28"/>
          <w:lang w:val="en-GB"/>
        </w:rPr>
      </w:pPr>
      <w:r w:rsidRPr="00CE4B4D">
        <w:rPr>
          <w:color w:val="000000" w:themeColor="text1"/>
          <w:sz w:val="28"/>
          <w:szCs w:val="28"/>
          <w:lang w:val="en-GB"/>
        </w:rPr>
        <w:t>Sorting means arranging data into a specific order so it becomes easier to understand, manage, and search. In computing, sorting is used to organise information such as numbers, names, dates, and records. Data can be sorted from smallest to largest, largest to smallest, or even in alphabetical order. Sorting is one of the most common operations used in computer systems because computers process large amounts of data every day. When data is organised properly, systems can work faster and more efficiently.</w:t>
      </w:r>
    </w:p>
    <w:p w14:paraId="71E0A599" w14:textId="77777777" w:rsidR="00E36059" w:rsidRPr="00CE4B4D" w:rsidRDefault="00E36059" w:rsidP="00E36059">
      <w:pPr>
        <w:rPr>
          <w:color w:val="000000" w:themeColor="text1"/>
          <w:sz w:val="28"/>
          <w:szCs w:val="28"/>
          <w:lang w:val="en-GB"/>
        </w:rPr>
      </w:pPr>
      <w:r w:rsidRPr="00CE4B4D">
        <w:rPr>
          <w:color w:val="000000" w:themeColor="text1"/>
          <w:sz w:val="28"/>
          <w:szCs w:val="28"/>
          <w:lang w:val="en-GB"/>
        </w:rPr>
        <w:t>For example, if a teacher has student marks listed randomly such as 78, 45, 91, 32, and 60, sorting can rearrange them into the correct order like 32, 45, 60, 78, and 91. This makes the information easier to read and analyse. Computers use different sorting algorithms such as Bubble Sort, Merge Sort, and Quick Sort to organise data automatically. These algorithms follow step-by-step methods to sort information correctly.</w:t>
      </w:r>
    </w:p>
    <w:p w14:paraId="523DC6E2" w14:textId="77777777" w:rsidR="00E36059" w:rsidRPr="00CE4B4D" w:rsidRDefault="00E36059" w:rsidP="00E36059">
      <w:pPr>
        <w:rPr>
          <w:color w:val="000000" w:themeColor="text1"/>
          <w:sz w:val="40"/>
          <w:szCs w:val="40"/>
          <w:lang w:val="en-GB"/>
        </w:rPr>
      </w:pPr>
      <w:r w:rsidRPr="00CE4B4D">
        <w:rPr>
          <w:color w:val="000000" w:themeColor="text1"/>
          <w:sz w:val="40"/>
          <w:szCs w:val="40"/>
          <w:lang w:val="en-GB"/>
        </w:rPr>
        <w:t>Why Sorting is Important in Computing</w:t>
      </w:r>
    </w:p>
    <w:p w14:paraId="27039FF3" w14:textId="77777777" w:rsidR="00E36059" w:rsidRPr="00CE4B4D" w:rsidRDefault="00E36059" w:rsidP="00E36059">
      <w:pPr>
        <w:rPr>
          <w:color w:val="000000" w:themeColor="text1"/>
          <w:sz w:val="28"/>
          <w:szCs w:val="28"/>
          <w:lang w:val="en-GB"/>
        </w:rPr>
      </w:pPr>
      <w:r w:rsidRPr="00CE4B4D">
        <w:rPr>
          <w:color w:val="000000" w:themeColor="text1"/>
          <w:sz w:val="28"/>
          <w:szCs w:val="28"/>
          <w:lang w:val="en-GB"/>
        </w:rPr>
        <w:t>Sorting is very important in computing because organised data improves the performance of computer systems. When data is sorted, computers can search and process information more quickly. This helps save time and makes systems more efficient. Many computer applications depend on sorting because it helps users find information easily and improves the overall user experience.</w:t>
      </w:r>
    </w:p>
    <w:p w14:paraId="511BEA91" w14:textId="77777777" w:rsidR="00E36059" w:rsidRPr="00CE4B4D" w:rsidRDefault="00E36059" w:rsidP="00E36059">
      <w:pPr>
        <w:rPr>
          <w:color w:val="000000" w:themeColor="text1"/>
          <w:sz w:val="28"/>
          <w:szCs w:val="28"/>
          <w:lang w:val="en-GB"/>
        </w:rPr>
      </w:pPr>
      <w:r w:rsidRPr="00CE4B4D">
        <w:rPr>
          <w:color w:val="000000" w:themeColor="text1"/>
          <w:sz w:val="28"/>
          <w:szCs w:val="28"/>
          <w:lang w:val="en-GB"/>
        </w:rPr>
        <w:t>For example, search engines sort millions of webpages to show the most relevant results first. Online shopping websites sort products by price, popularity, or customer ratings. Schools sort student records and exam results to keep information organised. Without sorting, computers would take much longer to find information, especially when dealing with very large databases.</w:t>
      </w:r>
    </w:p>
    <w:p w14:paraId="3702ACD8" w14:textId="77777777" w:rsidR="00E36059" w:rsidRPr="00CE4B4D" w:rsidRDefault="00E36059" w:rsidP="00E36059">
      <w:pPr>
        <w:rPr>
          <w:color w:val="000000" w:themeColor="text1"/>
          <w:sz w:val="28"/>
          <w:szCs w:val="28"/>
          <w:lang w:val="en-GB"/>
        </w:rPr>
      </w:pPr>
      <w:r w:rsidRPr="00CE4B4D">
        <w:rPr>
          <w:color w:val="000000" w:themeColor="text1"/>
          <w:sz w:val="28"/>
          <w:szCs w:val="28"/>
          <w:lang w:val="en-GB"/>
        </w:rPr>
        <w:lastRenderedPageBreak/>
        <w:t>Sorting is also important in programming because many searching methods work better when data is already organised. A sorted list allows computers to use faster searching techniques such as Binary Search. Because of this, sorting is an essential part of computational thinking and software development.</w:t>
      </w:r>
    </w:p>
    <w:p w14:paraId="7CADB115" w14:textId="77777777" w:rsidR="00E36059" w:rsidRPr="00CE4B4D" w:rsidRDefault="00E36059" w:rsidP="00E36059">
      <w:pPr>
        <w:rPr>
          <w:color w:val="000000" w:themeColor="text1"/>
          <w:sz w:val="40"/>
          <w:szCs w:val="40"/>
          <w:lang w:val="en-GB"/>
        </w:rPr>
      </w:pPr>
      <w:r w:rsidRPr="00CE4B4D">
        <w:rPr>
          <w:color w:val="000000" w:themeColor="text1"/>
          <w:sz w:val="40"/>
          <w:szCs w:val="40"/>
          <w:lang w:val="en-GB"/>
        </w:rPr>
        <w:t>Real-World Examples</w:t>
      </w:r>
    </w:p>
    <w:p w14:paraId="2E6F71EF" w14:textId="77777777" w:rsidR="00E36059" w:rsidRPr="00CE4B4D" w:rsidRDefault="00E36059" w:rsidP="00E36059">
      <w:pPr>
        <w:rPr>
          <w:color w:val="000000" w:themeColor="text1"/>
          <w:sz w:val="28"/>
          <w:szCs w:val="28"/>
          <w:lang w:val="en-GB"/>
        </w:rPr>
      </w:pPr>
      <w:r w:rsidRPr="00CE4B4D">
        <w:rPr>
          <w:color w:val="000000" w:themeColor="text1"/>
          <w:sz w:val="28"/>
          <w:szCs w:val="28"/>
          <w:lang w:val="en-GB"/>
        </w:rPr>
        <w:t>Sorting is used in many real-world systems and applications. In banking systems, transactions are sorted by date, account number, or amount to help banks manage customer records correctly. In gaming systems, leaderboards sort players according to their scores so the highest-ranking players appear at the top. Music and video applications like Spotify and YouTube sort songs and videos by popularity, upload date, or user preference.</w:t>
      </w:r>
    </w:p>
    <w:p w14:paraId="0472A8AE" w14:textId="77777777" w:rsidR="00E36059" w:rsidRPr="00CE4B4D" w:rsidRDefault="00E36059" w:rsidP="00E36059">
      <w:pPr>
        <w:rPr>
          <w:color w:val="000000" w:themeColor="text1"/>
          <w:sz w:val="28"/>
          <w:szCs w:val="28"/>
          <w:lang w:val="en-GB"/>
        </w:rPr>
      </w:pPr>
      <w:r w:rsidRPr="00CE4B4D">
        <w:rPr>
          <w:color w:val="000000" w:themeColor="text1"/>
          <w:sz w:val="28"/>
          <w:szCs w:val="28"/>
          <w:lang w:val="en-GB"/>
        </w:rPr>
        <w:t>Sorting is also used in hospitals where patient records are organised to help doctors quickly access important information. In schools and colleges, student attendance, grades, and timetables are sorted to keep records structured and easy to manage. These examples show that sorting is an important part of modern technology and is used in many areas of everyday life.</w:t>
      </w:r>
    </w:p>
    <w:p w14:paraId="38528938" w14:textId="77777777" w:rsidR="00E36059" w:rsidRDefault="00E36059" w:rsidP="00E36059">
      <w:pPr>
        <w:rPr>
          <w:color w:val="000000" w:themeColor="text1"/>
          <w:sz w:val="28"/>
          <w:szCs w:val="28"/>
          <w:lang w:val="en-GB"/>
        </w:rPr>
      </w:pPr>
      <w:r w:rsidRPr="00CE4B4D">
        <w:rPr>
          <w:color w:val="000000" w:themeColor="text1"/>
          <w:sz w:val="28"/>
          <w:szCs w:val="28"/>
          <w:lang w:val="en-GB"/>
        </w:rPr>
        <w:t>Overall, sorting is a very important process in computing because it helps computers organise and manage data efficiently. It improves searching speed, system performance, and user experience. Many modern systems such as websites, games, schools, banks, and mobile applications rely on sorting every day. Understanding sorting methods also helps students improve their programming and computational thinking skills, which are important for careers in IT and computer science.</w:t>
      </w:r>
    </w:p>
    <w:p w14:paraId="79699620" w14:textId="04850605" w:rsidR="00CE4B4D" w:rsidRPr="00633844" w:rsidRDefault="00633844" w:rsidP="00633844">
      <w:pPr>
        <w:pStyle w:val="Heading1"/>
        <w:rPr>
          <w:color w:val="000000" w:themeColor="text1"/>
          <w:sz w:val="56"/>
          <w:szCs w:val="56"/>
          <w:lang w:val="en-GB"/>
        </w:rPr>
      </w:pPr>
      <w:r w:rsidRPr="00633844">
        <w:rPr>
          <w:color w:val="000000" w:themeColor="text1"/>
          <w:sz w:val="56"/>
          <w:szCs w:val="56"/>
        </w:rPr>
        <w:t>2. Decomposition</w:t>
      </w:r>
    </w:p>
    <w:p w14:paraId="60851DA0" w14:textId="77777777" w:rsidR="00FF778C" w:rsidRPr="00FF778C" w:rsidRDefault="00FF778C" w:rsidP="00FF778C">
      <w:pPr>
        <w:rPr>
          <w:sz w:val="40"/>
          <w:szCs w:val="40"/>
          <w:lang w:val="en-GB"/>
        </w:rPr>
      </w:pPr>
      <w:r w:rsidRPr="00FF778C">
        <w:rPr>
          <w:sz w:val="40"/>
          <w:szCs w:val="40"/>
          <w:lang w:val="en-GB"/>
        </w:rPr>
        <w:t>Breaking the Problem into Smaller Parts</w:t>
      </w:r>
    </w:p>
    <w:p w14:paraId="6DCE6282" w14:textId="77777777" w:rsidR="00FF778C" w:rsidRPr="00FF778C" w:rsidRDefault="00FF778C" w:rsidP="00FF778C">
      <w:pPr>
        <w:rPr>
          <w:sz w:val="28"/>
          <w:szCs w:val="28"/>
          <w:lang w:val="en-GB"/>
        </w:rPr>
      </w:pPr>
      <w:r w:rsidRPr="00FF778C">
        <w:rPr>
          <w:sz w:val="28"/>
          <w:szCs w:val="28"/>
          <w:lang w:val="en-GB"/>
        </w:rPr>
        <w:t>Decomposition is an important part of computational thinking. It means breaking a large and difficult problem into smaller and easier parts so the computer or programmer can solve the problem step by step. In computing, large tasks are often too complicated to solve all at once, so decomposition helps make the process more organised and manageable.</w:t>
      </w:r>
    </w:p>
    <w:p w14:paraId="21A5F7D6" w14:textId="77777777" w:rsidR="00FF778C" w:rsidRPr="00FF778C" w:rsidRDefault="00FF778C" w:rsidP="00FF778C">
      <w:pPr>
        <w:rPr>
          <w:sz w:val="28"/>
          <w:szCs w:val="28"/>
          <w:lang w:val="en-GB"/>
        </w:rPr>
      </w:pPr>
      <w:r w:rsidRPr="00FF778C">
        <w:rPr>
          <w:sz w:val="28"/>
          <w:szCs w:val="28"/>
          <w:lang w:val="en-GB"/>
        </w:rPr>
        <w:lastRenderedPageBreak/>
        <w:t>In this assignment, the main problem is sorting and searching through large amounts of data. Instead of trying to solve the whole problem at one time, the task can be divided into smaller sections. For example:</w:t>
      </w:r>
    </w:p>
    <w:p w14:paraId="772181B7" w14:textId="77777777" w:rsidR="00FF778C" w:rsidRPr="00FF778C" w:rsidRDefault="00FF778C" w:rsidP="002B4F7D">
      <w:pPr>
        <w:numPr>
          <w:ilvl w:val="0"/>
          <w:numId w:val="17"/>
        </w:numPr>
        <w:rPr>
          <w:sz w:val="28"/>
          <w:szCs w:val="28"/>
          <w:lang w:val="en-GB"/>
        </w:rPr>
      </w:pPr>
      <w:r w:rsidRPr="00FF778C">
        <w:rPr>
          <w:sz w:val="28"/>
          <w:szCs w:val="28"/>
          <w:lang w:val="en-GB"/>
        </w:rPr>
        <w:t xml:space="preserve">Understanding the data </w:t>
      </w:r>
    </w:p>
    <w:p w14:paraId="5B7A336E" w14:textId="77777777" w:rsidR="00FF778C" w:rsidRPr="00FF778C" w:rsidRDefault="00FF778C" w:rsidP="002B4F7D">
      <w:pPr>
        <w:numPr>
          <w:ilvl w:val="0"/>
          <w:numId w:val="17"/>
        </w:numPr>
        <w:rPr>
          <w:sz w:val="28"/>
          <w:szCs w:val="28"/>
          <w:lang w:val="en-GB"/>
        </w:rPr>
      </w:pPr>
      <w:r w:rsidRPr="00FF778C">
        <w:rPr>
          <w:sz w:val="28"/>
          <w:szCs w:val="28"/>
          <w:lang w:val="en-GB"/>
        </w:rPr>
        <w:t xml:space="preserve">Choosing the correct sorting method </w:t>
      </w:r>
    </w:p>
    <w:p w14:paraId="7A13D6CD" w14:textId="77777777" w:rsidR="00FF778C" w:rsidRPr="00FF778C" w:rsidRDefault="00FF778C" w:rsidP="002B4F7D">
      <w:pPr>
        <w:numPr>
          <w:ilvl w:val="0"/>
          <w:numId w:val="17"/>
        </w:numPr>
        <w:rPr>
          <w:sz w:val="28"/>
          <w:szCs w:val="28"/>
          <w:lang w:val="en-GB"/>
        </w:rPr>
      </w:pPr>
      <w:r w:rsidRPr="00FF778C">
        <w:rPr>
          <w:sz w:val="28"/>
          <w:szCs w:val="28"/>
          <w:lang w:val="en-GB"/>
        </w:rPr>
        <w:t xml:space="preserve">Applying the algorithm </w:t>
      </w:r>
    </w:p>
    <w:p w14:paraId="6624807D" w14:textId="77777777" w:rsidR="00FF778C" w:rsidRPr="00FF778C" w:rsidRDefault="00FF778C" w:rsidP="002B4F7D">
      <w:pPr>
        <w:numPr>
          <w:ilvl w:val="0"/>
          <w:numId w:val="17"/>
        </w:numPr>
        <w:rPr>
          <w:sz w:val="28"/>
          <w:szCs w:val="28"/>
          <w:lang w:val="en-GB"/>
        </w:rPr>
      </w:pPr>
      <w:r w:rsidRPr="00FF778C">
        <w:rPr>
          <w:sz w:val="28"/>
          <w:szCs w:val="28"/>
          <w:lang w:val="en-GB"/>
        </w:rPr>
        <w:t xml:space="preserve">Testing the results </w:t>
      </w:r>
    </w:p>
    <w:p w14:paraId="21622BBB" w14:textId="77777777" w:rsidR="00FF778C" w:rsidRPr="00FF778C" w:rsidRDefault="00FF778C" w:rsidP="002B4F7D">
      <w:pPr>
        <w:numPr>
          <w:ilvl w:val="0"/>
          <w:numId w:val="17"/>
        </w:numPr>
        <w:rPr>
          <w:sz w:val="28"/>
          <w:szCs w:val="28"/>
          <w:lang w:val="en-GB"/>
        </w:rPr>
      </w:pPr>
      <w:r w:rsidRPr="00FF778C">
        <w:rPr>
          <w:sz w:val="28"/>
          <w:szCs w:val="28"/>
          <w:lang w:val="en-GB"/>
        </w:rPr>
        <w:t xml:space="preserve">Displaying the final output </w:t>
      </w:r>
    </w:p>
    <w:p w14:paraId="4ACB9353" w14:textId="4CA9C695" w:rsidR="00FF778C" w:rsidRDefault="00FF778C" w:rsidP="00FF778C">
      <w:pPr>
        <w:rPr>
          <w:sz w:val="28"/>
          <w:szCs w:val="28"/>
          <w:lang w:val="en-GB"/>
        </w:rPr>
      </w:pPr>
      <w:r w:rsidRPr="00FF778C">
        <w:rPr>
          <w:sz w:val="28"/>
          <w:szCs w:val="28"/>
          <w:lang w:val="en-GB"/>
        </w:rPr>
        <w:t>Breaking the problem into smaller steps makes it easier to understand how the system works and helps reduce mistakes. It also helps programmers improve efficiency when developing software and algorithms.</w:t>
      </w:r>
    </w:p>
    <w:p w14:paraId="100908D8" w14:textId="45A4F992" w:rsidR="002B35C6" w:rsidRPr="00FF778C" w:rsidRDefault="002B35C6" w:rsidP="00FF778C">
      <w:pPr>
        <w:rPr>
          <w:sz w:val="28"/>
          <w:szCs w:val="28"/>
          <w:lang w:val="en-GB"/>
        </w:rPr>
      </w:pPr>
      <w:r>
        <w:rPr>
          <w:noProof/>
        </w:rPr>
        <w:drawing>
          <wp:inline distT="0" distB="0" distL="0" distR="0" wp14:anchorId="65072B3B" wp14:editId="5F12646D">
            <wp:extent cx="3867507" cy="3346262"/>
            <wp:effectExtent l="0" t="0" r="0" b="0"/>
            <wp:docPr id="27552959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529598" name="Picture 275529598"/>
                    <pic:cNvPicPr/>
                  </pic:nvPicPr>
                  <pic:blipFill>
                    <a:blip r:embed="rId6">
                      <a:extLst>
                        <a:ext uri="{28A0092B-C50C-407E-A947-70E740481C1C}">
                          <a14:useLocalDpi xmlns:a14="http://schemas.microsoft.com/office/drawing/2010/main"/>
                        </a:ext>
                      </a:extLst>
                    </a:blip>
                    <a:stretch>
                      <a:fillRect/>
                    </a:stretch>
                  </pic:blipFill>
                  <pic:spPr>
                    <a:xfrm>
                      <a:off x="0" y="0"/>
                      <a:ext cx="3867507" cy="3346262"/>
                    </a:xfrm>
                    <a:prstGeom prst="rect">
                      <a:avLst/>
                    </a:prstGeom>
                  </pic:spPr>
                </pic:pic>
              </a:graphicData>
            </a:graphic>
          </wp:inline>
        </w:drawing>
      </w:r>
    </w:p>
    <w:p w14:paraId="7EDFA2AD" w14:textId="77777777" w:rsidR="00FF778C" w:rsidRPr="00FF778C" w:rsidRDefault="00FF778C" w:rsidP="00FF778C">
      <w:pPr>
        <w:rPr>
          <w:sz w:val="40"/>
          <w:szCs w:val="40"/>
          <w:lang w:val="en-GB"/>
        </w:rPr>
      </w:pPr>
      <w:r w:rsidRPr="00FF778C">
        <w:rPr>
          <w:sz w:val="40"/>
          <w:szCs w:val="40"/>
          <w:lang w:val="en-GB"/>
        </w:rPr>
        <w:t>Understanding Datasets</w:t>
      </w:r>
    </w:p>
    <w:p w14:paraId="6470CAA5" w14:textId="77777777" w:rsidR="00FF778C" w:rsidRPr="00FF778C" w:rsidRDefault="00FF778C" w:rsidP="00FF778C">
      <w:pPr>
        <w:rPr>
          <w:sz w:val="28"/>
          <w:szCs w:val="28"/>
          <w:lang w:val="en-GB"/>
        </w:rPr>
      </w:pPr>
      <w:r w:rsidRPr="00FF778C">
        <w:rPr>
          <w:sz w:val="28"/>
          <w:szCs w:val="28"/>
          <w:lang w:val="en-GB"/>
        </w:rPr>
        <w:t>A dataset is a collection of information stored in a computer system. Datasets can contain:</w:t>
      </w:r>
    </w:p>
    <w:p w14:paraId="561B0943" w14:textId="77777777" w:rsidR="00FF778C" w:rsidRPr="00FF778C" w:rsidRDefault="00FF778C" w:rsidP="002B4F7D">
      <w:pPr>
        <w:numPr>
          <w:ilvl w:val="0"/>
          <w:numId w:val="18"/>
        </w:numPr>
        <w:rPr>
          <w:sz w:val="28"/>
          <w:szCs w:val="28"/>
          <w:lang w:val="en-GB"/>
        </w:rPr>
      </w:pPr>
      <w:r w:rsidRPr="00FF778C">
        <w:rPr>
          <w:sz w:val="28"/>
          <w:szCs w:val="28"/>
          <w:lang w:val="en-GB"/>
        </w:rPr>
        <w:t xml:space="preserve">Numbers </w:t>
      </w:r>
    </w:p>
    <w:p w14:paraId="663F29B4" w14:textId="77777777" w:rsidR="00FF778C" w:rsidRPr="00FF778C" w:rsidRDefault="00FF778C" w:rsidP="002B4F7D">
      <w:pPr>
        <w:numPr>
          <w:ilvl w:val="0"/>
          <w:numId w:val="18"/>
        </w:numPr>
        <w:rPr>
          <w:sz w:val="28"/>
          <w:szCs w:val="28"/>
          <w:lang w:val="en-GB"/>
        </w:rPr>
      </w:pPr>
      <w:r w:rsidRPr="00FF778C">
        <w:rPr>
          <w:sz w:val="28"/>
          <w:szCs w:val="28"/>
          <w:lang w:val="en-GB"/>
        </w:rPr>
        <w:t xml:space="preserve">Names </w:t>
      </w:r>
    </w:p>
    <w:p w14:paraId="202FBA7B" w14:textId="77777777" w:rsidR="00FF778C" w:rsidRPr="00FF778C" w:rsidRDefault="00FF778C" w:rsidP="002B4F7D">
      <w:pPr>
        <w:numPr>
          <w:ilvl w:val="0"/>
          <w:numId w:val="18"/>
        </w:numPr>
        <w:rPr>
          <w:sz w:val="28"/>
          <w:szCs w:val="28"/>
          <w:lang w:val="en-GB"/>
        </w:rPr>
      </w:pPr>
      <w:r w:rsidRPr="00FF778C">
        <w:rPr>
          <w:sz w:val="28"/>
          <w:szCs w:val="28"/>
          <w:lang w:val="en-GB"/>
        </w:rPr>
        <w:lastRenderedPageBreak/>
        <w:t xml:space="preserve">Dates </w:t>
      </w:r>
    </w:p>
    <w:p w14:paraId="6211BD39" w14:textId="77777777" w:rsidR="00FF778C" w:rsidRPr="00FF778C" w:rsidRDefault="00FF778C" w:rsidP="002B4F7D">
      <w:pPr>
        <w:numPr>
          <w:ilvl w:val="0"/>
          <w:numId w:val="18"/>
        </w:numPr>
        <w:rPr>
          <w:sz w:val="28"/>
          <w:szCs w:val="28"/>
          <w:lang w:val="en-GB"/>
        </w:rPr>
      </w:pPr>
      <w:r w:rsidRPr="00FF778C">
        <w:rPr>
          <w:sz w:val="28"/>
          <w:szCs w:val="28"/>
          <w:lang w:val="en-GB"/>
        </w:rPr>
        <w:t xml:space="preserve">Scores </w:t>
      </w:r>
    </w:p>
    <w:p w14:paraId="5D952AEB" w14:textId="77777777" w:rsidR="00FF778C" w:rsidRPr="00FF778C" w:rsidRDefault="00FF778C" w:rsidP="002B4F7D">
      <w:pPr>
        <w:numPr>
          <w:ilvl w:val="0"/>
          <w:numId w:val="18"/>
        </w:numPr>
        <w:rPr>
          <w:sz w:val="28"/>
          <w:szCs w:val="28"/>
          <w:lang w:val="en-GB"/>
        </w:rPr>
      </w:pPr>
      <w:r w:rsidRPr="00FF778C">
        <w:rPr>
          <w:sz w:val="28"/>
          <w:szCs w:val="28"/>
          <w:lang w:val="en-GB"/>
        </w:rPr>
        <w:t xml:space="preserve">Products </w:t>
      </w:r>
    </w:p>
    <w:p w14:paraId="3E9C52D6" w14:textId="77777777" w:rsidR="00FF778C" w:rsidRPr="00FF778C" w:rsidRDefault="00FF778C" w:rsidP="002B4F7D">
      <w:pPr>
        <w:numPr>
          <w:ilvl w:val="0"/>
          <w:numId w:val="18"/>
        </w:numPr>
        <w:rPr>
          <w:sz w:val="28"/>
          <w:szCs w:val="28"/>
          <w:lang w:val="en-GB"/>
        </w:rPr>
      </w:pPr>
      <w:r w:rsidRPr="00FF778C">
        <w:rPr>
          <w:sz w:val="28"/>
          <w:szCs w:val="28"/>
          <w:lang w:val="en-GB"/>
        </w:rPr>
        <w:t xml:space="preserve">Customer records </w:t>
      </w:r>
    </w:p>
    <w:p w14:paraId="0E22B0F0" w14:textId="77777777" w:rsidR="00FF778C" w:rsidRPr="00FF778C" w:rsidRDefault="00FF778C" w:rsidP="00FF778C">
      <w:pPr>
        <w:rPr>
          <w:sz w:val="28"/>
          <w:szCs w:val="28"/>
          <w:lang w:val="en-GB"/>
        </w:rPr>
      </w:pPr>
      <w:r w:rsidRPr="00FF778C">
        <w:rPr>
          <w:sz w:val="28"/>
          <w:szCs w:val="28"/>
          <w:lang w:val="en-GB"/>
        </w:rPr>
        <w:t>Before sorting or searching data, it is important to understand the dataset first. The programmer needs to know:</w:t>
      </w:r>
    </w:p>
    <w:p w14:paraId="63EAAED1" w14:textId="77777777" w:rsidR="00FF778C" w:rsidRPr="00FF778C" w:rsidRDefault="00FF778C" w:rsidP="002B4F7D">
      <w:pPr>
        <w:numPr>
          <w:ilvl w:val="0"/>
          <w:numId w:val="19"/>
        </w:numPr>
        <w:rPr>
          <w:sz w:val="28"/>
          <w:szCs w:val="28"/>
          <w:lang w:val="en-GB"/>
        </w:rPr>
      </w:pPr>
      <w:r w:rsidRPr="00FF778C">
        <w:rPr>
          <w:sz w:val="28"/>
          <w:szCs w:val="28"/>
          <w:lang w:val="en-GB"/>
        </w:rPr>
        <w:t xml:space="preserve">How large the dataset is </w:t>
      </w:r>
    </w:p>
    <w:p w14:paraId="3D417AA4" w14:textId="77777777" w:rsidR="00FF778C" w:rsidRPr="00FF778C" w:rsidRDefault="00FF778C" w:rsidP="002B4F7D">
      <w:pPr>
        <w:numPr>
          <w:ilvl w:val="0"/>
          <w:numId w:val="19"/>
        </w:numPr>
        <w:rPr>
          <w:sz w:val="28"/>
          <w:szCs w:val="28"/>
          <w:lang w:val="en-GB"/>
        </w:rPr>
      </w:pPr>
      <w:r w:rsidRPr="00FF778C">
        <w:rPr>
          <w:sz w:val="28"/>
          <w:szCs w:val="28"/>
          <w:lang w:val="en-GB"/>
        </w:rPr>
        <w:t xml:space="preserve">What type of data is stored </w:t>
      </w:r>
    </w:p>
    <w:p w14:paraId="140AC2F1" w14:textId="77777777" w:rsidR="00FF778C" w:rsidRPr="00FF778C" w:rsidRDefault="00FF778C" w:rsidP="002B4F7D">
      <w:pPr>
        <w:numPr>
          <w:ilvl w:val="0"/>
          <w:numId w:val="19"/>
        </w:numPr>
        <w:rPr>
          <w:sz w:val="28"/>
          <w:szCs w:val="28"/>
          <w:lang w:val="en-GB"/>
        </w:rPr>
      </w:pPr>
      <w:r w:rsidRPr="00FF778C">
        <w:rPr>
          <w:sz w:val="28"/>
          <w:szCs w:val="28"/>
          <w:lang w:val="en-GB"/>
        </w:rPr>
        <w:t xml:space="preserve">Whether the data is already sorted </w:t>
      </w:r>
    </w:p>
    <w:p w14:paraId="7BE55776" w14:textId="77777777" w:rsidR="00FF778C" w:rsidRPr="00FF778C" w:rsidRDefault="00FF778C" w:rsidP="002B4F7D">
      <w:pPr>
        <w:numPr>
          <w:ilvl w:val="0"/>
          <w:numId w:val="19"/>
        </w:numPr>
        <w:rPr>
          <w:sz w:val="28"/>
          <w:szCs w:val="28"/>
          <w:lang w:val="en-GB"/>
        </w:rPr>
      </w:pPr>
      <w:r w:rsidRPr="00FF778C">
        <w:rPr>
          <w:sz w:val="28"/>
          <w:szCs w:val="28"/>
          <w:lang w:val="en-GB"/>
        </w:rPr>
        <w:t xml:space="preserve">What result is needed </w:t>
      </w:r>
    </w:p>
    <w:p w14:paraId="285947C0" w14:textId="77777777" w:rsidR="00FF778C" w:rsidRDefault="00FF778C" w:rsidP="00FF778C">
      <w:pPr>
        <w:rPr>
          <w:sz w:val="28"/>
          <w:szCs w:val="28"/>
          <w:lang w:val="en-GB"/>
        </w:rPr>
      </w:pPr>
      <w:r w:rsidRPr="00FF778C">
        <w:rPr>
          <w:sz w:val="28"/>
          <w:szCs w:val="28"/>
          <w:lang w:val="en-GB"/>
        </w:rPr>
        <w:t>For example, a school database may contain student names and marks, while an online shopping website may contain product prices and ratings. Different datasets may require different methods of sorting and searching depending on the size and complexity of the data.</w:t>
      </w:r>
    </w:p>
    <w:p w14:paraId="274AB033" w14:textId="7756538A" w:rsidR="00BD6F36" w:rsidRPr="00FF778C" w:rsidRDefault="00BD6F36" w:rsidP="00FF778C">
      <w:pPr>
        <w:rPr>
          <w:sz w:val="28"/>
          <w:szCs w:val="28"/>
          <w:lang w:val="en-GB"/>
        </w:rPr>
      </w:pPr>
      <w:r>
        <w:rPr>
          <w:noProof/>
        </w:rPr>
        <w:drawing>
          <wp:inline distT="0" distB="0" distL="0" distR="0" wp14:anchorId="45CFCC1E" wp14:editId="4FD685D2">
            <wp:extent cx="4213098" cy="2124075"/>
            <wp:effectExtent l="0" t="0" r="0" b="0"/>
            <wp:docPr id="27325573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255737" name="Picture 273255737"/>
                    <pic:cNvPicPr/>
                  </pic:nvPicPr>
                  <pic:blipFill>
                    <a:blip r:embed="rId7">
                      <a:extLst>
                        <a:ext uri="{28A0092B-C50C-407E-A947-70E740481C1C}">
                          <a14:useLocalDpi xmlns:a14="http://schemas.microsoft.com/office/drawing/2010/main"/>
                        </a:ext>
                      </a:extLst>
                    </a:blip>
                    <a:stretch>
                      <a:fillRect/>
                    </a:stretch>
                  </pic:blipFill>
                  <pic:spPr>
                    <a:xfrm>
                      <a:off x="0" y="0"/>
                      <a:ext cx="4214912" cy="2124990"/>
                    </a:xfrm>
                    <a:prstGeom prst="rect">
                      <a:avLst/>
                    </a:prstGeom>
                  </pic:spPr>
                </pic:pic>
              </a:graphicData>
            </a:graphic>
          </wp:inline>
        </w:drawing>
      </w:r>
    </w:p>
    <w:p w14:paraId="32862C66" w14:textId="6D1D0FF7" w:rsidR="00FF778C" w:rsidRPr="00FF778C" w:rsidRDefault="00FF778C" w:rsidP="00FF778C">
      <w:pPr>
        <w:rPr>
          <w:sz w:val="28"/>
          <w:szCs w:val="28"/>
          <w:lang w:val="en-GB"/>
        </w:rPr>
      </w:pPr>
      <w:r w:rsidRPr="00FF778C">
        <w:rPr>
          <w:sz w:val="28"/>
          <w:szCs w:val="28"/>
          <w:lang w:val="en-GB"/>
        </w:rPr>
        <w:t>Large datasets can take longer to process, so efficient algorithms are important for improving speed and performance.</w:t>
      </w:r>
    </w:p>
    <w:p w14:paraId="606207AA" w14:textId="77777777" w:rsidR="00FF778C" w:rsidRPr="00FF778C" w:rsidRDefault="00FF778C" w:rsidP="00FF778C">
      <w:pPr>
        <w:rPr>
          <w:sz w:val="40"/>
          <w:szCs w:val="40"/>
          <w:lang w:val="en-GB"/>
        </w:rPr>
      </w:pPr>
      <w:r w:rsidRPr="00FF778C">
        <w:rPr>
          <w:sz w:val="40"/>
          <w:szCs w:val="40"/>
          <w:lang w:val="en-GB"/>
        </w:rPr>
        <w:t>Choosing Sorting Methods</w:t>
      </w:r>
    </w:p>
    <w:p w14:paraId="2BCCF0F5" w14:textId="77777777" w:rsidR="00FF778C" w:rsidRPr="00FF778C" w:rsidRDefault="00FF778C" w:rsidP="00FF778C">
      <w:pPr>
        <w:rPr>
          <w:sz w:val="28"/>
          <w:szCs w:val="28"/>
          <w:lang w:val="en-GB"/>
        </w:rPr>
      </w:pPr>
      <w:r w:rsidRPr="00FF778C">
        <w:rPr>
          <w:sz w:val="28"/>
          <w:szCs w:val="28"/>
          <w:lang w:val="en-GB"/>
        </w:rPr>
        <w:t>After understanding the dataset, the next step is choosing the correct sorting method. Different sorting algorithms work better in different situations. Some methods are simple but slower, while others are more advanced and faster for large datasets.</w:t>
      </w:r>
    </w:p>
    <w:p w14:paraId="7044A591" w14:textId="77777777" w:rsidR="00FF778C" w:rsidRPr="00FF778C" w:rsidRDefault="00FF778C" w:rsidP="00FF778C">
      <w:pPr>
        <w:rPr>
          <w:sz w:val="28"/>
          <w:szCs w:val="28"/>
          <w:lang w:val="en-GB"/>
        </w:rPr>
      </w:pPr>
      <w:r w:rsidRPr="00FF778C">
        <w:rPr>
          <w:sz w:val="28"/>
          <w:szCs w:val="28"/>
          <w:lang w:val="en-GB"/>
        </w:rPr>
        <w:lastRenderedPageBreak/>
        <w:t>One common sorting method is Bubble Sort. Bubble Sort compares numbers one by one and swaps them into the correct position. Larger values slowly move towards the end of the list until everything is sorted correctly. Bubble Sort is easy to understand but can become slow when working with large datasets.</w:t>
      </w:r>
    </w:p>
    <w:p w14:paraId="14909F38" w14:textId="77777777" w:rsidR="00FF778C" w:rsidRPr="00FF778C" w:rsidRDefault="00FF778C" w:rsidP="00FF778C">
      <w:pPr>
        <w:rPr>
          <w:sz w:val="28"/>
          <w:szCs w:val="28"/>
          <w:lang w:val="en-GB"/>
        </w:rPr>
      </w:pPr>
      <w:r w:rsidRPr="00FF778C">
        <w:rPr>
          <w:sz w:val="28"/>
          <w:szCs w:val="28"/>
          <w:lang w:val="en-GB"/>
        </w:rPr>
        <w:t>Another sorting method is Merge Sort. Merge Sort breaks the data into smaller sections until each value is separated individually. The smaller lists are then combined together in the correct order. Merge Sort is usually faster and more efficient for large datasets because it reduces the number of comparisons needed.</w:t>
      </w:r>
    </w:p>
    <w:p w14:paraId="0B38DE6B" w14:textId="77777777" w:rsidR="00FF778C" w:rsidRPr="00FF778C" w:rsidRDefault="00FF778C" w:rsidP="00FF778C">
      <w:pPr>
        <w:rPr>
          <w:sz w:val="28"/>
          <w:szCs w:val="28"/>
          <w:lang w:val="en-GB"/>
        </w:rPr>
      </w:pPr>
      <w:r w:rsidRPr="00FF778C">
        <w:rPr>
          <w:sz w:val="28"/>
          <w:szCs w:val="28"/>
          <w:lang w:val="en-GB"/>
        </w:rPr>
        <w:t>Choosing the correct sorting method is important because it affects:</w:t>
      </w:r>
    </w:p>
    <w:p w14:paraId="1FB975C1" w14:textId="77777777" w:rsidR="00FF778C" w:rsidRPr="00FF778C" w:rsidRDefault="00FF778C" w:rsidP="002B4F7D">
      <w:pPr>
        <w:numPr>
          <w:ilvl w:val="0"/>
          <w:numId w:val="20"/>
        </w:numPr>
        <w:rPr>
          <w:sz w:val="28"/>
          <w:szCs w:val="28"/>
          <w:lang w:val="en-GB"/>
        </w:rPr>
      </w:pPr>
      <w:r w:rsidRPr="00FF778C">
        <w:rPr>
          <w:sz w:val="28"/>
          <w:szCs w:val="28"/>
          <w:lang w:val="en-GB"/>
        </w:rPr>
        <w:t xml:space="preserve">Speed </w:t>
      </w:r>
    </w:p>
    <w:p w14:paraId="28E74083" w14:textId="77777777" w:rsidR="00FF778C" w:rsidRPr="00FF778C" w:rsidRDefault="00FF778C" w:rsidP="002B4F7D">
      <w:pPr>
        <w:numPr>
          <w:ilvl w:val="0"/>
          <w:numId w:val="20"/>
        </w:numPr>
        <w:rPr>
          <w:sz w:val="28"/>
          <w:szCs w:val="28"/>
          <w:lang w:val="en-GB"/>
        </w:rPr>
      </w:pPr>
      <w:r w:rsidRPr="00FF778C">
        <w:rPr>
          <w:sz w:val="28"/>
          <w:szCs w:val="28"/>
          <w:lang w:val="en-GB"/>
        </w:rPr>
        <w:t xml:space="preserve">Accuracy </w:t>
      </w:r>
    </w:p>
    <w:p w14:paraId="4AA29B6F" w14:textId="77777777" w:rsidR="00FF778C" w:rsidRPr="00FF778C" w:rsidRDefault="00FF778C" w:rsidP="002B4F7D">
      <w:pPr>
        <w:numPr>
          <w:ilvl w:val="0"/>
          <w:numId w:val="20"/>
        </w:numPr>
        <w:rPr>
          <w:sz w:val="28"/>
          <w:szCs w:val="28"/>
          <w:lang w:val="en-GB"/>
        </w:rPr>
      </w:pPr>
      <w:r w:rsidRPr="00FF778C">
        <w:rPr>
          <w:sz w:val="28"/>
          <w:szCs w:val="28"/>
          <w:lang w:val="en-GB"/>
        </w:rPr>
        <w:t xml:space="preserve">Efficiency </w:t>
      </w:r>
    </w:p>
    <w:p w14:paraId="5B31D3DB" w14:textId="77777777" w:rsidR="00FF778C" w:rsidRPr="00FF778C" w:rsidRDefault="00FF778C" w:rsidP="002B4F7D">
      <w:pPr>
        <w:numPr>
          <w:ilvl w:val="0"/>
          <w:numId w:val="20"/>
        </w:numPr>
        <w:rPr>
          <w:sz w:val="28"/>
          <w:szCs w:val="28"/>
          <w:lang w:val="en-GB"/>
        </w:rPr>
      </w:pPr>
      <w:r w:rsidRPr="00FF778C">
        <w:rPr>
          <w:sz w:val="28"/>
          <w:szCs w:val="28"/>
          <w:lang w:val="en-GB"/>
        </w:rPr>
        <w:t xml:space="preserve">System performance </w:t>
      </w:r>
    </w:p>
    <w:p w14:paraId="11290E2C" w14:textId="0E083FFB" w:rsidR="00FF778C" w:rsidRPr="00FF778C" w:rsidRDefault="00FF778C" w:rsidP="00FF778C">
      <w:pPr>
        <w:rPr>
          <w:sz w:val="28"/>
          <w:szCs w:val="28"/>
          <w:lang w:val="en-GB"/>
        </w:rPr>
      </w:pPr>
      <w:r w:rsidRPr="00FF778C">
        <w:rPr>
          <w:sz w:val="28"/>
          <w:szCs w:val="28"/>
          <w:lang w:val="en-GB"/>
        </w:rPr>
        <w:t>For large datasets, faster algorithms such as Merge Sort are usually preferred.</w:t>
      </w:r>
    </w:p>
    <w:p w14:paraId="6F115AF0" w14:textId="77777777" w:rsidR="00FF778C" w:rsidRPr="00FF778C" w:rsidRDefault="00FF778C" w:rsidP="00FF778C">
      <w:pPr>
        <w:rPr>
          <w:sz w:val="40"/>
          <w:szCs w:val="40"/>
          <w:lang w:val="en-GB"/>
        </w:rPr>
      </w:pPr>
      <w:r w:rsidRPr="00FF778C">
        <w:rPr>
          <w:sz w:val="40"/>
          <w:szCs w:val="40"/>
          <w:lang w:val="en-GB"/>
        </w:rPr>
        <w:t>Outputting Final Results</w:t>
      </w:r>
    </w:p>
    <w:p w14:paraId="07DAA8CB" w14:textId="77777777" w:rsidR="00FF778C" w:rsidRPr="00FF778C" w:rsidRDefault="00FF778C" w:rsidP="00FF778C">
      <w:pPr>
        <w:rPr>
          <w:sz w:val="28"/>
          <w:szCs w:val="28"/>
          <w:lang w:val="en-GB"/>
        </w:rPr>
      </w:pPr>
      <w:r w:rsidRPr="00FF778C">
        <w:rPr>
          <w:sz w:val="28"/>
          <w:szCs w:val="28"/>
          <w:lang w:val="en-GB"/>
        </w:rPr>
        <w:t>The final stage is displaying the sorted or searched data as the output. After the algorithm finishes processing the information, the results need to be shown clearly for the user.</w:t>
      </w:r>
    </w:p>
    <w:p w14:paraId="6A8A341B" w14:textId="77777777" w:rsidR="00FF778C" w:rsidRPr="00FF778C" w:rsidRDefault="00FF778C" w:rsidP="00FF778C">
      <w:pPr>
        <w:rPr>
          <w:sz w:val="28"/>
          <w:szCs w:val="28"/>
          <w:lang w:val="en-GB"/>
        </w:rPr>
      </w:pPr>
      <w:r w:rsidRPr="00FF778C">
        <w:rPr>
          <w:sz w:val="28"/>
          <w:szCs w:val="28"/>
          <w:lang w:val="en-GB"/>
        </w:rPr>
        <w:t>For example:</w:t>
      </w:r>
    </w:p>
    <w:p w14:paraId="52FDF122" w14:textId="77777777" w:rsidR="00FF778C" w:rsidRPr="00FF778C" w:rsidRDefault="00FF778C" w:rsidP="002B4F7D">
      <w:pPr>
        <w:numPr>
          <w:ilvl w:val="0"/>
          <w:numId w:val="21"/>
        </w:numPr>
        <w:rPr>
          <w:sz w:val="28"/>
          <w:szCs w:val="28"/>
          <w:lang w:val="en-GB"/>
        </w:rPr>
      </w:pPr>
      <w:r w:rsidRPr="00FF778C">
        <w:rPr>
          <w:sz w:val="28"/>
          <w:szCs w:val="28"/>
          <w:lang w:val="en-GB"/>
        </w:rPr>
        <w:t xml:space="preserve">A sorted list of student marks </w:t>
      </w:r>
    </w:p>
    <w:p w14:paraId="731892D2" w14:textId="77777777" w:rsidR="00FF778C" w:rsidRPr="00FF778C" w:rsidRDefault="00FF778C" w:rsidP="002B4F7D">
      <w:pPr>
        <w:numPr>
          <w:ilvl w:val="0"/>
          <w:numId w:val="21"/>
        </w:numPr>
        <w:rPr>
          <w:sz w:val="28"/>
          <w:szCs w:val="28"/>
          <w:lang w:val="en-GB"/>
        </w:rPr>
      </w:pPr>
      <w:r w:rsidRPr="00FF778C">
        <w:rPr>
          <w:sz w:val="28"/>
          <w:szCs w:val="28"/>
          <w:lang w:val="en-GB"/>
        </w:rPr>
        <w:t xml:space="preserve">Products arranged by price </w:t>
      </w:r>
    </w:p>
    <w:p w14:paraId="10C56A98" w14:textId="77777777" w:rsidR="00FF778C" w:rsidRPr="00FF778C" w:rsidRDefault="00FF778C" w:rsidP="002B4F7D">
      <w:pPr>
        <w:numPr>
          <w:ilvl w:val="0"/>
          <w:numId w:val="21"/>
        </w:numPr>
        <w:rPr>
          <w:sz w:val="28"/>
          <w:szCs w:val="28"/>
          <w:lang w:val="en-GB"/>
        </w:rPr>
      </w:pPr>
      <w:r w:rsidRPr="00FF778C">
        <w:rPr>
          <w:sz w:val="28"/>
          <w:szCs w:val="28"/>
          <w:lang w:val="en-GB"/>
        </w:rPr>
        <w:t xml:space="preserve">Search results from a database </w:t>
      </w:r>
    </w:p>
    <w:p w14:paraId="0096F6B4" w14:textId="77777777" w:rsidR="00FF778C" w:rsidRPr="00FF778C" w:rsidRDefault="00FF778C" w:rsidP="002B4F7D">
      <w:pPr>
        <w:numPr>
          <w:ilvl w:val="0"/>
          <w:numId w:val="21"/>
        </w:numPr>
        <w:rPr>
          <w:sz w:val="28"/>
          <w:szCs w:val="28"/>
          <w:lang w:val="en-GB"/>
        </w:rPr>
      </w:pPr>
      <w:r w:rsidRPr="00FF778C">
        <w:rPr>
          <w:sz w:val="28"/>
          <w:szCs w:val="28"/>
          <w:lang w:val="en-GB"/>
        </w:rPr>
        <w:t xml:space="preserve">Ranked player scores in a game </w:t>
      </w:r>
    </w:p>
    <w:p w14:paraId="3A8314AF" w14:textId="77777777" w:rsidR="00FF778C" w:rsidRPr="00FF778C" w:rsidRDefault="00FF778C" w:rsidP="00FF778C">
      <w:pPr>
        <w:rPr>
          <w:sz w:val="28"/>
          <w:szCs w:val="28"/>
          <w:lang w:val="en-GB"/>
        </w:rPr>
      </w:pPr>
      <w:r w:rsidRPr="00FF778C">
        <w:rPr>
          <w:sz w:val="28"/>
          <w:szCs w:val="28"/>
          <w:lang w:val="en-GB"/>
        </w:rPr>
        <w:t>The output must be accurate and easy to understand. In many systems, the final results are shown in:</w:t>
      </w:r>
    </w:p>
    <w:p w14:paraId="51BD4761" w14:textId="77777777" w:rsidR="00FF778C" w:rsidRPr="00FF778C" w:rsidRDefault="00FF778C" w:rsidP="002B4F7D">
      <w:pPr>
        <w:numPr>
          <w:ilvl w:val="0"/>
          <w:numId w:val="22"/>
        </w:numPr>
        <w:rPr>
          <w:sz w:val="28"/>
          <w:szCs w:val="28"/>
          <w:lang w:val="en-GB"/>
        </w:rPr>
      </w:pPr>
      <w:r w:rsidRPr="00FF778C">
        <w:rPr>
          <w:sz w:val="28"/>
          <w:szCs w:val="28"/>
          <w:lang w:val="en-GB"/>
        </w:rPr>
        <w:t xml:space="preserve">Tables </w:t>
      </w:r>
    </w:p>
    <w:p w14:paraId="65683651" w14:textId="77777777" w:rsidR="00FF778C" w:rsidRPr="00FF778C" w:rsidRDefault="00FF778C" w:rsidP="002B4F7D">
      <w:pPr>
        <w:numPr>
          <w:ilvl w:val="0"/>
          <w:numId w:val="22"/>
        </w:numPr>
        <w:rPr>
          <w:sz w:val="28"/>
          <w:szCs w:val="28"/>
          <w:lang w:val="en-GB"/>
        </w:rPr>
      </w:pPr>
      <w:r w:rsidRPr="00FF778C">
        <w:rPr>
          <w:sz w:val="28"/>
          <w:szCs w:val="28"/>
          <w:lang w:val="en-GB"/>
        </w:rPr>
        <w:t xml:space="preserve">Graphs </w:t>
      </w:r>
    </w:p>
    <w:p w14:paraId="69F8B8B6" w14:textId="77777777" w:rsidR="00FF778C" w:rsidRPr="00FF778C" w:rsidRDefault="00FF778C" w:rsidP="002B4F7D">
      <w:pPr>
        <w:numPr>
          <w:ilvl w:val="0"/>
          <w:numId w:val="22"/>
        </w:numPr>
        <w:rPr>
          <w:sz w:val="28"/>
          <w:szCs w:val="28"/>
          <w:lang w:val="en-GB"/>
        </w:rPr>
      </w:pPr>
      <w:r w:rsidRPr="00FF778C">
        <w:rPr>
          <w:sz w:val="28"/>
          <w:szCs w:val="28"/>
          <w:lang w:val="en-GB"/>
        </w:rPr>
        <w:lastRenderedPageBreak/>
        <w:t xml:space="preserve">Lists </w:t>
      </w:r>
    </w:p>
    <w:p w14:paraId="05D2FE8E" w14:textId="77777777" w:rsidR="00FF778C" w:rsidRPr="00FF778C" w:rsidRDefault="00FF778C" w:rsidP="002B4F7D">
      <w:pPr>
        <w:numPr>
          <w:ilvl w:val="0"/>
          <w:numId w:val="22"/>
        </w:numPr>
        <w:rPr>
          <w:sz w:val="28"/>
          <w:szCs w:val="28"/>
          <w:lang w:val="en-GB"/>
        </w:rPr>
      </w:pPr>
      <w:r w:rsidRPr="00FF778C">
        <w:rPr>
          <w:sz w:val="28"/>
          <w:szCs w:val="28"/>
          <w:lang w:val="en-GB"/>
        </w:rPr>
        <w:t xml:space="preserve">Charts </w:t>
      </w:r>
    </w:p>
    <w:p w14:paraId="0A7C384C" w14:textId="77777777" w:rsidR="00FF778C" w:rsidRPr="00FF778C" w:rsidRDefault="00FF778C" w:rsidP="002B4F7D">
      <w:pPr>
        <w:numPr>
          <w:ilvl w:val="0"/>
          <w:numId w:val="22"/>
        </w:numPr>
        <w:rPr>
          <w:sz w:val="28"/>
          <w:szCs w:val="28"/>
          <w:lang w:val="en-GB"/>
        </w:rPr>
      </w:pPr>
      <w:r w:rsidRPr="00FF778C">
        <w:rPr>
          <w:sz w:val="28"/>
          <w:szCs w:val="28"/>
          <w:lang w:val="en-GB"/>
        </w:rPr>
        <w:t xml:space="preserve">Databases </w:t>
      </w:r>
    </w:p>
    <w:p w14:paraId="422E0D3B" w14:textId="168CB471" w:rsidR="00FF778C" w:rsidRPr="00FF778C" w:rsidRDefault="00FF778C" w:rsidP="00FF778C">
      <w:pPr>
        <w:rPr>
          <w:sz w:val="28"/>
          <w:szCs w:val="28"/>
          <w:lang w:val="en-GB"/>
        </w:rPr>
      </w:pPr>
      <w:r w:rsidRPr="00FF778C">
        <w:rPr>
          <w:sz w:val="28"/>
          <w:szCs w:val="28"/>
          <w:lang w:val="en-GB"/>
        </w:rPr>
        <w:t>Testing is also important during this stage to make sure the sorting or searching algorithm worked correctly. If errors are found, the system can be improved and tested again.</w:t>
      </w:r>
    </w:p>
    <w:p w14:paraId="50706E96" w14:textId="77777777" w:rsidR="00FF778C" w:rsidRDefault="00FF778C" w:rsidP="00FF778C">
      <w:pPr>
        <w:rPr>
          <w:sz w:val="28"/>
          <w:szCs w:val="28"/>
          <w:lang w:val="en-GB"/>
        </w:rPr>
      </w:pPr>
      <w:r w:rsidRPr="00FF778C">
        <w:rPr>
          <w:sz w:val="28"/>
          <w:szCs w:val="28"/>
          <w:lang w:val="en-GB"/>
        </w:rPr>
        <w:t>Decomposition is a very important computational thinking skill because it helps break large problems into smaller and simpler parts. In searching and sorting systems, decomposition helps programmers understand datasets, choose the correct algorithms, and display accurate final results. By using decomposition, computer systems become more organised, efficient, and reliable when processing large amounts of data.</w:t>
      </w:r>
    </w:p>
    <w:p w14:paraId="1AEE0C23" w14:textId="77777777" w:rsidR="00365C66" w:rsidRPr="001042EF" w:rsidRDefault="00365C66" w:rsidP="001042EF">
      <w:pPr>
        <w:pStyle w:val="Heading1"/>
        <w:rPr>
          <w:color w:val="auto"/>
          <w:sz w:val="56"/>
          <w:szCs w:val="56"/>
          <w:lang w:val="en-GB"/>
        </w:rPr>
      </w:pPr>
      <w:r w:rsidRPr="001042EF">
        <w:rPr>
          <w:color w:val="auto"/>
          <w:sz w:val="56"/>
          <w:szCs w:val="56"/>
          <w:lang w:val="en-GB"/>
        </w:rPr>
        <w:t>3. Visualisation Tools</w:t>
      </w:r>
    </w:p>
    <w:p w14:paraId="39544BF2" w14:textId="77777777" w:rsidR="00365C66" w:rsidRPr="001042EF" w:rsidRDefault="00365C66" w:rsidP="00365C66">
      <w:pPr>
        <w:rPr>
          <w:sz w:val="28"/>
          <w:szCs w:val="28"/>
          <w:lang w:val="en-GB"/>
        </w:rPr>
      </w:pPr>
      <w:r w:rsidRPr="001042EF">
        <w:rPr>
          <w:sz w:val="28"/>
          <w:szCs w:val="28"/>
          <w:lang w:val="en-GB"/>
        </w:rPr>
        <w:t>Visualisation tools are very important in computational thinking because they help people understand information more clearly. In computing, visual tools are used to show data, explain processes, and make complex problems easier to understand. They also help programmers and students organise ideas and identify mistakes more easily.</w:t>
      </w:r>
    </w:p>
    <w:p w14:paraId="760EB5A0" w14:textId="41ED732B" w:rsidR="00365C66" w:rsidRDefault="00365C66" w:rsidP="00365C66">
      <w:pPr>
        <w:rPr>
          <w:sz w:val="28"/>
          <w:szCs w:val="28"/>
          <w:lang w:val="en-GB"/>
        </w:rPr>
      </w:pPr>
      <w:r w:rsidRPr="001042EF">
        <w:rPr>
          <w:sz w:val="28"/>
          <w:szCs w:val="28"/>
          <w:lang w:val="en-GB"/>
        </w:rPr>
        <w:t>Different types of visualisation tools are used in computing such as flowcharts, tables, bar charts, and diagrams. These tools help represent information in a visual way instead of only using text.</w:t>
      </w:r>
    </w:p>
    <w:p w14:paraId="537E9063" w14:textId="39760E0A" w:rsidR="00A541AB" w:rsidRPr="001042EF" w:rsidRDefault="00A541AB" w:rsidP="00365C66">
      <w:pPr>
        <w:rPr>
          <w:sz w:val="28"/>
          <w:szCs w:val="28"/>
          <w:lang w:val="en-GB"/>
        </w:rPr>
      </w:pPr>
      <w:r w:rsidRPr="00C624DE">
        <w:rPr>
          <w:noProof/>
        </w:rPr>
        <w:lastRenderedPageBreak/>
        <w:drawing>
          <wp:inline distT="0" distB="0" distL="0" distR="0" wp14:anchorId="01057AF1" wp14:editId="4A4A12D7">
            <wp:extent cx="2787650" cy="3920808"/>
            <wp:effectExtent l="0" t="0" r="0" b="3810"/>
            <wp:docPr id="10292891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289109" name=""/>
                    <pic:cNvPicPr/>
                  </pic:nvPicPr>
                  <pic:blipFill>
                    <a:blip r:embed="rId8"/>
                    <a:stretch>
                      <a:fillRect/>
                    </a:stretch>
                  </pic:blipFill>
                  <pic:spPr>
                    <a:xfrm>
                      <a:off x="0" y="0"/>
                      <a:ext cx="2808831" cy="3950599"/>
                    </a:xfrm>
                    <a:prstGeom prst="rect">
                      <a:avLst/>
                    </a:prstGeom>
                  </pic:spPr>
                </pic:pic>
              </a:graphicData>
            </a:graphic>
          </wp:inline>
        </w:drawing>
      </w:r>
    </w:p>
    <w:p w14:paraId="2D5AA48D" w14:textId="77777777" w:rsidR="00365C66" w:rsidRPr="001042EF" w:rsidRDefault="00365C66" w:rsidP="00365C66">
      <w:pPr>
        <w:rPr>
          <w:sz w:val="40"/>
          <w:szCs w:val="40"/>
          <w:lang w:val="en-GB"/>
        </w:rPr>
      </w:pPr>
      <w:r w:rsidRPr="001042EF">
        <w:rPr>
          <w:sz w:val="40"/>
          <w:szCs w:val="40"/>
          <w:lang w:val="en-GB"/>
        </w:rPr>
        <w:t>Flowcharts</w:t>
      </w:r>
    </w:p>
    <w:p w14:paraId="09677E95" w14:textId="77777777" w:rsidR="00365C66" w:rsidRPr="001042EF" w:rsidRDefault="00365C66" w:rsidP="00365C66">
      <w:pPr>
        <w:rPr>
          <w:sz w:val="28"/>
          <w:szCs w:val="28"/>
          <w:lang w:val="en-GB"/>
        </w:rPr>
      </w:pPr>
      <w:r w:rsidRPr="001042EF">
        <w:rPr>
          <w:sz w:val="28"/>
          <w:szCs w:val="28"/>
          <w:lang w:val="en-GB"/>
        </w:rPr>
        <w:t>A flowchart is a diagram that shows the steps of a process in the correct order. Flowcharts use symbols, arrows, and shapes to explain how a system or algorithm works step by step.</w:t>
      </w:r>
    </w:p>
    <w:p w14:paraId="626FC6EF" w14:textId="77777777" w:rsidR="00365C66" w:rsidRPr="001042EF" w:rsidRDefault="00365C66" w:rsidP="00365C66">
      <w:pPr>
        <w:rPr>
          <w:sz w:val="28"/>
          <w:szCs w:val="28"/>
          <w:lang w:val="en-GB"/>
        </w:rPr>
      </w:pPr>
      <w:r w:rsidRPr="001042EF">
        <w:rPr>
          <w:sz w:val="28"/>
          <w:szCs w:val="28"/>
          <w:lang w:val="en-GB"/>
        </w:rPr>
        <w:t>In computing, flowcharts are used to:</w:t>
      </w:r>
    </w:p>
    <w:p w14:paraId="752FB07D" w14:textId="77777777" w:rsidR="00365C66" w:rsidRPr="001042EF" w:rsidRDefault="00365C66" w:rsidP="002B4F7D">
      <w:pPr>
        <w:numPr>
          <w:ilvl w:val="0"/>
          <w:numId w:val="23"/>
        </w:numPr>
        <w:rPr>
          <w:sz w:val="28"/>
          <w:szCs w:val="28"/>
          <w:lang w:val="en-GB"/>
        </w:rPr>
      </w:pPr>
      <w:r w:rsidRPr="001042EF">
        <w:rPr>
          <w:sz w:val="28"/>
          <w:szCs w:val="28"/>
          <w:lang w:val="en-GB"/>
        </w:rPr>
        <w:t xml:space="preserve">Plan programs </w:t>
      </w:r>
    </w:p>
    <w:p w14:paraId="41929A4E" w14:textId="77777777" w:rsidR="00365C66" w:rsidRPr="001042EF" w:rsidRDefault="00365C66" w:rsidP="002B4F7D">
      <w:pPr>
        <w:numPr>
          <w:ilvl w:val="0"/>
          <w:numId w:val="23"/>
        </w:numPr>
        <w:rPr>
          <w:sz w:val="28"/>
          <w:szCs w:val="28"/>
          <w:lang w:val="en-GB"/>
        </w:rPr>
      </w:pPr>
      <w:r w:rsidRPr="001042EF">
        <w:rPr>
          <w:sz w:val="28"/>
          <w:szCs w:val="28"/>
          <w:lang w:val="en-GB"/>
        </w:rPr>
        <w:t xml:space="preserve">Explain algorithms </w:t>
      </w:r>
    </w:p>
    <w:p w14:paraId="30367595" w14:textId="77777777" w:rsidR="00365C66" w:rsidRPr="001042EF" w:rsidRDefault="00365C66" w:rsidP="002B4F7D">
      <w:pPr>
        <w:numPr>
          <w:ilvl w:val="0"/>
          <w:numId w:val="23"/>
        </w:numPr>
        <w:rPr>
          <w:sz w:val="28"/>
          <w:szCs w:val="28"/>
          <w:lang w:val="en-GB"/>
        </w:rPr>
      </w:pPr>
      <w:r w:rsidRPr="001042EF">
        <w:rPr>
          <w:sz w:val="28"/>
          <w:szCs w:val="28"/>
          <w:lang w:val="en-GB"/>
        </w:rPr>
        <w:t xml:space="preserve">Show decision-making processes </w:t>
      </w:r>
    </w:p>
    <w:p w14:paraId="3449A767" w14:textId="77777777" w:rsidR="00365C66" w:rsidRPr="001042EF" w:rsidRDefault="00365C66" w:rsidP="002B4F7D">
      <w:pPr>
        <w:numPr>
          <w:ilvl w:val="0"/>
          <w:numId w:val="23"/>
        </w:numPr>
        <w:rPr>
          <w:sz w:val="28"/>
          <w:szCs w:val="28"/>
          <w:lang w:val="en-GB"/>
        </w:rPr>
      </w:pPr>
      <w:r w:rsidRPr="001042EF">
        <w:rPr>
          <w:sz w:val="28"/>
          <w:szCs w:val="28"/>
          <w:lang w:val="en-GB"/>
        </w:rPr>
        <w:t xml:space="preserve">Solve problems logically </w:t>
      </w:r>
    </w:p>
    <w:p w14:paraId="08A7DED5" w14:textId="77777777" w:rsidR="00365C66" w:rsidRPr="001042EF" w:rsidRDefault="00365C66" w:rsidP="00365C66">
      <w:pPr>
        <w:rPr>
          <w:sz w:val="28"/>
          <w:szCs w:val="28"/>
          <w:lang w:val="en-GB"/>
        </w:rPr>
      </w:pPr>
      <w:r w:rsidRPr="001042EF">
        <w:rPr>
          <w:sz w:val="28"/>
          <w:szCs w:val="28"/>
          <w:lang w:val="en-GB"/>
        </w:rPr>
        <w:t>For example, a flowchart for a sorting algorithm may show:</w:t>
      </w:r>
    </w:p>
    <w:p w14:paraId="2B1C3EA3" w14:textId="77777777" w:rsidR="00365C66" w:rsidRPr="001042EF" w:rsidRDefault="00365C66" w:rsidP="002B4F7D">
      <w:pPr>
        <w:numPr>
          <w:ilvl w:val="0"/>
          <w:numId w:val="24"/>
        </w:numPr>
        <w:rPr>
          <w:sz w:val="28"/>
          <w:szCs w:val="28"/>
          <w:lang w:val="en-GB"/>
        </w:rPr>
      </w:pPr>
      <w:r w:rsidRPr="001042EF">
        <w:rPr>
          <w:sz w:val="28"/>
          <w:szCs w:val="28"/>
          <w:lang w:val="en-GB"/>
        </w:rPr>
        <w:t xml:space="preserve">Start </w:t>
      </w:r>
    </w:p>
    <w:p w14:paraId="759BC1F6" w14:textId="77777777" w:rsidR="00365C66" w:rsidRPr="001042EF" w:rsidRDefault="00365C66" w:rsidP="002B4F7D">
      <w:pPr>
        <w:numPr>
          <w:ilvl w:val="0"/>
          <w:numId w:val="24"/>
        </w:numPr>
        <w:rPr>
          <w:sz w:val="28"/>
          <w:szCs w:val="28"/>
          <w:lang w:val="en-GB"/>
        </w:rPr>
      </w:pPr>
      <w:r w:rsidRPr="001042EF">
        <w:rPr>
          <w:sz w:val="28"/>
          <w:szCs w:val="28"/>
          <w:lang w:val="en-GB"/>
        </w:rPr>
        <w:t xml:space="preserve">Compare numbers </w:t>
      </w:r>
    </w:p>
    <w:p w14:paraId="736CF6E5" w14:textId="77777777" w:rsidR="00365C66" w:rsidRPr="001042EF" w:rsidRDefault="00365C66" w:rsidP="002B4F7D">
      <w:pPr>
        <w:numPr>
          <w:ilvl w:val="0"/>
          <w:numId w:val="24"/>
        </w:numPr>
        <w:rPr>
          <w:sz w:val="28"/>
          <w:szCs w:val="28"/>
          <w:lang w:val="en-GB"/>
        </w:rPr>
      </w:pPr>
      <w:r w:rsidRPr="001042EF">
        <w:rPr>
          <w:sz w:val="28"/>
          <w:szCs w:val="28"/>
          <w:lang w:val="en-GB"/>
        </w:rPr>
        <w:t xml:space="preserve">Swap values if needed </w:t>
      </w:r>
    </w:p>
    <w:p w14:paraId="3648AB33" w14:textId="77777777" w:rsidR="00365C66" w:rsidRPr="001042EF" w:rsidRDefault="00365C66" w:rsidP="002B4F7D">
      <w:pPr>
        <w:numPr>
          <w:ilvl w:val="0"/>
          <w:numId w:val="24"/>
        </w:numPr>
        <w:rPr>
          <w:sz w:val="28"/>
          <w:szCs w:val="28"/>
          <w:lang w:val="en-GB"/>
        </w:rPr>
      </w:pPr>
      <w:r w:rsidRPr="001042EF">
        <w:rPr>
          <w:sz w:val="28"/>
          <w:szCs w:val="28"/>
          <w:lang w:val="en-GB"/>
        </w:rPr>
        <w:t xml:space="preserve">Repeat the process </w:t>
      </w:r>
    </w:p>
    <w:p w14:paraId="1CDC8EAF" w14:textId="77777777" w:rsidR="00365C66" w:rsidRPr="001042EF" w:rsidRDefault="00365C66" w:rsidP="002B4F7D">
      <w:pPr>
        <w:numPr>
          <w:ilvl w:val="0"/>
          <w:numId w:val="24"/>
        </w:numPr>
        <w:rPr>
          <w:sz w:val="28"/>
          <w:szCs w:val="28"/>
          <w:lang w:val="en-GB"/>
        </w:rPr>
      </w:pPr>
      <w:r w:rsidRPr="001042EF">
        <w:rPr>
          <w:sz w:val="28"/>
          <w:szCs w:val="28"/>
          <w:lang w:val="en-GB"/>
        </w:rPr>
        <w:lastRenderedPageBreak/>
        <w:t xml:space="preserve">Display sorted results </w:t>
      </w:r>
    </w:p>
    <w:p w14:paraId="545A8A2B" w14:textId="77777777" w:rsidR="00365C66" w:rsidRPr="001042EF" w:rsidRDefault="00365C66" w:rsidP="002B4F7D">
      <w:pPr>
        <w:numPr>
          <w:ilvl w:val="0"/>
          <w:numId w:val="24"/>
        </w:numPr>
        <w:rPr>
          <w:sz w:val="28"/>
          <w:szCs w:val="28"/>
          <w:lang w:val="en-GB"/>
        </w:rPr>
      </w:pPr>
      <w:r w:rsidRPr="001042EF">
        <w:rPr>
          <w:sz w:val="28"/>
          <w:szCs w:val="28"/>
          <w:lang w:val="en-GB"/>
        </w:rPr>
        <w:t xml:space="preserve">End </w:t>
      </w:r>
    </w:p>
    <w:p w14:paraId="577A56B1" w14:textId="59F009E6" w:rsidR="00365C66" w:rsidRPr="001042EF" w:rsidRDefault="00365C66" w:rsidP="00365C66">
      <w:pPr>
        <w:rPr>
          <w:sz w:val="28"/>
          <w:szCs w:val="28"/>
          <w:lang w:val="en-GB"/>
        </w:rPr>
      </w:pPr>
      <w:r w:rsidRPr="001042EF">
        <w:rPr>
          <w:sz w:val="28"/>
          <w:szCs w:val="28"/>
          <w:lang w:val="en-GB"/>
        </w:rPr>
        <w:t>Flowcharts are useful because they make programs easier to understand before writing the actual code. They also help programmers identify errors and improve the logic of the system.</w:t>
      </w:r>
    </w:p>
    <w:p w14:paraId="0B5CB61F" w14:textId="77777777" w:rsidR="00365C66" w:rsidRPr="001042EF" w:rsidRDefault="00365C66" w:rsidP="00365C66">
      <w:pPr>
        <w:rPr>
          <w:sz w:val="40"/>
          <w:szCs w:val="40"/>
          <w:lang w:val="en-GB"/>
        </w:rPr>
      </w:pPr>
      <w:r w:rsidRPr="001042EF">
        <w:rPr>
          <w:sz w:val="40"/>
          <w:szCs w:val="40"/>
          <w:lang w:val="en-GB"/>
        </w:rPr>
        <w:t>Tables</w:t>
      </w:r>
    </w:p>
    <w:p w14:paraId="7EC3735D" w14:textId="77777777" w:rsidR="00365C66" w:rsidRPr="001042EF" w:rsidRDefault="00365C66" w:rsidP="00365C66">
      <w:pPr>
        <w:rPr>
          <w:sz w:val="28"/>
          <w:szCs w:val="28"/>
          <w:lang w:val="en-GB"/>
        </w:rPr>
      </w:pPr>
      <w:r w:rsidRPr="001042EF">
        <w:rPr>
          <w:sz w:val="28"/>
          <w:szCs w:val="28"/>
          <w:lang w:val="en-GB"/>
        </w:rPr>
        <w:t>Tables are used to organise information into rows and columns. In computing, tables help display data clearly and make it easier to compare values.</w:t>
      </w:r>
    </w:p>
    <w:p w14:paraId="2B2DA827" w14:textId="77777777" w:rsidR="00365C66" w:rsidRPr="001042EF" w:rsidRDefault="00365C66" w:rsidP="00365C66">
      <w:pPr>
        <w:rPr>
          <w:sz w:val="28"/>
          <w:szCs w:val="28"/>
          <w:lang w:val="en-GB"/>
        </w:rPr>
      </w:pPr>
      <w:r w:rsidRPr="001042EF">
        <w:rPr>
          <w:sz w:val="28"/>
          <w:szCs w:val="28"/>
          <w:lang w:val="en-GB"/>
        </w:rPr>
        <w:t>Tables are commonly used for:</w:t>
      </w:r>
    </w:p>
    <w:p w14:paraId="1198B344" w14:textId="77777777" w:rsidR="00365C66" w:rsidRPr="001042EF" w:rsidRDefault="00365C66" w:rsidP="002B4F7D">
      <w:pPr>
        <w:numPr>
          <w:ilvl w:val="0"/>
          <w:numId w:val="25"/>
        </w:numPr>
        <w:rPr>
          <w:sz w:val="28"/>
          <w:szCs w:val="28"/>
          <w:lang w:val="en-GB"/>
        </w:rPr>
      </w:pPr>
      <w:r w:rsidRPr="001042EF">
        <w:rPr>
          <w:sz w:val="28"/>
          <w:szCs w:val="28"/>
          <w:lang w:val="en-GB"/>
        </w:rPr>
        <w:t xml:space="preserve">Truth tables </w:t>
      </w:r>
    </w:p>
    <w:p w14:paraId="2A21FC0A" w14:textId="77777777" w:rsidR="00365C66" w:rsidRPr="001042EF" w:rsidRDefault="00365C66" w:rsidP="002B4F7D">
      <w:pPr>
        <w:numPr>
          <w:ilvl w:val="0"/>
          <w:numId w:val="25"/>
        </w:numPr>
        <w:rPr>
          <w:sz w:val="28"/>
          <w:szCs w:val="28"/>
          <w:lang w:val="en-GB"/>
        </w:rPr>
      </w:pPr>
      <w:r w:rsidRPr="001042EF">
        <w:rPr>
          <w:sz w:val="28"/>
          <w:szCs w:val="28"/>
          <w:lang w:val="en-GB"/>
        </w:rPr>
        <w:t xml:space="preserve">Databases </w:t>
      </w:r>
    </w:p>
    <w:p w14:paraId="74CED848" w14:textId="77777777" w:rsidR="00365C66" w:rsidRPr="001042EF" w:rsidRDefault="00365C66" w:rsidP="002B4F7D">
      <w:pPr>
        <w:numPr>
          <w:ilvl w:val="0"/>
          <w:numId w:val="25"/>
        </w:numPr>
        <w:rPr>
          <w:sz w:val="28"/>
          <w:szCs w:val="28"/>
          <w:lang w:val="en-GB"/>
        </w:rPr>
      </w:pPr>
      <w:r w:rsidRPr="001042EF">
        <w:rPr>
          <w:sz w:val="28"/>
          <w:szCs w:val="28"/>
          <w:lang w:val="en-GB"/>
        </w:rPr>
        <w:t xml:space="preserve">Test results </w:t>
      </w:r>
    </w:p>
    <w:p w14:paraId="3E4C3B64" w14:textId="77777777" w:rsidR="00365C66" w:rsidRPr="001042EF" w:rsidRDefault="00365C66" w:rsidP="002B4F7D">
      <w:pPr>
        <w:numPr>
          <w:ilvl w:val="0"/>
          <w:numId w:val="25"/>
        </w:numPr>
        <w:rPr>
          <w:sz w:val="28"/>
          <w:szCs w:val="28"/>
          <w:lang w:val="en-GB"/>
        </w:rPr>
      </w:pPr>
      <w:r w:rsidRPr="001042EF">
        <w:rPr>
          <w:sz w:val="28"/>
          <w:szCs w:val="28"/>
          <w:lang w:val="en-GB"/>
        </w:rPr>
        <w:t xml:space="preserve">Sorting examples </w:t>
      </w:r>
    </w:p>
    <w:p w14:paraId="0D8F4146" w14:textId="77777777" w:rsidR="00365C66" w:rsidRPr="001042EF" w:rsidRDefault="00365C66" w:rsidP="002B4F7D">
      <w:pPr>
        <w:numPr>
          <w:ilvl w:val="0"/>
          <w:numId w:val="25"/>
        </w:numPr>
        <w:rPr>
          <w:sz w:val="28"/>
          <w:szCs w:val="28"/>
          <w:lang w:val="en-GB"/>
        </w:rPr>
      </w:pPr>
      <w:r w:rsidRPr="001042EF">
        <w:rPr>
          <w:sz w:val="28"/>
          <w:szCs w:val="28"/>
          <w:lang w:val="en-GB"/>
        </w:rPr>
        <w:t xml:space="preserve">Spreadsheets </w:t>
      </w:r>
    </w:p>
    <w:p w14:paraId="4BC7DB04" w14:textId="77777777" w:rsidR="00365C66" w:rsidRPr="001042EF" w:rsidRDefault="00365C66" w:rsidP="00365C66">
      <w:pPr>
        <w:rPr>
          <w:sz w:val="28"/>
          <w:szCs w:val="28"/>
          <w:lang w:val="en-GB"/>
        </w:rPr>
      </w:pPr>
      <w:r w:rsidRPr="001042EF">
        <w:rPr>
          <w:sz w:val="28"/>
          <w:szCs w:val="28"/>
          <w:lang w:val="en-GB"/>
        </w:rPr>
        <w:t>For example, a table can show how numbers change after each step of a sorting algorithm. Truth tables are also important in Boolean logic because they show all possible input and output combinations for logic gates.</w:t>
      </w:r>
    </w:p>
    <w:p w14:paraId="62F3E2E5" w14:textId="67063AFD" w:rsidR="00365C66" w:rsidRPr="001042EF" w:rsidRDefault="00365C66" w:rsidP="00365C66">
      <w:pPr>
        <w:rPr>
          <w:sz w:val="28"/>
          <w:szCs w:val="28"/>
          <w:lang w:val="en-GB"/>
        </w:rPr>
      </w:pPr>
      <w:r w:rsidRPr="001042EF">
        <w:rPr>
          <w:sz w:val="28"/>
          <w:szCs w:val="28"/>
          <w:lang w:val="en-GB"/>
        </w:rPr>
        <w:t>Tables help improve organisation and make information easier to read and analyse.</w:t>
      </w:r>
    </w:p>
    <w:p w14:paraId="4154549E" w14:textId="77777777" w:rsidR="00365C66" w:rsidRPr="001042EF" w:rsidRDefault="00365C66" w:rsidP="00365C66">
      <w:pPr>
        <w:rPr>
          <w:sz w:val="40"/>
          <w:szCs w:val="40"/>
          <w:lang w:val="en-GB"/>
        </w:rPr>
      </w:pPr>
      <w:r w:rsidRPr="001042EF">
        <w:rPr>
          <w:sz w:val="40"/>
          <w:szCs w:val="40"/>
          <w:lang w:val="en-GB"/>
        </w:rPr>
        <w:t>Bar Charts</w:t>
      </w:r>
    </w:p>
    <w:p w14:paraId="5B3EFAAD" w14:textId="77777777" w:rsidR="00365C66" w:rsidRPr="001042EF" w:rsidRDefault="00365C66" w:rsidP="00365C66">
      <w:pPr>
        <w:rPr>
          <w:sz w:val="28"/>
          <w:szCs w:val="28"/>
          <w:lang w:val="en-GB"/>
        </w:rPr>
      </w:pPr>
      <w:r w:rsidRPr="001042EF">
        <w:rPr>
          <w:sz w:val="28"/>
          <w:szCs w:val="28"/>
          <w:lang w:val="en-GB"/>
        </w:rPr>
        <w:t>Bar charts are visual graphs that use bars to compare different sets of data. The length or height of each bar represents a value.</w:t>
      </w:r>
    </w:p>
    <w:p w14:paraId="1A23B16A" w14:textId="77777777" w:rsidR="00365C66" w:rsidRPr="001042EF" w:rsidRDefault="00365C66" w:rsidP="00365C66">
      <w:pPr>
        <w:rPr>
          <w:sz w:val="28"/>
          <w:szCs w:val="28"/>
          <w:lang w:val="en-GB"/>
        </w:rPr>
      </w:pPr>
      <w:r w:rsidRPr="001042EF">
        <w:rPr>
          <w:sz w:val="28"/>
          <w:szCs w:val="28"/>
          <w:lang w:val="en-GB"/>
        </w:rPr>
        <w:t>In computing, bar charts are used to:</w:t>
      </w:r>
    </w:p>
    <w:p w14:paraId="6659FEEE" w14:textId="77777777" w:rsidR="00365C66" w:rsidRPr="001042EF" w:rsidRDefault="00365C66" w:rsidP="002B4F7D">
      <w:pPr>
        <w:numPr>
          <w:ilvl w:val="0"/>
          <w:numId w:val="26"/>
        </w:numPr>
        <w:rPr>
          <w:sz w:val="28"/>
          <w:szCs w:val="28"/>
          <w:lang w:val="en-GB"/>
        </w:rPr>
      </w:pPr>
      <w:r w:rsidRPr="001042EF">
        <w:rPr>
          <w:sz w:val="28"/>
          <w:szCs w:val="28"/>
          <w:lang w:val="en-GB"/>
        </w:rPr>
        <w:t xml:space="preserve">Compare data </w:t>
      </w:r>
    </w:p>
    <w:p w14:paraId="2595DEFB" w14:textId="77777777" w:rsidR="00365C66" w:rsidRPr="001042EF" w:rsidRDefault="00365C66" w:rsidP="002B4F7D">
      <w:pPr>
        <w:numPr>
          <w:ilvl w:val="0"/>
          <w:numId w:val="26"/>
        </w:numPr>
        <w:rPr>
          <w:sz w:val="28"/>
          <w:szCs w:val="28"/>
          <w:lang w:val="en-GB"/>
        </w:rPr>
      </w:pPr>
      <w:r w:rsidRPr="001042EF">
        <w:rPr>
          <w:sz w:val="28"/>
          <w:szCs w:val="28"/>
          <w:lang w:val="en-GB"/>
        </w:rPr>
        <w:t xml:space="preserve">Show results </w:t>
      </w:r>
    </w:p>
    <w:p w14:paraId="019819F4" w14:textId="77777777" w:rsidR="00365C66" w:rsidRPr="001042EF" w:rsidRDefault="00365C66" w:rsidP="002B4F7D">
      <w:pPr>
        <w:numPr>
          <w:ilvl w:val="0"/>
          <w:numId w:val="26"/>
        </w:numPr>
        <w:rPr>
          <w:sz w:val="28"/>
          <w:szCs w:val="28"/>
          <w:lang w:val="en-GB"/>
        </w:rPr>
      </w:pPr>
      <w:r w:rsidRPr="001042EF">
        <w:rPr>
          <w:sz w:val="28"/>
          <w:szCs w:val="28"/>
          <w:lang w:val="en-GB"/>
        </w:rPr>
        <w:t xml:space="preserve">Analyse performance </w:t>
      </w:r>
    </w:p>
    <w:p w14:paraId="43286627" w14:textId="77777777" w:rsidR="00365C66" w:rsidRPr="001042EF" w:rsidRDefault="00365C66" w:rsidP="002B4F7D">
      <w:pPr>
        <w:numPr>
          <w:ilvl w:val="0"/>
          <w:numId w:val="26"/>
        </w:numPr>
        <w:rPr>
          <w:sz w:val="28"/>
          <w:szCs w:val="28"/>
          <w:lang w:val="en-GB"/>
        </w:rPr>
      </w:pPr>
      <w:r w:rsidRPr="001042EF">
        <w:rPr>
          <w:sz w:val="28"/>
          <w:szCs w:val="28"/>
          <w:lang w:val="en-GB"/>
        </w:rPr>
        <w:lastRenderedPageBreak/>
        <w:t xml:space="preserve">Display statistics </w:t>
      </w:r>
    </w:p>
    <w:p w14:paraId="7FE3CF11" w14:textId="77777777" w:rsidR="00365C66" w:rsidRPr="001042EF" w:rsidRDefault="00365C66" w:rsidP="00365C66">
      <w:pPr>
        <w:rPr>
          <w:sz w:val="28"/>
          <w:szCs w:val="28"/>
          <w:lang w:val="en-GB"/>
        </w:rPr>
      </w:pPr>
      <w:r w:rsidRPr="001042EF">
        <w:rPr>
          <w:sz w:val="28"/>
          <w:szCs w:val="28"/>
          <w:lang w:val="en-GB"/>
        </w:rPr>
        <w:t>For example, a programmer may use a bar chart to compare:</w:t>
      </w:r>
    </w:p>
    <w:p w14:paraId="618BAFDE" w14:textId="77777777" w:rsidR="00365C66" w:rsidRPr="001042EF" w:rsidRDefault="00365C66" w:rsidP="002B4F7D">
      <w:pPr>
        <w:numPr>
          <w:ilvl w:val="0"/>
          <w:numId w:val="27"/>
        </w:numPr>
        <w:rPr>
          <w:sz w:val="28"/>
          <w:szCs w:val="28"/>
          <w:lang w:val="en-GB"/>
        </w:rPr>
      </w:pPr>
      <w:r w:rsidRPr="001042EF">
        <w:rPr>
          <w:sz w:val="28"/>
          <w:szCs w:val="28"/>
          <w:lang w:val="en-GB"/>
        </w:rPr>
        <w:t xml:space="preserve">Sorting speeds </w:t>
      </w:r>
    </w:p>
    <w:p w14:paraId="46E6B8AE" w14:textId="77777777" w:rsidR="00365C66" w:rsidRPr="001042EF" w:rsidRDefault="00365C66" w:rsidP="002B4F7D">
      <w:pPr>
        <w:numPr>
          <w:ilvl w:val="0"/>
          <w:numId w:val="27"/>
        </w:numPr>
        <w:rPr>
          <w:sz w:val="28"/>
          <w:szCs w:val="28"/>
          <w:lang w:val="en-GB"/>
        </w:rPr>
      </w:pPr>
      <w:r w:rsidRPr="001042EF">
        <w:rPr>
          <w:sz w:val="28"/>
          <w:szCs w:val="28"/>
          <w:lang w:val="en-GB"/>
        </w:rPr>
        <w:t xml:space="preserve">Number of search results </w:t>
      </w:r>
    </w:p>
    <w:p w14:paraId="1C47CDAB" w14:textId="77777777" w:rsidR="00365C66" w:rsidRPr="001042EF" w:rsidRDefault="00365C66" w:rsidP="002B4F7D">
      <w:pPr>
        <w:numPr>
          <w:ilvl w:val="0"/>
          <w:numId w:val="27"/>
        </w:numPr>
        <w:rPr>
          <w:sz w:val="28"/>
          <w:szCs w:val="28"/>
          <w:lang w:val="en-GB"/>
        </w:rPr>
      </w:pPr>
      <w:r w:rsidRPr="001042EF">
        <w:rPr>
          <w:sz w:val="28"/>
          <w:szCs w:val="28"/>
          <w:lang w:val="en-GB"/>
        </w:rPr>
        <w:t xml:space="preserve">Game scores </w:t>
      </w:r>
    </w:p>
    <w:p w14:paraId="09A9E687" w14:textId="77777777" w:rsidR="00365C66" w:rsidRPr="001042EF" w:rsidRDefault="00365C66" w:rsidP="002B4F7D">
      <w:pPr>
        <w:numPr>
          <w:ilvl w:val="0"/>
          <w:numId w:val="27"/>
        </w:numPr>
        <w:rPr>
          <w:sz w:val="28"/>
          <w:szCs w:val="28"/>
          <w:lang w:val="en-GB"/>
        </w:rPr>
      </w:pPr>
      <w:r w:rsidRPr="001042EF">
        <w:rPr>
          <w:sz w:val="28"/>
          <w:szCs w:val="28"/>
          <w:lang w:val="en-GB"/>
        </w:rPr>
        <w:t xml:space="preserve">Website traffic </w:t>
      </w:r>
    </w:p>
    <w:p w14:paraId="7685442B" w14:textId="018D9DEB" w:rsidR="00365C66" w:rsidRPr="001042EF" w:rsidRDefault="00365C66" w:rsidP="00365C66">
      <w:pPr>
        <w:rPr>
          <w:sz w:val="28"/>
          <w:szCs w:val="28"/>
          <w:lang w:val="en-GB"/>
        </w:rPr>
      </w:pPr>
      <w:r w:rsidRPr="001042EF">
        <w:rPr>
          <w:sz w:val="28"/>
          <w:szCs w:val="28"/>
          <w:lang w:val="en-GB"/>
        </w:rPr>
        <w:t>Bar charts make large amounts of information easier to understand visually. They also help identify patterns and differences quickly.</w:t>
      </w:r>
    </w:p>
    <w:p w14:paraId="719528BE" w14:textId="77777777" w:rsidR="00365C66" w:rsidRPr="001042EF" w:rsidRDefault="00365C66" w:rsidP="00365C66">
      <w:pPr>
        <w:rPr>
          <w:sz w:val="40"/>
          <w:szCs w:val="40"/>
          <w:lang w:val="en-GB"/>
        </w:rPr>
      </w:pPr>
      <w:r w:rsidRPr="001042EF">
        <w:rPr>
          <w:sz w:val="40"/>
          <w:szCs w:val="40"/>
          <w:lang w:val="en-GB"/>
        </w:rPr>
        <w:t>Diagrams</w:t>
      </w:r>
    </w:p>
    <w:p w14:paraId="0248FC6F" w14:textId="77777777" w:rsidR="00365C66" w:rsidRPr="001042EF" w:rsidRDefault="00365C66" w:rsidP="00365C66">
      <w:pPr>
        <w:rPr>
          <w:sz w:val="28"/>
          <w:szCs w:val="28"/>
          <w:lang w:val="en-GB"/>
        </w:rPr>
      </w:pPr>
      <w:r w:rsidRPr="001042EF">
        <w:rPr>
          <w:sz w:val="28"/>
          <w:szCs w:val="28"/>
          <w:lang w:val="en-GB"/>
        </w:rPr>
        <w:t>Diagrams are visual representations used to explain systems, structures, and processes. In computing, diagrams are very important because they help simplify difficult concepts.</w:t>
      </w:r>
    </w:p>
    <w:p w14:paraId="4508E818" w14:textId="77777777" w:rsidR="00365C66" w:rsidRPr="001042EF" w:rsidRDefault="00365C66" w:rsidP="00365C66">
      <w:pPr>
        <w:rPr>
          <w:sz w:val="28"/>
          <w:szCs w:val="28"/>
          <w:lang w:val="en-GB"/>
        </w:rPr>
      </w:pPr>
      <w:r w:rsidRPr="001042EF">
        <w:rPr>
          <w:sz w:val="28"/>
          <w:szCs w:val="28"/>
          <w:lang w:val="en-GB"/>
        </w:rPr>
        <w:t>Examples of diagrams used in computing include:</w:t>
      </w:r>
    </w:p>
    <w:p w14:paraId="01BCBC4A" w14:textId="77777777" w:rsidR="00365C66" w:rsidRPr="001042EF" w:rsidRDefault="00365C66" w:rsidP="002B4F7D">
      <w:pPr>
        <w:numPr>
          <w:ilvl w:val="0"/>
          <w:numId w:val="28"/>
        </w:numPr>
        <w:rPr>
          <w:sz w:val="28"/>
          <w:szCs w:val="28"/>
          <w:lang w:val="en-GB"/>
        </w:rPr>
      </w:pPr>
      <w:r w:rsidRPr="001042EF">
        <w:rPr>
          <w:sz w:val="28"/>
          <w:szCs w:val="28"/>
          <w:lang w:val="en-GB"/>
        </w:rPr>
        <w:t xml:space="preserve">Logic gate diagrams </w:t>
      </w:r>
    </w:p>
    <w:p w14:paraId="409005A6" w14:textId="77777777" w:rsidR="00365C66" w:rsidRPr="001042EF" w:rsidRDefault="00365C66" w:rsidP="002B4F7D">
      <w:pPr>
        <w:numPr>
          <w:ilvl w:val="0"/>
          <w:numId w:val="28"/>
        </w:numPr>
        <w:rPr>
          <w:sz w:val="28"/>
          <w:szCs w:val="28"/>
          <w:lang w:val="en-GB"/>
        </w:rPr>
      </w:pPr>
      <w:r w:rsidRPr="001042EF">
        <w:rPr>
          <w:sz w:val="28"/>
          <w:szCs w:val="28"/>
          <w:lang w:val="en-GB"/>
        </w:rPr>
        <w:t xml:space="preserve">Network diagrams </w:t>
      </w:r>
    </w:p>
    <w:p w14:paraId="703595EF" w14:textId="77777777" w:rsidR="00365C66" w:rsidRPr="001042EF" w:rsidRDefault="00365C66" w:rsidP="002B4F7D">
      <w:pPr>
        <w:numPr>
          <w:ilvl w:val="0"/>
          <w:numId w:val="28"/>
        </w:numPr>
        <w:rPr>
          <w:sz w:val="28"/>
          <w:szCs w:val="28"/>
          <w:lang w:val="en-GB"/>
        </w:rPr>
      </w:pPr>
      <w:r w:rsidRPr="001042EF">
        <w:rPr>
          <w:sz w:val="28"/>
          <w:szCs w:val="28"/>
          <w:lang w:val="en-GB"/>
        </w:rPr>
        <w:t xml:space="preserve">System diagrams </w:t>
      </w:r>
    </w:p>
    <w:p w14:paraId="52C5E07E" w14:textId="77777777" w:rsidR="00365C66" w:rsidRPr="001042EF" w:rsidRDefault="00365C66" w:rsidP="002B4F7D">
      <w:pPr>
        <w:numPr>
          <w:ilvl w:val="0"/>
          <w:numId w:val="28"/>
        </w:numPr>
        <w:rPr>
          <w:sz w:val="28"/>
          <w:szCs w:val="28"/>
          <w:lang w:val="en-GB"/>
        </w:rPr>
      </w:pPr>
      <w:r w:rsidRPr="001042EF">
        <w:rPr>
          <w:sz w:val="28"/>
          <w:szCs w:val="28"/>
          <w:lang w:val="en-GB"/>
        </w:rPr>
        <w:t xml:space="preserve">Binary diagrams </w:t>
      </w:r>
    </w:p>
    <w:p w14:paraId="0C42268E" w14:textId="77777777" w:rsidR="00365C66" w:rsidRPr="001042EF" w:rsidRDefault="00365C66" w:rsidP="002B4F7D">
      <w:pPr>
        <w:numPr>
          <w:ilvl w:val="0"/>
          <w:numId w:val="28"/>
        </w:numPr>
        <w:rPr>
          <w:sz w:val="28"/>
          <w:szCs w:val="28"/>
          <w:lang w:val="en-GB"/>
        </w:rPr>
      </w:pPr>
      <w:r w:rsidRPr="001042EF">
        <w:rPr>
          <w:sz w:val="28"/>
          <w:szCs w:val="28"/>
          <w:lang w:val="en-GB"/>
        </w:rPr>
        <w:t xml:space="preserve">Flow diagrams </w:t>
      </w:r>
    </w:p>
    <w:p w14:paraId="60CDD4D3" w14:textId="77777777" w:rsidR="00365C66" w:rsidRPr="001042EF" w:rsidRDefault="00365C66" w:rsidP="00365C66">
      <w:pPr>
        <w:rPr>
          <w:sz w:val="28"/>
          <w:szCs w:val="28"/>
          <w:lang w:val="en-GB"/>
        </w:rPr>
      </w:pPr>
      <w:r w:rsidRPr="001042EF">
        <w:rPr>
          <w:sz w:val="28"/>
          <w:szCs w:val="28"/>
          <w:lang w:val="en-GB"/>
        </w:rPr>
        <w:t>For example, logic gate diagrams show how Boolean operations such as AND, OR, and NOT work together inside digital systems. Diagrams are also used to explain sorting methods and algorithms step by step.</w:t>
      </w:r>
    </w:p>
    <w:p w14:paraId="536A882E" w14:textId="77777777" w:rsidR="00365C66" w:rsidRPr="001042EF" w:rsidRDefault="00365C66" w:rsidP="00365C66">
      <w:pPr>
        <w:rPr>
          <w:sz w:val="28"/>
          <w:szCs w:val="28"/>
          <w:lang w:val="en-GB"/>
        </w:rPr>
      </w:pPr>
      <w:r w:rsidRPr="001042EF">
        <w:rPr>
          <w:sz w:val="28"/>
          <w:szCs w:val="28"/>
          <w:lang w:val="en-GB"/>
        </w:rPr>
        <w:t>Using diagrams helps learners understand computing concepts more easily because the information is shown visually instead of only through written explanations.</w:t>
      </w:r>
    </w:p>
    <w:p w14:paraId="2EDEF9B2" w14:textId="77777777" w:rsidR="00365C66" w:rsidRPr="001042EF" w:rsidRDefault="00365C66" w:rsidP="00365C66">
      <w:pPr>
        <w:rPr>
          <w:sz w:val="28"/>
          <w:szCs w:val="28"/>
          <w:lang w:val="en-GB"/>
        </w:rPr>
      </w:pPr>
      <w:r w:rsidRPr="001042EF">
        <w:rPr>
          <w:sz w:val="28"/>
          <w:szCs w:val="28"/>
          <w:lang w:val="en-GB"/>
        </w:rPr>
        <w:t>Visualisation tools are an important part of computational thinking because they help represent data and processes clearly. Flowcharts, tables, bar charts, and diagrams all help programmers organise information, explain algorithms, and solve problems more effectively.</w:t>
      </w:r>
    </w:p>
    <w:p w14:paraId="3B1DE121" w14:textId="6DCCBB66" w:rsidR="00365C66" w:rsidRDefault="00944DAD" w:rsidP="00365C66">
      <w:pPr>
        <w:rPr>
          <w:sz w:val="28"/>
          <w:szCs w:val="28"/>
          <w:lang w:val="en-GB"/>
        </w:rPr>
      </w:pPr>
      <w:r w:rsidRPr="00CA4242">
        <w:rPr>
          <w:b/>
          <w:bCs/>
          <w:noProof/>
        </w:rPr>
        <w:lastRenderedPageBreak/>
        <w:drawing>
          <wp:anchor distT="0" distB="0" distL="114300" distR="114300" simplePos="0" relativeHeight="251656704" behindDoc="0" locked="0" layoutInCell="1" allowOverlap="1" wp14:anchorId="0A1FE3CA" wp14:editId="40E5E123">
            <wp:simplePos x="0" y="0"/>
            <wp:positionH relativeFrom="margin">
              <wp:posOffset>3314700</wp:posOffset>
            </wp:positionH>
            <wp:positionV relativeFrom="paragraph">
              <wp:posOffset>934085</wp:posOffset>
            </wp:positionV>
            <wp:extent cx="3559175" cy="2209800"/>
            <wp:effectExtent l="0" t="0" r="3175" b="0"/>
            <wp:wrapThrough wrapText="bothSides">
              <wp:wrapPolygon edited="0">
                <wp:start x="0" y="0"/>
                <wp:lineTo x="0" y="21414"/>
                <wp:lineTo x="21504" y="21414"/>
                <wp:lineTo x="21504" y="0"/>
                <wp:lineTo x="0" y="0"/>
              </wp:wrapPolygon>
            </wp:wrapThrough>
            <wp:docPr id="19890884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4900449" name=""/>
                    <pic:cNvPicPr/>
                  </pic:nvPicPr>
                  <pic:blipFill rotWithShape="1">
                    <a:blip r:embed="rId9">
                      <a:extLst>
                        <a:ext uri="{28A0092B-C50C-407E-A947-70E740481C1C}">
                          <a14:useLocalDpi xmlns:a14="http://schemas.microsoft.com/office/drawing/2010/main" val="0"/>
                        </a:ext>
                      </a:extLst>
                    </a:blip>
                    <a:srcRect l="61328" r="1942"/>
                    <a:stretch>
                      <a:fillRect/>
                    </a:stretch>
                  </pic:blipFill>
                  <pic:spPr bwMode="auto">
                    <a:xfrm>
                      <a:off x="0" y="0"/>
                      <a:ext cx="3559175" cy="22098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65C66" w:rsidRPr="001042EF">
        <w:rPr>
          <w:sz w:val="28"/>
          <w:szCs w:val="28"/>
          <w:lang w:val="en-GB"/>
        </w:rPr>
        <w:t>These tools are widely used in programming, software development, databases, networking, and digital systems. They also improve understanding and communication by making complex information easier to read and analyse.</w:t>
      </w:r>
    </w:p>
    <w:p w14:paraId="0D0F2F8E" w14:textId="32A2A4A1" w:rsidR="00632565" w:rsidRDefault="00944DAD" w:rsidP="00365C66">
      <w:pPr>
        <w:rPr>
          <w:sz w:val="28"/>
          <w:szCs w:val="28"/>
          <w:lang w:val="en-GB"/>
        </w:rPr>
      </w:pPr>
      <w:r w:rsidRPr="00CA4242">
        <w:rPr>
          <w:b/>
          <w:bCs/>
          <w:noProof/>
        </w:rPr>
        <w:drawing>
          <wp:anchor distT="0" distB="0" distL="114300" distR="114300" simplePos="0" relativeHeight="251661824" behindDoc="0" locked="0" layoutInCell="1" allowOverlap="1" wp14:anchorId="1BF883AB" wp14:editId="392E0623">
            <wp:simplePos x="0" y="0"/>
            <wp:positionH relativeFrom="column">
              <wp:posOffset>-360045</wp:posOffset>
            </wp:positionH>
            <wp:positionV relativeFrom="paragraph">
              <wp:posOffset>114300</wp:posOffset>
            </wp:positionV>
            <wp:extent cx="3419475" cy="2183911"/>
            <wp:effectExtent l="0" t="0" r="0" b="6985"/>
            <wp:wrapThrough wrapText="bothSides">
              <wp:wrapPolygon edited="0">
                <wp:start x="0" y="0"/>
                <wp:lineTo x="0" y="21481"/>
                <wp:lineTo x="21419" y="21481"/>
                <wp:lineTo x="21419" y="0"/>
                <wp:lineTo x="0" y="0"/>
              </wp:wrapPolygon>
            </wp:wrapThrough>
            <wp:docPr id="587633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4900449" name=""/>
                    <pic:cNvPicPr/>
                  </pic:nvPicPr>
                  <pic:blipFill rotWithShape="1">
                    <a:blip r:embed="rId9">
                      <a:extLst>
                        <a:ext uri="{28A0092B-C50C-407E-A947-70E740481C1C}">
                          <a14:useLocalDpi xmlns:a14="http://schemas.microsoft.com/office/drawing/2010/main" val="0"/>
                        </a:ext>
                      </a:extLst>
                    </a:blip>
                    <a:srcRect l="25429" r="38837"/>
                    <a:stretch>
                      <a:fillRect/>
                    </a:stretch>
                  </pic:blipFill>
                  <pic:spPr bwMode="auto">
                    <a:xfrm>
                      <a:off x="0" y="0"/>
                      <a:ext cx="3419475" cy="218391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CB2E42E" w14:textId="314F1FC2" w:rsidR="000B280D" w:rsidRDefault="000B280D" w:rsidP="00365C66">
      <w:pPr>
        <w:rPr>
          <w:sz w:val="28"/>
          <w:szCs w:val="28"/>
          <w:lang w:val="en-GB"/>
        </w:rPr>
      </w:pPr>
      <w:r w:rsidRPr="00CA4242">
        <w:rPr>
          <w:b/>
          <w:bCs/>
          <w:noProof/>
        </w:rPr>
        <w:drawing>
          <wp:anchor distT="0" distB="0" distL="114300" distR="114300" simplePos="0" relativeHeight="251664896" behindDoc="0" locked="0" layoutInCell="1" allowOverlap="1" wp14:anchorId="43822AAC" wp14:editId="73ABD01D">
            <wp:simplePos x="0" y="0"/>
            <wp:positionH relativeFrom="margin">
              <wp:posOffset>0</wp:posOffset>
            </wp:positionH>
            <wp:positionV relativeFrom="paragraph">
              <wp:posOffset>361315</wp:posOffset>
            </wp:positionV>
            <wp:extent cx="3676650" cy="2135505"/>
            <wp:effectExtent l="0" t="0" r="0" b="0"/>
            <wp:wrapThrough wrapText="bothSides">
              <wp:wrapPolygon edited="0">
                <wp:start x="0" y="0"/>
                <wp:lineTo x="0" y="21388"/>
                <wp:lineTo x="21488" y="21388"/>
                <wp:lineTo x="21488" y="0"/>
                <wp:lineTo x="0" y="0"/>
              </wp:wrapPolygon>
            </wp:wrapThrough>
            <wp:docPr id="12749004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4900449" name=""/>
                    <pic:cNvPicPr/>
                  </pic:nvPicPr>
                  <pic:blipFill rotWithShape="1">
                    <a:blip r:embed="rId9">
                      <a:extLst>
                        <a:ext uri="{28A0092B-C50C-407E-A947-70E740481C1C}">
                          <a14:useLocalDpi xmlns:a14="http://schemas.microsoft.com/office/drawing/2010/main" val="0"/>
                        </a:ext>
                      </a:extLst>
                    </a:blip>
                    <a:srcRect r="75404" b="37409"/>
                    <a:stretch>
                      <a:fillRect/>
                    </a:stretch>
                  </pic:blipFill>
                  <pic:spPr bwMode="auto">
                    <a:xfrm>
                      <a:off x="0" y="0"/>
                      <a:ext cx="3676650" cy="21355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27DA35E" w14:textId="77777777" w:rsidR="000B280D" w:rsidRDefault="000B280D" w:rsidP="00365C66">
      <w:pPr>
        <w:rPr>
          <w:sz w:val="28"/>
          <w:szCs w:val="28"/>
          <w:lang w:val="en-GB"/>
        </w:rPr>
      </w:pPr>
    </w:p>
    <w:p w14:paraId="72DC92D6" w14:textId="77777777" w:rsidR="000B280D" w:rsidRDefault="000B280D" w:rsidP="00365C66">
      <w:pPr>
        <w:rPr>
          <w:sz w:val="28"/>
          <w:szCs w:val="28"/>
          <w:lang w:val="en-GB"/>
        </w:rPr>
      </w:pPr>
    </w:p>
    <w:p w14:paraId="1BC7B603" w14:textId="77777777" w:rsidR="000B280D" w:rsidRDefault="000B280D" w:rsidP="00365C66">
      <w:pPr>
        <w:rPr>
          <w:sz w:val="28"/>
          <w:szCs w:val="28"/>
          <w:lang w:val="en-GB"/>
        </w:rPr>
      </w:pPr>
    </w:p>
    <w:p w14:paraId="6F544DDA" w14:textId="77777777" w:rsidR="000B280D" w:rsidRDefault="000B280D" w:rsidP="00365C66">
      <w:pPr>
        <w:rPr>
          <w:sz w:val="28"/>
          <w:szCs w:val="28"/>
          <w:lang w:val="en-GB"/>
        </w:rPr>
      </w:pPr>
    </w:p>
    <w:p w14:paraId="58F9A76D" w14:textId="77777777" w:rsidR="000B280D" w:rsidRDefault="000B280D" w:rsidP="00365C66">
      <w:pPr>
        <w:rPr>
          <w:sz w:val="28"/>
          <w:szCs w:val="28"/>
          <w:lang w:val="en-GB"/>
        </w:rPr>
      </w:pPr>
    </w:p>
    <w:p w14:paraId="11E94ADE" w14:textId="77777777" w:rsidR="000B280D" w:rsidRDefault="000B280D" w:rsidP="00365C66">
      <w:pPr>
        <w:rPr>
          <w:sz w:val="28"/>
          <w:szCs w:val="28"/>
          <w:lang w:val="en-GB"/>
        </w:rPr>
      </w:pPr>
    </w:p>
    <w:p w14:paraId="79DD13D7" w14:textId="59915419" w:rsidR="000B280D" w:rsidRPr="00E27EDB" w:rsidRDefault="00E27EDB" w:rsidP="00E27EDB">
      <w:pPr>
        <w:pStyle w:val="ListParagraph"/>
      </w:pPr>
      <w:r>
        <w:t xml:space="preserve">These results on the bar charts show us that when the list is sorted it will be in ascending order visually in a chart going from bottom to top in order and if it is not then the chart will be scattered and not in any order at all before the sorting algorithm was used on it. I used the list </w:t>
      </w:r>
      <w:r w:rsidRPr="00D92E32">
        <w:rPr>
          <w:rFonts w:ascii="Aptos" w:eastAsia="Aptos" w:hAnsi="Aptos" w:cs="Aptos"/>
          <w:b/>
          <w:bCs/>
          <w:highlight w:val="yellow"/>
        </w:rPr>
        <w:t>[25,13, 4,17, 52,12, 34, 42]</w:t>
      </w:r>
      <w:r w:rsidRPr="00D92E32">
        <w:rPr>
          <w:rFonts w:ascii="Aptos" w:eastAsia="Aptos" w:hAnsi="Aptos" w:cs="Aptos"/>
          <w:b/>
          <w:bCs/>
        </w:rPr>
        <w:t xml:space="preserve"> </w:t>
      </w:r>
      <w:r w:rsidRPr="00D92E32">
        <w:rPr>
          <w:rFonts w:ascii="Aptos" w:eastAsia="Aptos" w:hAnsi="Aptos" w:cs="Aptos"/>
        </w:rPr>
        <w:t>to make this in Microsoft excel.</w:t>
      </w:r>
    </w:p>
    <w:p w14:paraId="52D9D929" w14:textId="77777777" w:rsidR="00317B52" w:rsidRPr="00316311" w:rsidRDefault="00317B52" w:rsidP="00316311">
      <w:pPr>
        <w:pStyle w:val="Heading1"/>
        <w:rPr>
          <w:color w:val="auto"/>
          <w:sz w:val="56"/>
          <w:szCs w:val="56"/>
          <w:lang w:val="en-GB"/>
        </w:rPr>
      </w:pPr>
      <w:r w:rsidRPr="00316311">
        <w:rPr>
          <w:color w:val="auto"/>
          <w:sz w:val="56"/>
          <w:szCs w:val="56"/>
          <w:lang w:val="en-GB"/>
        </w:rPr>
        <w:t>4. Structured Mathematical Methods</w:t>
      </w:r>
    </w:p>
    <w:p w14:paraId="0A6CDE3A" w14:textId="77777777" w:rsidR="00317B52" w:rsidRPr="00316311" w:rsidRDefault="00317B52" w:rsidP="00317B52">
      <w:pPr>
        <w:rPr>
          <w:sz w:val="40"/>
          <w:szCs w:val="40"/>
          <w:lang w:val="en-GB"/>
        </w:rPr>
      </w:pPr>
      <w:r w:rsidRPr="00316311">
        <w:rPr>
          <w:sz w:val="40"/>
          <w:szCs w:val="40"/>
          <w:lang w:val="en-GB"/>
        </w:rPr>
        <w:t>Explain Merge Sort</w:t>
      </w:r>
    </w:p>
    <w:p w14:paraId="0D9612DE" w14:textId="77777777" w:rsidR="00317B52" w:rsidRPr="00316311" w:rsidRDefault="00317B52" w:rsidP="00317B52">
      <w:pPr>
        <w:rPr>
          <w:sz w:val="28"/>
          <w:szCs w:val="28"/>
          <w:lang w:val="en-GB"/>
        </w:rPr>
      </w:pPr>
      <w:r w:rsidRPr="00316311">
        <w:rPr>
          <w:sz w:val="28"/>
          <w:szCs w:val="28"/>
          <w:lang w:val="en-GB"/>
        </w:rPr>
        <w:t>Merge Sort is a sorting algorithm used to arrange data into the correct order. It is a structured method because it follows clear steps to break the problem down and solve it logically. Merge Sort uses a method called divide and conquer.</w:t>
      </w:r>
    </w:p>
    <w:p w14:paraId="515E802D" w14:textId="77777777" w:rsidR="00317B52" w:rsidRPr="00317B52" w:rsidRDefault="00317B52" w:rsidP="00317B52">
      <w:pPr>
        <w:rPr>
          <w:sz w:val="28"/>
          <w:szCs w:val="28"/>
          <w:lang w:val="en-GB"/>
        </w:rPr>
      </w:pPr>
      <w:r w:rsidRPr="00317B52">
        <w:rPr>
          <w:sz w:val="28"/>
          <w:szCs w:val="28"/>
          <w:lang w:val="en-GB"/>
        </w:rPr>
        <w:lastRenderedPageBreak/>
        <w:t>This means the list is first divided into smaller parts, then each part is sorted, and finally all the sorted parts are joined back together.</w:t>
      </w:r>
    </w:p>
    <w:p w14:paraId="01D396D9" w14:textId="780A7A22" w:rsidR="00317B52" w:rsidRPr="00317B52" w:rsidRDefault="00317B52" w:rsidP="00317B52">
      <w:pPr>
        <w:rPr>
          <w:sz w:val="28"/>
          <w:szCs w:val="28"/>
          <w:lang w:val="en-GB"/>
        </w:rPr>
      </w:pPr>
      <w:r w:rsidRPr="00317B52">
        <w:rPr>
          <w:sz w:val="28"/>
          <w:szCs w:val="28"/>
          <w:lang w:val="en-GB"/>
        </w:rPr>
        <w:t>Merge Sort is useful when working with large lists because it is faster and more organised than simple sorting methods like Bubble Sort. It is often used in computing when data needs to be sorted accurately and efficiently.</w:t>
      </w:r>
    </w:p>
    <w:p w14:paraId="2D4EA0F4" w14:textId="77777777" w:rsidR="00317B52" w:rsidRPr="00316311" w:rsidRDefault="00317B52" w:rsidP="00317B52">
      <w:pPr>
        <w:rPr>
          <w:sz w:val="40"/>
          <w:szCs w:val="40"/>
          <w:lang w:val="en-GB"/>
        </w:rPr>
      </w:pPr>
      <w:r w:rsidRPr="00316311">
        <w:rPr>
          <w:sz w:val="40"/>
          <w:szCs w:val="40"/>
          <w:lang w:val="en-GB"/>
        </w:rPr>
        <w:t>How Merge Sort Works</w:t>
      </w:r>
    </w:p>
    <w:p w14:paraId="3C818B3B" w14:textId="77777777" w:rsidR="00317B52" w:rsidRPr="00317B52" w:rsidRDefault="00317B52" w:rsidP="00317B52">
      <w:pPr>
        <w:rPr>
          <w:sz w:val="28"/>
          <w:szCs w:val="28"/>
          <w:lang w:val="en-GB"/>
        </w:rPr>
      </w:pPr>
      <w:r w:rsidRPr="00317B52">
        <w:rPr>
          <w:sz w:val="28"/>
          <w:szCs w:val="28"/>
          <w:lang w:val="en-GB"/>
        </w:rPr>
        <w:t>Merge Sort works in three main stages:</w:t>
      </w:r>
    </w:p>
    <w:p w14:paraId="50C73811" w14:textId="77777777" w:rsidR="00317B52" w:rsidRPr="00317B52" w:rsidRDefault="00317B52" w:rsidP="00317B52">
      <w:pPr>
        <w:rPr>
          <w:sz w:val="28"/>
          <w:szCs w:val="28"/>
          <w:lang w:val="en-GB"/>
        </w:rPr>
      </w:pPr>
      <w:r w:rsidRPr="00317B52">
        <w:rPr>
          <w:sz w:val="28"/>
          <w:szCs w:val="28"/>
          <w:lang w:val="en-GB"/>
        </w:rPr>
        <w:t>First, the original list is divided into smaller lists. This continues until each list has only one item. A list with one item is already sorted.</w:t>
      </w:r>
    </w:p>
    <w:p w14:paraId="05BEB1A8" w14:textId="77777777" w:rsidR="00317B52" w:rsidRPr="00317B52" w:rsidRDefault="00317B52" w:rsidP="00317B52">
      <w:pPr>
        <w:rPr>
          <w:sz w:val="28"/>
          <w:szCs w:val="28"/>
          <w:lang w:val="en-GB"/>
        </w:rPr>
      </w:pPr>
      <w:r w:rsidRPr="00317B52">
        <w:rPr>
          <w:sz w:val="28"/>
          <w:szCs w:val="28"/>
          <w:lang w:val="en-GB"/>
        </w:rPr>
        <w:t>Next, the small lists are compared and sorted. The algorithm checks which number is smaller and places it first.</w:t>
      </w:r>
    </w:p>
    <w:p w14:paraId="7FB22676" w14:textId="77777777" w:rsidR="00317B52" w:rsidRPr="00317B52" w:rsidRDefault="00317B52" w:rsidP="00317B52">
      <w:pPr>
        <w:rPr>
          <w:sz w:val="28"/>
          <w:szCs w:val="28"/>
          <w:lang w:val="en-GB"/>
        </w:rPr>
      </w:pPr>
      <w:r w:rsidRPr="00317B52">
        <w:rPr>
          <w:sz w:val="28"/>
          <w:szCs w:val="28"/>
          <w:lang w:val="en-GB"/>
        </w:rPr>
        <w:t>Finally, the sorted lists are merged together until one complete sorted list is created.</w:t>
      </w:r>
    </w:p>
    <w:p w14:paraId="24766039" w14:textId="5D731D06" w:rsidR="00317B52" w:rsidRPr="00317B52" w:rsidRDefault="00317B52" w:rsidP="00317B52">
      <w:pPr>
        <w:rPr>
          <w:sz w:val="28"/>
          <w:szCs w:val="28"/>
          <w:lang w:val="en-GB"/>
        </w:rPr>
      </w:pPr>
      <w:r w:rsidRPr="00317B52">
        <w:rPr>
          <w:sz w:val="28"/>
          <w:szCs w:val="28"/>
          <w:lang w:val="en-GB"/>
        </w:rPr>
        <w:t>This process continues step by step until all values are in the correct order.</w:t>
      </w:r>
    </w:p>
    <w:p w14:paraId="6C563C27" w14:textId="77777777" w:rsidR="00317B52" w:rsidRPr="00316311" w:rsidRDefault="00317B52" w:rsidP="00317B52">
      <w:pPr>
        <w:rPr>
          <w:sz w:val="28"/>
          <w:szCs w:val="28"/>
          <w:lang w:val="en-GB"/>
        </w:rPr>
      </w:pPr>
      <w:r w:rsidRPr="00316311">
        <w:rPr>
          <w:sz w:val="28"/>
          <w:szCs w:val="28"/>
          <w:lang w:val="en-GB"/>
        </w:rPr>
        <w:t>Step-by-Step Example</w:t>
      </w:r>
    </w:p>
    <w:p w14:paraId="434E8F04" w14:textId="77777777" w:rsidR="00317B52" w:rsidRPr="00316311" w:rsidRDefault="00317B52" w:rsidP="00317B52">
      <w:pPr>
        <w:rPr>
          <w:sz w:val="28"/>
          <w:szCs w:val="28"/>
          <w:lang w:val="en-GB"/>
        </w:rPr>
      </w:pPr>
      <w:r w:rsidRPr="00316311">
        <w:rPr>
          <w:sz w:val="28"/>
          <w:szCs w:val="28"/>
          <w:lang w:val="en-GB"/>
        </w:rPr>
        <w:t>Original list:</w:t>
      </w:r>
    </w:p>
    <w:p w14:paraId="37D16731" w14:textId="77777777" w:rsidR="00317B52" w:rsidRPr="00316311" w:rsidRDefault="00317B52" w:rsidP="00317B52">
      <w:pPr>
        <w:rPr>
          <w:sz w:val="28"/>
          <w:szCs w:val="28"/>
          <w:lang w:val="en-GB"/>
        </w:rPr>
      </w:pPr>
      <w:r w:rsidRPr="00316311">
        <w:rPr>
          <w:sz w:val="28"/>
          <w:szCs w:val="28"/>
          <w:lang w:val="en-GB"/>
        </w:rPr>
        <w:t>[8, 3, 6, 1]</w:t>
      </w:r>
    </w:p>
    <w:p w14:paraId="77709B5D" w14:textId="77777777" w:rsidR="00317B52" w:rsidRPr="00316311" w:rsidRDefault="00317B52" w:rsidP="00317B52">
      <w:pPr>
        <w:rPr>
          <w:sz w:val="28"/>
          <w:szCs w:val="28"/>
          <w:lang w:val="en-GB"/>
        </w:rPr>
      </w:pPr>
      <w:r w:rsidRPr="00316311">
        <w:rPr>
          <w:sz w:val="28"/>
          <w:szCs w:val="28"/>
          <w:lang w:val="en-GB"/>
        </w:rPr>
        <w:t>Step 1: Split the List</w:t>
      </w:r>
    </w:p>
    <w:p w14:paraId="36053373" w14:textId="77777777" w:rsidR="00317B52" w:rsidRPr="00316311" w:rsidRDefault="00317B52" w:rsidP="00317B52">
      <w:pPr>
        <w:rPr>
          <w:sz w:val="28"/>
          <w:szCs w:val="28"/>
          <w:lang w:val="en-GB"/>
        </w:rPr>
      </w:pPr>
      <w:r w:rsidRPr="00316311">
        <w:rPr>
          <w:sz w:val="28"/>
          <w:szCs w:val="28"/>
          <w:lang w:val="en-GB"/>
        </w:rPr>
        <w:t>The list is divided into two halves:</w:t>
      </w:r>
    </w:p>
    <w:p w14:paraId="00939594" w14:textId="77777777" w:rsidR="00317B52" w:rsidRPr="00316311" w:rsidRDefault="00317B52" w:rsidP="00317B52">
      <w:pPr>
        <w:rPr>
          <w:sz w:val="28"/>
          <w:szCs w:val="28"/>
          <w:lang w:val="en-GB"/>
        </w:rPr>
      </w:pPr>
      <w:r w:rsidRPr="00316311">
        <w:rPr>
          <w:sz w:val="28"/>
          <w:szCs w:val="28"/>
          <w:lang w:val="en-GB"/>
        </w:rPr>
        <w:t>[8, 3] and [6, 1]</w:t>
      </w:r>
    </w:p>
    <w:p w14:paraId="38DDF73A" w14:textId="77777777" w:rsidR="00317B52" w:rsidRPr="00316311" w:rsidRDefault="00317B52" w:rsidP="00317B52">
      <w:pPr>
        <w:rPr>
          <w:sz w:val="28"/>
          <w:szCs w:val="28"/>
          <w:lang w:val="en-GB"/>
        </w:rPr>
      </w:pPr>
      <w:r w:rsidRPr="00316311">
        <w:rPr>
          <w:sz w:val="28"/>
          <w:szCs w:val="28"/>
          <w:lang w:val="en-GB"/>
        </w:rPr>
        <w:t>Then each half is divided again:</w:t>
      </w:r>
    </w:p>
    <w:p w14:paraId="36624935" w14:textId="77777777" w:rsidR="00317B52" w:rsidRPr="00316311" w:rsidRDefault="00317B52" w:rsidP="00317B52">
      <w:pPr>
        <w:rPr>
          <w:sz w:val="28"/>
          <w:szCs w:val="28"/>
          <w:lang w:val="en-GB"/>
        </w:rPr>
      </w:pPr>
      <w:r w:rsidRPr="00316311">
        <w:rPr>
          <w:sz w:val="28"/>
          <w:szCs w:val="28"/>
          <w:lang w:val="en-GB"/>
        </w:rPr>
        <w:t>[8] [3] [6] [1]</w:t>
      </w:r>
    </w:p>
    <w:p w14:paraId="42437538" w14:textId="22EB446A" w:rsidR="00317B52" w:rsidRPr="00317B52" w:rsidRDefault="00317B52" w:rsidP="00317B52">
      <w:pPr>
        <w:rPr>
          <w:sz w:val="28"/>
          <w:szCs w:val="28"/>
          <w:lang w:val="en-GB"/>
        </w:rPr>
      </w:pPr>
      <w:r w:rsidRPr="00317B52">
        <w:rPr>
          <w:sz w:val="28"/>
          <w:szCs w:val="28"/>
          <w:lang w:val="en-GB"/>
        </w:rPr>
        <w:t>Now each number is on its own, so each small list is already sorted.</w:t>
      </w:r>
    </w:p>
    <w:p w14:paraId="30F4B37F" w14:textId="77777777" w:rsidR="00317B52" w:rsidRPr="00316311" w:rsidRDefault="00317B52" w:rsidP="00317B52">
      <w:pPr>
        <w:rPr>
          <w:sz w:val="40"/>
          <w:szCs w:val="40"/>
          <w:lang w:val="en-GB"/>
        </w:rPr>
      </w:pPr>
      <w:r w:rsidRPr="00316311">
        <w:rPr>
          <w:sz w:val="40"/>
          <w:szCs w:val="40"/>
          <w:lang w:val="en-GB"/>
        </w:rPr>
        <w:t>Step 2: Sort and Merge Small Lists</w:t>
      </w:r>
    </w:p>
    <w:p w14:paraId="3696D3EC" w14:textId="77777777" w:rsidR="00317B52" w:rsidRPr="00317B52" w:rsidRDefault="00317B52" w:rsidP="00317B52">
      <w:pPr>
        <w:rPr>
          <w:sz w:val="28"/>
          <w:szCs w:val="28"/>
          <w:lang w:val="en-GB"/>
        </w:rPr>
      </w:pPr>
      <w:r w:rsidRPr="00317B52">
        <w:rPr>
          <w:sz w:val="28"/>
          <w:szCs w:val="28"/>
          <w:lang w:val="en-GB"/>
        </w:rPr>
        <w:t>Now compare and merge the values:</w:t>
      </w:r>
    </w:p>
    <w:p w14:paraId="534CD4D5" w14:textId="6D0D03AB" w:rsidR="00317B52" w:rsidRPr="000443BB" w:rsidRDefault="00317B52" w:rsidP="00317B52">
      <w:pPr>
        <w:rPr>
          <w:sz w:val="28"/>
          <w:szCs w:val="28"/>
          <w:lang w:val="en-GB"/>
        </w:rPr>
      </w:pPr>
      <w:r w:rsidRPr="000443BB">
        <w:rPr>
          <w:sz w:val="28"/>
          <w:szCs w:val="28"/>
          <w:lang w:val="en-GB"/>
        </w:rPr>
        <w:t>[8] and [3] → [3, 8]</w:t>
      </w:r>
    </w:p>
    <w:p w14:paraId="458DCFE3" w14:textId="77777777" w:rsidR="00317B52" w:rsidRPr="000443BB" w:rsidRDefault="00317B52" w:rsidP="00317B52">
      <w:pPr>
        <w:rPr>
          <w:sz w:val="28"/>
          <w:szCs w:val="28"/>
          <w:lang w:val="en-GB"/>
        </w:rPr>
      </w:pPr>
      <w:r w:rsidRPr="000443BB">
        <w:rPr>
          <w:sz w:val="28"/>
          <w:szCs w:val="28"/>
          <w:lang w:val="en-GB"/>
        </w:rPr>
        <w:lastRenderedPageBreak/>
        <w:t>[6] and [1] → [1, 6]</w:t>
      </w:r>
    </w:p>
    <w:p w14:paraId="6C6D0F81" w14:textId="77777777" w:rsidR="00317B52" w:rsidRPr="000443BB" w:rsidRDefault="00317B52" w:rsidP="00317B52">
      <w:pPr>
        <w:rPr>
          <w:sz w:val="28"/>
          <w:szCs w:val="28"/>
          <w:lang w:val="en-GB"/>
        </w:rPr>
      </w:pPr>
      <w:r w:rsidRPr="000443BB">
        <w:rPr>
          <w:sz w:val="28"/>
          <w:szCs w:val="28"/>
          <w:lang w:val="en-GB"/>
        </w:rPr>
        <w:t>Now we have two sorted lists:</w:t>
      </w:r>
    </w:p>
    <w:p w14:paraId="15D5CBE5" w14:textId="4CE9158B" w:rsidR="00317B52" w:rsidRPr="00317B52" w:rsidRDefault="00317B52" w:rsidP="00317B52">
      <w:pPr>
        <w:rPr>
          <w:sz w:val="28"/>
          <w:szCs w:val="28"/>
          <w:lang w:val="en-GB"/>
        </w:rPr>
      </w:pPr>
      <w:r w:rsidRPr="000443BB">
        <w:rPr>
          <w:sz w:val="28"/>
          <w:szCs w:val="28"/>
          <w:lang w:val="en-GB"/>
        </w:rPr>
        <w:t>[3, 8] and [1, 6]</w:t>
      </w:r>
    </w:p>
    <w:p w14:paraId="45FBBD00" w14:textId="77777777" w:rsidR="00317B52" w:rsidRPr="000443BB" w:rsidRDefault="00317B52" w:rsidP="00317B52">
      <w:pPr>
        <w:rPr>
          <w:sz w:val="40"/>
          <w:szCs w:val="40"/>
          <w:lang w:val="en-GB"/>
        </w:rPr>
      </w:pPr>
      <w:r w:rsidRPr="000443BB">
        <w:rPr>
          <w:sz w:val="40"/>
          <w:szCs w:val="40"/>
          <w:lang w:val="en-GB"/>
        </w:rPr>
        <w:t>Step 3: Merge the Final Lists</w:t>
      </w:r>
    </w:p>
    <w:p w14:paraId="658E744D" w14:textId="77777777" w:rsidR="00317B52" w:rsidRPr="00317B52" w:rsidRDefault="00317B52" w:rsidP="00317B52">
      <w:pPr>
        <w:rPr>
          <w:sz w:val="28"/>
          <w:szCs w:val="28"/>
          <w:lang w:val="en-GB"/>
        </w:rPr>
      </w:pPr>
      <w:r w:rsidRPr="00317B52">
        <w:rPr>
          <w:sz w:val="28"/>
          <w:szCs w:val="28"/>
          <w:lang w:val="en-GB"/>
        </w:rPr>
        <w:t>Now compare both sorted lists and merge them into one final sorted list.</w:t>
      </w:r>
    </w:p>
    <w:p w14:paraId="25109CDE" w14:textId="77777777" w:rsidR="00317B52" w:rsidRPr="00317B52" w:rsidRDefault="00317B52" w:rsidP="00317B52">
      <w:pPr>
        <w:rPr>
          <w:sz w:val="28"/>
          <w:szCs w:val="28"/>
          <w:lang w:val="en-GB"/>
        </w:rPr>
      </w:pPr>
      <w:r w:rsidRPr="00317B52">
        <w:rPr>
          <w:sz w:val="28"/>
          <w:szCs w:val="28"/>
          <w:lang w:val="en-GB"/>
        </w:rPr>
        <w:t>Compare 3 and 1 → 1 is smaller</w:t>
      </w:r>
      <w:r w:rsidRPr="00317B52">
        <w:rPr>
          <w:sz w:val="28"/>
          <w:szCs w:val="28"/>
          <w:lang w:val="en-GB"/>
        </w:rPr>
        <w:br/>
        <w:t>Compare 3 and 6 → 3 is smaller</w:t>
      </w:r>
      <w:r w:rsidRPr="00317B52">
        <w:rPr>
          <w:sz w:val="28"/>
          <w:szCs w:val="28"/>
          <w:lang w:val="en-GB"/>
        </w:rPr>
        <w:br/>
        <w:t>Compare 8 and 6 → 6 is smaller</w:t>
      </w:r>
      <w:r w:rsidRPr="00317B52">
        <w:rPr>
          <w:sz w:val="28"/>
          <w:szCs w:val="28"/>
          <w:lang w:val="en-GB"/>
        </w:rPr>
        <w:br/>
      </w:r>
      <w:proofErr w:type="spellStart"/>
      <w:r w:rsidRPr="00317B52">
        <w:rPr>
          <w:sz w:val="28"/>
          <w:szCs w:val="28"/>
          <w:lang w:val="en-GB"/>
        </w:rPr>
        <w:t>Then</w:t>
      </w:r>
      <w:proofErr w:type="spellEnd"/>
      <w:r w:rsidRPr="00317B52">
        <w:rPr>
          <w:sz w:val="28"/>
          <w:szCs w:val="28"/>
          <w:lang w:val="en-GB"/>
        </w:rPr>
        <w:t xml:space="preserve"> 8 is left</w:t>
      </w:r>
    </w:p>
    <w:p w14:paraId="095EC3E6" w14:textId="77777777" w:rsidR="00317B52" w:rsidRPr="00317B52" w:rsidRDefault="00317B52" w:rsidP="00317B52">
      <w:pPr>
        <w:rPr>
          <w:sz w:val="28"/>
          <w:szCs w:val="28"/>
          <w:lang w:val="en-GB"/>
        </w:rPr>
      </w:pPr>
      <w:r w:rsidRPr="00317B52">
        <w:rPr>
          <w:sz w:val="28"/>
          <w:szCs w:val="28"/>
          <w:lang w:val="en-GB"/>
        </w:rPr>
        <w:t>Final sorted list:</w:t>
      </w:r>
    </w:p>
    <w:p w14:paraId="48CE6BA4" w14:textId="119263BD" w:rsidR="00317B52" w:rsidRPr="000443BB" w:rsidRDefault="00317B52" w:rsidP="00317B52">
      <w:pPr>
        <w:rPr>
          <w:sz w:val="28"/>
          <w:szCs w:val="28"/>
          <w:lang w:val="en-GB"/>
        </w:rPr>
      </w:pPr>
      <w:r w:rsidRPr="000443BB">
        <w:rPr>
          <w:sz w:val="28"/>
          <w:szCs w:val="28"/>
          <w:lang w:val="en-GB"/>
        </w:rPr>
        <w:t>[1, 3, 6, 8]</w:t>
      </w:r>
    </w:p>
    <w:p w14:paraId="32044633" w14:textId="77777777" w:rsidR="00317B52" w:rsidRPr="000443BB" w:rsidRDefault="00317B52" w:rsidP="00317B52">
      <w:pPr>
        <w:rPr>
          <w:sz w:val="40"/>
          <w:szCs w:val="40"/>
          <w:lang w:val="en-GB"/>
        </w:rPr>
      </w:pPr>
      <w:r w:rsidRPr="000443BB">
        <w:rPr>
          <w:sz w:val="40"/>
          <w:szCs w:val="40"/>
          <w:lang w:val="en-GB"/>
        </w:rPr>
        <w:t>Why Merge Sort is Effective</w:t>
      </w:r>
    </w:p>
    <w:p w14:paraId="6905E146" w14:textId="77777777" w:rsidR="00317B52" w:rsidRPr="00317B52" w:rsidRDefault="00317B52" w:rsidP="00317B52">
      <w:pPr>
        <w:rPr>
          <w:sz w:val="28"/>
          <w:szCs w:val="28"/>
          <w:lang w:val="en-GB"/>
        </w:rPr>
      </w:pPr>
      <w:r w:rsidRPr="00317B52">
        <w:rPr>
          <w:sz w:val="28"/>
          <w:szCs w:val="28"/>
          <w:lang w:val="en-GB"/>
        </w:rPr>
        <w:t>Merge Sort is effective because it is clear, reliable, and works well with large datasets. It breaks a big problem into smaller parts, which makes the sorting process easier to manage.</w:t>
      </w:r>
    </w:p>
    <w:p w14:paraId="21A036F6" w14:textId="77777777" w:rsidR="00317B52" w:rsidRPr="00317B52" w:rsidRDefault="00317B52" w:rsidP="00317B52">
      <w:pPr>
        <w:rPr>
          <w:sz w:val="28"/>
          <w:szCs w:val="28"/>
          <w:lang w:val="en-GB"/>
        </w:rPr>
      </w:pPr>
      <w:r w:rsidRPr="00317B52">
        <w:rPr>
          <w:sz w:val="28"/>
          <w:szCs w:val="28"/>
          <w:lang w:val="en-GB"/>
        </w:rPr>
        <w:t xml:space="preserve">One reason Merge Sort is useful is that it has good performance for large lists. Its time complexity is usually </w:t>
      </w:r>
      <w:r w:rsidRPr="000443BB">
        <w:rPr>
          <w:sz w:val="28"/>
          <w:szCs w:val="28"/>
          <w:lang w:val="en-GB"/>
        </w:rPr>
        <w:t>O(n log n), which means it is much faster than Bubble Sort for bigger datasets.</w:t>
      </w:r>
    </w:p>
    <w:p w14:paraId="1A6950DD" w14:textId="77777777" w:rsidR="00317B52" w:rsidRPr="00317B52" w:rsidRDefault="00317B52" w:rsidP="00317B52">
      <w:pPr>
        <w:rPr>
          <w:sz w:val="28"/>
          <w:szCs w:val="28"/>
          <w:lang w:val="en-GB"/>
        </w:rPr>
      </w:pPr>
      <w:r w:rsidRPr="00317B52">
        <w:rPr>
          <w:sz w:val="28"/>
          <w:szCs w:val="28"/>
          <w:lang w:val="en-GB"/>
        </w:rPr>
        <w:t>Merge Sort is also stable, which means it keeps equal values in the same order as they appeared in the original list. This is useful when sorting records such as names, dates, or student marks.</w:t>
      </w:r>
    </w:p>
    <w:p w14:paraId="760796D3" w14:textId="61FB1D4C" w:rsidR="00317B52" w:rsidRPr="00317B52" w:rsidRDefault="00317B52" w:rsidP="00317B52">
      <w:pPr>
        <w:rPr>
          <w:sz w:val="28"/>
          <w:szCs w:val="28"/>
          <w:lang w:val="en-GB"/>
        </w:rPr>
      </w:pPr>
      <w:r w:rsidRPr="00317B52">
        <w:rPr>
          <w:sz w:val="28"/>
          <w:szCs w:val="28"/>
          <w:lang w:val="en-GB"/>
        </w:rPr>
        <w:t>Another reason Merge Sort is effective is because it always follows the same logical process. It splits, sorts, and merges. This makes it easier to test and explain.</w:t>
      </w:r>
    </w:p>
    <w:p w14:paraId="1C3221E1" w14:textId="77777777" w:rsidR="00317B52" w:rsidRPr="000443BB" w:rsidRDefault="00317B52" w:rsidP="00317B52">
      <w:pPr>
        <w:rPr>
          <w:sz w:val="40"/>
          <w:szCs w:val="40"/>
          <w:lang w:val="en-GB"/>
        </w:rPr>
      </w:pPr>
      <w:r w:rsidRPr="000443BB">
        <w:rPr>
          <w:sz w:val="40"/>
          <w:szCs w:val="40"/>
          <w:lang w:val="en-GB"/>
        </w:rPr>
        <w:t>Real-World Use of Merge Sort</w:t>
      </w:r>
    </w:p>
    <w:p w14:paraId="4A4A66B7" w14:textId="77777777" w:rsidR="00317B52" w:rsidRPr="00317B52" w:rsidRDefault="00317B52" w:rsidP="00317B52">
      <w:pPr>
        <w:rPr>
          <w:sz w:val="28"/>
          <w:szCs w:val="28"/>
          <w:lang w:val="en-GB"/>
        </w:rPr>
      </w:pPr>
      <w:r w:rsidRPr="00317B52">
        <w:rPr>
          <w:sz w:val="28"/>
          <w:szCs w:val="28"/>
          <w:lang w:val="en-GB"/>
        </w:rPr>
        <w:t>Merge Sort can be used in many computing systems, such as:</w:t>
      </w:r>
    </w:p>
    <w:p w14:paraId="23535A3E" w14:textId="77777777" w:rsidR="00317B52" w:rsidRPr="00317B52" w:rsidRDefault="00317B52" w:rsidP="002B4F7D">
      <w:pPr>
        <w:numPr>
          <w:ilvl w:val="0"/>
          <w:numId w:val="29"/>
        </w:numPr>
        <w:rPr>
          <w:sz w:val="28"/>
          <w:szCs w:val="28"/>
          <w:lang w:val="en-GB"/>
        </w:rPr>
      </w:pPr>
      <w:r w:rsidRPr="00317B52">
        <w:rPr>
          <w:sz w:val="28"/>
          <w:szCs w:val="28"/>
          <w:lang w:val="en-GB"/>
        </w:rPr>
        <w:t xml:space="preserve">Sorting student marks </w:t>
      </w:r>
    </w:p>
    <w:p w14:paraId="4FB9B53E" w14:textId="77777777" w:rsidR="00317B52" w:rsidRPr="00317B52" w:rsidRDefault="00317B52" w:rsidP="002B4F7D">
      <w:pPr>
        <w:numPr>
          <w:ilvl w:val="0"/>
          <w:numId w:val="29"/>
        </w:numPr>
        <w:rPr>
          <w:sz w:val="28"/>
          <w:szCs w:val="28"/>
          <w:lang w:val="en-GB"/>
        </w:rPr>
      </w:pPr>
      <w:r w:rsidRPr="00317B52">
        <w:rPr>
          <w:sz w:val="28"/>
          <w:szCs w:val="28"/>
          <w:lang w:val="en-GB"/>
        </w:rPr>
        <w:t xml:space="preserve">Sorting customer records </w:t>
      </w:r>
    </w:p>
    <w:p w14:paraId="226AF89F" w14:textId="77777777" w:rsidR="00317B52" w:rsidRPr="00317B52" w:rsidRDefault="00317B52" w:rsidP="002B4F7D">
      <w:pPr>
        <w:numPr>
          <w:ilvl w:val="0"/>
          <w:numId w:val="29"/>
        </w:numPr>
        <w:rPr>
          <w:sz w:val="28"/>
          <w:szCs w:val="28"/>
          <w:lang w:val="en-GB"/>
        </w:rPr>
      </w:pPr>
      <w:r w:rsidRPr="00317B52">
        <w:rPr>
          <w:sz w:val="28"/>
          <w:szCs w:val="28"/>
          <w:lang w:val="en-GB"/>
        </w:rPr>
        <w:lastRenderedPageBreak/>
        <w:t xml:space="preserve">Sorting product prices </w:t>
      </w:r>
    </w:p>
    <w:p w14:paraId="7CD0B138" w14:textId="77777777" w:rsidR="00317B52" w:rsidRPr="00317B52" w:rsidRDefault="00317B52" w:rsidP="002B4F7D">
      <w:pPr>
        <w:numPr>
          <w:ilvl w:val="0"/>
          <w:numId w:val="29"/>
        </w:numPr>
        <w:rPr>
          <w:sz w:val="28"/>
          <w:szCs w:val="28"/>
          <w:lang w:val="en-GB"/>
        </w:rPr>
      </w:pPr>
      <w:r w:rsidRPr="00317B52">
        <w:rPr>
          <w:sz w:val="28"/>
          <w:szCs w:val="28"/>
          <w:lang w:val="en-GB"/>
        </w:rPr>
        <w:t xml:space="preserve">Sorting leaderboard scores </w:t>
      </w:r>
    </w:p>
    <w:p w14:paraId="6D2B99CB" w14:textId="77777777" w:rsidR="00317B52" w:rsidRPr="00317B52" w:rsidRDefault="00317B52" w:rsidP="002B4F7D">
      <w:pPr>
        <w:numPr>
          <w:ilvl w:val="0"/>
          <w:numId w:val="29"/>
        </w:numPr>
        <w:rPr>
          <w:sz w:val="28"/>
          <w:szCs w:val="28"/>
          <w:lang w:val="en-GB"/>
        </w:rPr>
      </w:pPr>
      <w:r w:rsidRPr="00317B52">
        <w:rPr>
          <w:sz w:val="28"/>
          <w:szCs w:val="28"/>
          <w:lang w:val="en-GB"/>
        </w:rPr>
        <w:t xml:space="preserve">Sorting large database results </w:t>
      </w:r>
    </w:p>
    <w:p w14:paraId="3CB7E2AE" w14:textId="77777777" w:rsidR="00317B52" w:rsidRPr="00317B52" w:rsidRDefault="00317B52" w:rsidP="00317B52">
      <w:pPr>
        <w:rPr>
          <w:sz w:val="28"/>
          <w:szCs w:val="28"/>
          <w:lang w:val="en-GB"/>
        </w:rPr>
      </w:pPr>
      <w:r w:rsidRPr="00317B52">
        <w:rPr>
          <w:sz w:val="28"/>
          <w:szCs w:val="28"/>
          <w:lang w:val="en-GB"/>
        </w:rPr>
        <w:t>For example, an online shop may use sorting to arrange products from lowest price to highest price. A school system may use sorting to organise student marks from highest to lowest.</w:t>
      </w:r>
    </w:p>
    <w:p w14:paraId="2CA3F078" w14:textId="77777777" w:rsidR="00317B52" w:rsidRPr="00317B52" w:rsidRDefault="00317B52" w:rsidP="00317B52">
      <w:pPr>
        <w:rPr>
          <w:sz w:val="28"/>
          <w:szCs w:val="28"/>
          <w:lang w:val="en-GB"/>
        </w:rPr>
      </w:pPr>
      <w:r w:rsidRPr="00317B52">
        <w:rPr>
          <w:sz w:val="28"/>
          <w:szCs w:val="28"/>
          <w:lang w:val="en-GB"/>
        </w:rPr>
        <w:t>Merge Sort is a strong structured mathematical method because it solves the problem in clear steps. It divides the list into smaller parts, sorts each part, and then merges everything back together in the correct order.</w:t>
      </w:r>
    </w:p>
    <w:p w14:paraId="284D08F5" w14:textId="77777777" w:rsidR="00317B52" w:rsidRDefault="00317B52" w:rsidP="00317B52">
      <w:pPr>
        <w:rPr>
          <w:sz w:val="28"/>
          <w:szCs w:val="28"/>
          <w:lang w:val="en-GB"/>
        </w:rPr>
      </w:pPr>
      <w:r w:rsidRPr="00317B52">
        <w:rPr>
          <w:sz w:val="28"/>
          <w:szCs w:val="28"/>
          <w:lang w:val="en-GB"/>
        </w:rPr>
        <w:t>It is effective because it is accurate, reliable, and suitable for large amounts of data. This makes it a good choice for solving sorting problems in computing.</w:t>
      </w:r>
    </w:p>
    <w:p w14:paraId="2BE316D4" w14:textId="0F6E4567" w:rsidR="00E531FD" w:rsidRDefault="00637295" w:rsidP="00317B52">
      <w:pPr>
        <w:rPr>
          <w:sz w:val="28"/>
          <w:szCs w:val="28"/>
          <w:lang w:val="en-GB"/>
        </w:rPr>
      </w:pPr>
      <w:r>
        <w:rPr>
          <w:noProof/>
        </w:rPr>
        <w:drawing>
          <wp:inline distT="0" distB="0" distL="0" distR="0" wp14:anchorId="00A9F49D" wp14:editId="1319E46F">
            <wp:extent cx="2394019" cy="1528987"/>
            <wp:effectExtent l="0" t="0" r="0" b="0"/>
            <wp:docPr id="10742822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4900449" name=""/>
                    <pic:cNvPicPr/>
                  </pic:nvPicPr>
                  <pic:blipFill rotWithShape="1">
                    <a:blip r:embed="rId9">
                      <a:extLst>
                        <a:ext uri="{28A0092B-C50C-407E-A947-70E740481C1C}">
                          <a14:useLocalDpi xmlns:a14="http://schemas.microsoft.com/office/drawing/2010/main"/>
                        </a:ext>
                      </a:extLst>
                    </a:blip>
                    <a:srcRect l="25429" r="38837"/>
                    <a:stretch>
                      <a:fillRect/>
                    </a:stretch>
                  </pic:blipFill>
                  <pic:spPr bwMode="auto">
                    <a:xfrm>
                      <a:off x="0" y="0"/>
                      <a:ext cx="2394019" cy="1528987"/>
                    </a:xfrm>
                    <a:prstGeom prst="rect">
                      <a:avLst/>
                    </a:prstGeom>
                    <a:ln>
                      <a:noFill/>
                    </a:ln>
                  </pic:spPr>
                </pic:pic>
              </a:graphicData>
            </a:graphic>
          </wp:inline>
        </w:drawing>
      </w:r>
      <w:r w:rsidR="00AC7C52">
        <w:rPr>
          <w:noProof/>
        </w:rPr>
        <w:drawing>
          <wp:inline distT="0" distB="0" distL="0" distR="0" wp14:anchorId="2B352EE4" wp14:editId="3254A9A9">
            <wp:extent cx="2450397" cy="1521389"/>
            <wp:effectExtent l="0" t="0" r="0" b="0"/>
            <wp:docPr id="8929156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4900449" name=""/>
                    <pic:cNvPicPr/>
                  </pic:nvPicPr>
                  <pic:blipFill rotWithShape="1">
                    <a:blip r:embed="rId9">
                      <a:extLst>
                        <a:ext uri="{28A0092B-C50C-407E-A947-70E740481C1C}">
                          <a14:useLocalDpi xmlns:a14="http://schemas.microsoft.com/office/drawing/2010/main"/>
                        </a:ext>
                      </a:extLst>
                    </a:blip>
                    <a:srcRect l="61328" r="1942"/>
                    <a:stretch>
                      <a:fillRect/>
                    </a:stretch>
                  </pic:blipFill>
                  <pic:spPr bwMode="auto">
                    <a:xfrm>
                      <a:off x="0" y="0"/>
                      <a:ext cx="2450397" cy="1521389"/>
                    </a:xfrm>
                    <a:prstGeom prst="rect">
                      <a:avLst/>
                    </a:prstGeom>
                    <a:ln>
                      <a:noFill/>
                    </a:ln>
                  </pic:spPr>
                </pic:pic>
              </a:graphicData>
            </a:graphic>
          </wp:inline>
        </w:drawing>
      </w:r>
    </w:p>
    <w:p w14:paraId="459C6862" w14:textId="3FD413BB" w:rsidR="00E531FD" w:rsidRPr="00317B52" w:rsidRDefault="006D0A93" w:rsidP="00317B52">
      <w:pPr>
        <w:rPr>
          <w:sz w:val="28"/>
          <w:szCs w:val="28"/>
          <w:lang w:val="en-GB"/>
        </w:rPr>
      </w:pPr>
      <w:r>
        <w:rPr>
          <w:noProof/>
        </w:rPr>
        <w:drawing>
          <wp:inline distT="0" distB="0" distL="0" distR="0" wp14:anchorId="4D34BFBC" wp14:editId="7BAC5F51">
            <wp:extent cx="2486025" cy="1443955"/>
            <wp:effectExtent l="0" t="0" r="0" b="0"/>
            <wp:docPr id="3550436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4900449" name=""/>
                    <pic:cNvPicPr/>
                  </pic:nvPicPr>
                  <pic:blipFill rotWithShape="1">
                    <a:blip r:embed="rId9">
                      <a:extLst>
                        <a:ext uri="{28A0092B-C50C-407E-A947-70E740481C1C}">
                          <a14:useLocalDpi xmlns:a14="http://schemas.microsoft.com/office/drawing/2010/main"/>
                        </a:ext>
                      </a:extLst>
                    </a:blip>
                    <a:srcRect r="75404" b="37409"/>
                    <a:stretch>
                      <a:fillRect/>
                    </a:stretch>
                  </pic:blipFill>
                  <pic:spPr bwMode="auto">
                    <a:xfrm>
                      <a:off x="0" y="0"/>
                      <a:ext cx="2486025" cy="1443955"/>
                    </a:xfrm>
                    <a:prstGeom prst="rect">
                      <a:avLst/>
                    </a:prstGeom>
                    <a:ln>
                      <a:noFill/>
                    </a:ln>
                  </pic:spPr>
                </pic:pic>
              </a:graphicData>
            </a:graphic>
          </wp:inline>
        </w:drawing>
      </w:r>
    </w:p>
    <w:p w14:paraId="4F0F34E3" w14:textId="77777777" w:rsidR="00317B52" w:rsidRPr="0032037D" w:rsidRDefault="00317B52" w:rsidP="0032037D">
      <w:pPr>
        <w:pStyle w:val="Heading1"/>
        <w:rPr>
          <w:color w:val="auto"/>
          <w:sz w:val="56"/>
          <w:szCs w:val="56"/>
          <w:lang w:val="en-GB"/>
        </w:rPr>
      </w:pPr>
      <w:r w:rsidRPr="0032037D">
        <w:rPr>
          <w:color w:val="auto"/>
          <w:sz w:val="56"/>
          <w:szCs w:val="56"/>
          <w:lang w:val="en-GB"/>
        </w:rPr>
        <w:t>5. Create and Test the Model</w:t>
      </w:r>
    </w:p>
    <w:p w14:paraId="156CC84D" w14:textId="77777777" w:rsidR="00317B52" w:rsidRPr="0032037D" w:rsidRDefault="00317B52" w:rsidP="00317B52">
      <w:pPr>
        <w:rPr>
          <w:sz w:val="40"/>
          <w:szCs w:val="40"/>
          <w:lang w:val="en-GB"/>
        </w:rPr>
      </w:pPr>
      <w:r w:rsidRPr="0032037D">
        <w:rPr>
          <w:sz w:val="40"/>
          <w:szCs w:val="40"/>
          <w:lang w:val="en-GB"/>
        </w:rPr>
        <w:t>Excel Model Explanation</w:t>
      </w:r>
    </w:p>
    <w:p w14:paraId="094CF1AA" w14:textId="77777777" w:rsidR="00317B52" w:rsidRPr="00317B52" w:rsidRDefault="00317B52" w:rsidP="00317B52">
      <w:pPr>
        <w:rPr>
          <w:sz w:val="28"/>
          <w:szCs w:val="28"/>
          <w:lang w:val="en-GB"/>
        </w:rPr>
      </w:pPr>
      <w:r w:rsidRPr="00317B52">
        <w:rPr>
          <w:sz w:val="28"/>
          <w:szCs w:val="28"/>
          <w:lang w:val="en-GB"/>
        </w:rPr>
        <w:t>To create my sorting model, I used Microsoft Excel because it is a simple and effective software tool for organising and testing data. Excel is commonly used in computing and business because it can handle large amounts of information quickly and accurately.</w:t>
      </w:r>
    </w:p>
    <w:p w14:paraId="67DFC95E" w14:textId="77777777" w:rsidR="00317B52" w:rsidRPr="00317B52" w:rsidRDefault="00317B52" w:rsidP="00317B52">
      <w:pPr>
        <w:rPr>
          <w:sz w:val="28"/>
          <w:szCs w:val="28"/>
          <w:lang w:val="en-GB"/>
        </w:rPr>
      </w:pPr>
      <w:r w:rsidRPr="00317B52">
        <w:rPr>
          <w:sz w:val="28"/>
          <w:szCs w:val="28"/>
          <w:lang w:val="en-GB"/>
        </w:rPr>
        <w:lastRenderedPageBreak/>
        <w:t>In my model, I created a spreadsheet that allows numbers to be entered into a table and then sorted into the correct order. I used Excel because it helps visualise the sorting process clearly and makes testing easier. It also allows formulas, charts, and tables to be used together in one place.</w:t>
      </w:r>
    </w:p>
    <w:p w14:paraId="334F9FE6" w14:textId="594C5377" w:rsidR="00317B52" w:rsidRPr="00317B52" w:rsidRDefault="00317B52" w:rsidP="00317B52">
      <w:pPr>
        <w:rPr>
          <w:sz w:val="28"/>
          <w:szCs w:val="28"/>
          <w:lang w:val="en-GB"/>
        </w:rPr>
      </w:pPr>
      <w:r w:rsidRPr="00317B52">
        <w:rPr>
          <w:sz w:val="28"/>
          <w:szCs w:val="28"/>
          <w:lang w:val="en-GB"/>
        </w:rPr>
        <w:t>The spreadsheet was designed to simulate how sorting algorithms organise data. By using Excel, I could manually test sorting methods and observe how the values changed step by step.</w:t>
      </w:r>
    </w:p>
    <w:p w14:paraId="10B607BC" w14:textId="77777777" w:rsidR="00317B52" w:rsidRPr="0032037D" w:rsidRDefault="00317B52" w:rsidP="00317B52">
      <w:pPr>
        <w:rPr>
          <w:sz w:val="40"/>
          <w:szCs w:val="40"/>
          <w:lang w:val="en-GB"/>
        </w:rPr>
      </w:pPr>
      <w:r w:rsidRPr="0032037D">
        <w:rPr>
          <w:sz w:val="40"/>
          <w:szCs w:val="40"/>
          <w:lang w:val="en-GB"/>
        </w:rPr>
        <w:t>Input and Output Columns</w:t>
      </w:r>
    </w:p>
    <w:p w14:paraId="32536E38" w14:textId="77777777" w:rsidR="00317B52" w:rsidRPr="00317B52" w:rsidRDefault="00317B52" w:rsidP="00317B52">
      <w:pPr>
        <w:rPr>
          <w:sz w:val="28"/>
          <w:szCs w:val="28"/>
          <w:lang w:val="en-GB"/>
        </w:rPr>
      </w:pPr>
      <w:r w:rsidRPr="00317B52">
        <w:rPr>
          <w:sz w:val="28"/>
          <w:szCs w:val="28"/>
          <w:lang w:val="en-GB"/>
        </w:rPr>
        <w:t>The spreadsheet contains separate columns for input data and output data.</w:t>
      </w:r>
    </w:p>
    <w:p w14:paraId="45B839A7" w14:textId="77777777" w:rsidR="00317B52" w:rsidRPr="0032037D" w:rsidRDefault="00317B52" w:rsidP="00317B52">
      <w:pPr>
        <w:rPr>
          <w:sz w:val="40"/>
          <w:szCs w:val="40"/>
          <w:lang w:val="en-GB"/>
        </w:rPr>
      </w:pPr>
      <w:r w:rsidRPr="0032037D">
        <w:rPr>
          <w:sz w:val="40"/>
          <w:szCs w:val="40"/>
          <w:lang w:val="en-GB"/>
        </w:rPr>
        <w:t>Input Column</w:t>
      </w:r>
    </w:p>
    <w:p w14:paraId="4788974E" w14:textId="77777777" w:rsidR="00317B52" w:rsidRPr="00317B52" w:rsidRDefault="00317B52" w:rsidP="00317B52">
      <w:pPr>
        <w:rPr>
          <w:sz w:val="28"/>
          <w:szCs w:val="28"/>
          <w:lang w:val="en-GB"/>
        </w:rPr>
      </w:pPr>
      <w:r w:rsidRPr="00317B52">
        <w:rPr>
          <w:sz w:val="28"/>
          <w:szCs w:val="28"/>
          <w:lang w:val="en-GB"/>
        </w:rPr>
        <w:t>The input column stores the original unsorted numbers entered by the user. These numbers can be random values placed in no particular order.</w:t>
      </w:r>
    </w:p>
    <w:p w14:paraId="5E216ACB" w14:textId="77777777" w:rsidR="00317B52" w:rsidRDefault="00317B52" w:rsidP="00317B52">
      <w:pPr>
        <w:rPr>
          <w:sz w:val="28"/>
          <w:szCs w:val="28"/>
          <w:lang w:val="en-GB"/>
        </w:rPr>
      </w:pPr>
      <w:r w:rsidRPr="00317B52">
        <w:rPr>
          <w:sz w:val="28"/>
          <w:szCs w:val="28"/>
          <w:lang w:val="en-GB"/>
        </w:rPr>
        <w:t>Example input:</w:t>
      </w:r>
    </w:p>
    <w:p w14:paraId="1412E414" w14:textId="17EDF289" w:rsidR="00D13ACC" w:rsidRDefault="00D13ACC" w:rsidP="00317B52">
      <w:pPr>
        <w:rPr>
          <w:sz w:val="40"/>
          <w:szCs w:val="40"/>
          <w:lang w:val="en-GB"/>
        </w:rPr>
      </w:pPr>
      <w:r w:rsidRPr="00D13ACC">
        <w:rPr>
          <w:sz w:val="40"/>
          <w:szCs w:val="40"/>
          <w:lang w:val="en-GB"/>
        </w:rPr>
        <w:t xml:space="preserve">Input data </w:t>
      </w:r>
    </w:p>
    <w:p w14:paraId="6B393318" w14:textId="64EECA5E" w:rsidR="00D13ACC" w:rsidRDefault="0032037D" w:rsidP="00317B52">
      <w:pPr>
        <w:rPr>
          <w:sz w:val="28"/>
          <w:szCs w:val="28"/>
          <w:lang w:val="en-GB"/>
        </w:rPr>
      </w:pPr>
      <w:r>
        <w:rPr>
          <w:sz w:val="28"/>
          <w:szCs w:val="28"/>
          <w:lang w:val="en-GB"/>
        </w:rPr>
        <w:t>45</w:t>
      </w:r>
    </w:p>
    <w:p w14:paraId="38FF2FF0" w14:textId="7182B65A" w:rsidR="0032037D" w:rsidRDefault="0032037D" w:rsidP="00317B52">
      <w:pPr>
        <w:rPr>
          <w:sz w:val="28"/>
          <w:szCs w:val="28"/>
          <w:lang w:val="en-GB"/>
        </w:rPr>
      </w:pPr>
      <w:r>
        <w:rPr>
          <w:sz w:val="28"/>
          <w:szCs w:val="28"/>
          <w:lang w:val="en-GB"/>
        </w:rPr>
        <w:t>12</w:t>
      </w:r>
    </w:p>
    <w:p w14:paraId="48E82153" w14:textId="706A405E" w:rsidR="0032037D" w:rsidRDefault="0032037D" w:rsidP="00317B52">
      <w:pPr>
        <w:rPr>
          <w:sz w:val="28"/>
          <w:szCs w:val="28"/>
          <w:lang w:val="en-GB"/>
        </w:rPr>
      </w:pPr>
      <w:r>
        <w:rPr>
          <w:sz w:val="28"/>
          <w:szCs w:val="28"/>
          <w:lang w:val="en-GB"/>
        </w:rPr>
        <w:t>78</w:t>
      </w:r>
    </w:p>
    <w:p w14:paraId="6BC244F5" w14:textId="1F0CD8F8" w:rsidR="0032037D" w:rsidRDefault="0032037D" w:rsidP="00317B52">
      <w:pPr>
        <w:rPr>
          <w:sz w:val="28"/>
          <w:szCs w:val="28"/>
          <w:lang w:val="en-GB"/>
        </w:rPr>
      </w:pPr>
      <w:r>
        <w:rPr>
          <w:sz w:val="28"/>
          <w:szCs w:val="28"/>
          <w:lang w:val="en-GB"/>
        </w:rPr>
        <w:t>23</w:t>
      </w:r>
    </w:p>
    <w:p w14:paraId="69B51B86" w14:textId="63EDE00F" w:rsidR="0032037D" w:rsidRPr="0032037D" w:rsidRDefault="0032037D" w:rsidP="00317B52">
      <w:pPr>
        <w:rPr>
          <w:sz w:val="28"/>
          <w:szCs w:val="28"/>
          <w:lang w:val="en-GB"/>
        </w:rPr>
      </w:pPr>
      <w:r>
        <w:rPr>
          <w:sz w:val="28"/>
          <w:szCs w:val="28"/>
          <w:lang w:val="en-GB"/>
        </w:rPr>
        <w:t>9</w:t>
      </w:r>
    </w:p>
    <w:p w14:paraId="055A74B2" w14:textId="116AC487" w:rsidR="00317B52" w:rsidRPr="00317B52" w:rsidRDefault="00317B52" w:rsidP="00317B52">
      <w:pPr>
        <w:rPr>
          <w:sz w:val="28"/>
          <w:szCs w:val="28"/>
          <w:lang w:val="en-GB"/>
        </w:rPr>
      </w:pPr>
      <w:r w:rsidRPr="00317B52">
        <w:rPr>
          <w:sz w:val="28"/>
          <w:szCs w:val="28"/>
          <w:lang w:val="en-GB"/>
        </w:rPr>
        <w:t>These numbers represent the original dataset before sorting takes place.</w:t>
      </w:r>
    </w:p>
    <w:p w14:paraId="7A3B7AFF" w14:textId="77777777" w:rsidR="00317B52" w:rsidRPr="00D13ACC" w:rsidRDefault="00317B52" w:rsidP="00317B52">
      <w:pPr>
        <w:rPr>
          <w:sz w:val="40"/>
          <w:szCs w:val="40"/>
          <w:lang w:val="en-GB"/>
        </w:rPr>
      </w:pPr>
      <w:r w:rsidRPr="00D13ACC">
        <w:rPr>
          <w:sz w:val="40"/>
          <w:szCs w:val="40"/>
          <w:lang w:val="en-GB"/>
        </w:rPr>
        <w:t>Output Column</w:t>
      </w:r>
    </w:p>
    <w:p w14:paraId="56EA7A87" w14:textId="77777777" w:rsidR="00317B52" w:rsidRPr="00317B52" w:rsidRDefault="00317B52" w:rsidP="00317B52">
      <w:pPr>
        <w:rPr>
          <w:sz w:val="28"/>
          <w:szCs w:val="28"/>
          <w:lang w:val="en-GB"/>
        </w:rPr>
      </w:pPr>
      <w:r w:rsidRPr="00317B52">
        <w:rPr>
          <w:sz w:val="28"/>
          <w:szCs w:val="28"/>
          <w:lang w:val="en-GB"/>
        </w:rPr>
        <w:t>The output column displays the sorted results after the sorting process has been completed.</w:t>
      </w:r>
    </w:p>
    <w:p w14:paraId="7C6B6A7A" w14:textId="77777777" w:rsidR="00317B52" w:rsidRDefault="00317B52" w:rsidP="00317B52">
      <w:pPr>
        <w:rPr>
          <w:sz w:val="28"/>
          <w:szCs w:val="28"/>
          <w:lang w:val="en-GB"/>
        </w:rPr>
      </w:pPr>
      <w:r w:rsidRPr="00317B52">
        <w:rPr>
          <w:sz w:val="28"/>
          <w:szCs w:val="28"/>
          <w:lang w:val="en-GB"/>
        </w:rPr>
        <w:t>Example output:</w:t>
      </w:r>
    </w:p>
    <w:p w14:paraId="4066164B" w14:textId="77777777" w:rsidR="00D13ACC" w:rsidRPr="00D13ACC" w:rsidRDefault="00D13ACC" w:rsidP="00D13ACC">
      <w:pPr>
        <w:rPr>
          <w:sz w:val="40"/>
          <w:szCs w:val="40"/>
          <w:lang w:val="en-GB"/>
        </w:rPr>
      </w:pPr>
      <w:r w:rsidRPr="00D13ACC">
        <w:rPr>
          <w:sz w:val="40"/>
          <w:szCs w:val="40"/>
          <w:lang w:val="en-GB"/>
        </w:rPr>
        <w:t>Sorted Data</w:t>
      </w:r>
    </w:p>
    <w:p w14:paraId="6D84C068" w14:textId="4EC381DA" w:rsidR="00D13ACC" w:rsidRDefault="00D13ACC" w:rsidP="00317B52">
      <w:pPr>
        <w:rPr>
          <w:sz w:val="28"/>
          <w:szCs w:val="28"/>
          <w:lang w:val="en-GB"/>
        </w:rPr>
      </w:pPr>
      <w:r>
        <w:rPr>
          <w:sz w:val="28"/>
          <w:szCs w:val="28"/>
          <w:lang w:val="en-GB"/>
        </w:rPr>
        <w:lastRenderedPageBreak/>
        <w:t>9</w:t>
      </w:r>
    </w:p>
    <w:p w14:paraId="04274099" w14:textId="3E176CB3" w:rsidR="00D13ACC" w:rsidRDefault="00D13ACC" w:rsidP="00317B52">
      <w:pPr>
        <w:rPr>
          <w:sz w:val="28"/>
          <w:szCs w:val="28"/>
          <w:lang w:val="en-GB"/>
        </w:rPr>
      </w:pPr>
      <w:r>
        <w:rPr>
          <w:sz w:val="28"/>
          <w:szCs w:val="28"/>
          <w:lang w:val="en-GB"/>
        </w:rPr>
        <w:t>12</w:t>
      </w:r>
    </w:p>
    <w:p w14:paraId="7A25AAFE" w14:textId="1A578424" w:rsidR="00D13ACC" w:rsidRDefault="00D13ACC" w:rsidP="00317B52">
      <w:pPr>
        <w:rPr>
          <w:sz w:val="28"/>
          <w:szCs w:val="28"/>
          <w:lang w:val="en-GB"/>
        </w:rPr>
      </w:pPr>
      <w:r>
        <w:rPr>
          <w:sz w:val="28"/>
          <w:szCs w:val="28"/>
          <w:lang w:val="en-GB"/>
        </w:rPr>
        <w:t>23</w:t>
      </w:r>
    </w:p>
    <w:p w14:paraId="6C185F96" w14:textId="76056E85" w:rsidR="00D13ACC" w:rsidRDefault="00D13ACC" w:rsidP="00317B52">
      <w:pPr>
        <w:rPr>
          <w:sz w:val="28"/>
          <w:szCs w:val="28"/>
          <w:lang w:val="en-GB"/>
        </w:rPr>
      </w:pPr>
      <w:r>
        <w:rPr>
          <w:sz w:val="28"/>
          <w:szCs w:val="28"/>
          <w:lang w:val="en-GB"/>
        </w:rPr>
        <w:t>45</w:t>
      </w:r>
    </w:p>
    <w:p w14:paraId="153E3296" w14:textId="1966143D" w:rsidR="00D13ACC" w:rsidRDefault="00D13ACC" w:rsidP="00317B52">
      <w:pPr>
        <w:rPr>
          <w:sz w:val="28"/>
          <w:szCs w:val="28"/>
          <w:lang w:val="en-GB"/>
        </w:rPr>
      </w:pPr>
      <w:r>
        <w:rPr>
          <w:sz w:val="28"/>
          <w:szCs w:val="28"/>
          <w:lang w:val="en-GB"/>
        </w:rPr>
        <w:t>78</w:t>
      </w:r>
    </w:p>
    <w:p w14:paraId="077F6E38" w14:textId="3F42E3BB" w:rsidR="00317B52" w:rsidRPr="00317B52" w:rsidRDefault="00317B52" w:rsidP="00317B52">
      <w:pPr>
        <w:rPr>
          <w:sz w:val="28"/>
          <w:szCs w:val="28"/>
          <w:lang w:val="en-GB"/>
        </w:rPr>
      </w:pPr>
      <w:r w:rsidRPr="00317B52">
        <w:rPr>
          <w:sz w:val="28"/>
          <w:szCs w:val="28"/>
          <w:lang w:val="en-GB"/>
        </w:rPr>
        <w:t>The output shows the numbers arranged from smallest to largest in ascending order.</w:t>
      </w:r>
    </w:p>
    <w:p w14:paraId="1DAB15A5" w14:textId="19595E7E" w:rsidR="00317B52" w:rsidRPr="00317B52" w:rsidRDefault="00317B52" w:rsidP="00317B52">
      <w:pPr>
        <w:rPr>
          <w:sz w:val="28"/>
          <w:szCs w:val="28"/>
          <w:lang w:val="en-GB"/>
        </w:rPr>
      </w:pPr>
      <w:r w:rsidRPr="00317B52">
        <w:rPr>
          <w:sz w:val="28"/>
          <w:szCs w:val="28"/>
          <w:lang w:val="en-GB"/>
        </w:rPr>
        <w:t>Separating the input and output columns made it easier to compare the original values with the final sorted results.</w:t>
      </w:r>
    </w:p>
    <w:p w14:paraId="476A0B7F" w14:textId="77777777" w:rsidR="00317B52" w:rsidRPr="00317B52" w:rsidRDefault="00317B52" w:rsidP="00317B52">
      <w:pPr>
        <w:rPr>
          <w:sz w:val="40"/>
          <w:szCs w:val="40"/>
          <w:lang w:val="en-GB"/>
        </w:rPr>
      </w:pPr>
      <w:r w:rsidRPr="00317B52">
        <w:rPr>
          <w:sz w:val="40"/>
          <w:szCs w:val="40"/>
          <w:lang w:val="en-GB"/>
        </w:rPr>
        <w:t>Testing Different Datasets</w:t>
      </w:r>
    </w:p>
    <w:p w14:paraId="4A47D596" w14:textId="77777777" w:rsidR="00317B52" w:rsidRPr="00317B52" w:rsidRDefault="00317B52" w:rsidP="00317B52">
      <w:pPr>
        <w:rPr>
          <w:sz w:val="28"/>
          <w:szCs w:val="28"/>
          <w:lang w:val="en-GB"/>
        </w:rPr>
      </w:pPr>
      <w:r w:rsidRPr="00317B52">
        <w:rPr>
          <w:sz w:val="28"/>
          <w:szCs w:val="28"/>
          <w:lang w:val="en-GB"/>
        </w:rPr>
        <w:t>Testing is an important part of computational thinking because it helps identify errors and check if the model works correctly.</w:t>
      </w:r>
    </w:p>
    <w:p w14:paraId="40D9BC26" w14:textId="77777777" w:rsidR="00317B52" w:rsidRPr="00317B52" w:rsidRDefault="00317B52" w:rsidP="00317B52">
      <w:pPr>
        <w:rPr>
          <w:sz w:val="28"/>
          <w:szCs w:val="28"/>
          <w:lang w:val="en-GB"/>
        </w:rPr>
      </w:pPr>
      <w:r w:rsidRPr="00317B52">
        <w:rPr>
          <w:sz w:val="28"/>
          <w:szCs w:val="28"/>
          <w:lang w:val="en-GB"/>
        </w:rPr>
        <w:t>To test my model, I used different types of datasets such as:</w:t>
      </w:r>
    </w:p>
    <w:p w14:paraId="7C13E3C7" w14:textId="77777777" w:rsidR="00317B52" w:rsidRPr="00317B52" w:rsidRDefault="00317B52" w:rsidP="002B4F7D">
      <w:pPr>
        <w:numPr>
          <w:ilvl w:val="0"/>
          <w:numId w:val="30"/>
        </w:numPr>
        <w:rPr>
          <w:sz w:val="28"/>
          <w:szCs w:val="28"/>
          <w:lang w:val="en-GB"/>
        </w:rPr>
      </w:pPr>
      <w:r w:rsidRPr="00317B52">
        <w:rPr>
          <w:sz w:val="28"/>
          <w:szCs w:val="28"/>
          <w:lang w:val="en-GB"/>
        </w:rPr>
        <w:t xml:space="preserve">Random numbers </w:t>
      </w:r>
    </w:p>
    <w:p w14:paraId="221651AA" w14:textId="77777777" w:rsidR="00317B52" w:rsidRPr="00317B52" w:rsidRDefault="00317B52" w:rsidP="002B4F7D">
      <w:pPr>
        <w:numPr>
          <w:ilvl w:val="0"/>
          <w:numId w:val="30"/>
        </w:numPr>
        <w:rPr>
          <w:sz w:val="28"/>
          <w:szCs w:val="28"/>
          <w:lang w:val="en-GB"/>
        </w:rPr>
      </w:pPr>
      <w:r w:rsidRPr="00317B52">
        <w:rPr>
          <w:sz w:val="28"/>
          <w:szCs w:val="28"/>
          <w:lang w:val="en-GB"/>
        </w:rPr>
        <w:t xml:space="preserve">Numbers already sorted </w:t>
      </w:r>
    </w:p>
    <w:p w14:paraId="4D47B0B6" w14:textId="77777777" w:rsidR="00317B52" w:rsidRPr="00317B52" w:rsidRDefault="00317B52" w:rsidP="002B4F7D">
      <w:pPr>
        <w:numPr>
          <w:ilvl w:val="0"/>
          <w:numId w:val="30"/>
        </w:numPr>
        <w:rPr>
          <w:sz w:val="28"/>
          <w:szCs w:val="28"/>
          <w:lang w:val="en-GB"/>
        </w:rPr>
      </w:pPr>
      <w:r w:rsidRPr="00317B52">
        <w:rPr>
          <w:sz w:val="28"/>
          <w:szCs w:val="28"/>
          <w:lang w:val="en-GB"/>
        </w:rPr>
        <w:t xml:space="preserve">Reverse order numbers </w:t>
      </w:r>
    </w:p>
    <w:p w14:paraId="52531AAC" w14:textId="77777777" w:rsidR="00317B52" w:rsidRPr="00317B52" w:rsidRDefault="00317B52" w:rsidP="002B4F7D">
      <w:pPr>
        <w:numPr>
          <w:ilvl w:val="0"/>
          <w:numId w:val="30"/>
        </w:numPr>
        <w:rPr>
          <w:sz w:val="28"/>
          <w:szCs w:val="28"/>
          <w:lang w:val="en-GB"/>
        </w:rPr>
      </w:pPr>
      <w:r w:rsidRPr="00317B52">
        <w:rPr>
          <w:sz w:val="28"/>
          <w:szCs w:val="28"/>
          <w:lang w:val="en-GB"/>
        </w:rPr>
        <w:t xml:space="preserve">Duplicate values </w:t>
      </w:r>
    </w:p>
    <w:p w14:paraId="5933092E" w14:textId="77777777" w:rsidR="00317B52" w:rsidRPr="00317B52" w:rsidRDefault="00317B52" w:rsidP="002B4F7D">
      <w:pPr>
        <w:numPr>
          <w:ilvl w:val="0"/>
          <w:numId w:val="30"/>
        </w:numPr>
        <w:rPr>
          <w:sz w:val="28"/>
          <w:szCs w:val="28"/>
          <w:lang w:val="en-GB"/>
        </w:rPr>
      </w:pPr>
      <w:r w:rsidRPr="00317B52">
        <w:rPr>
          <w:sz w:val="28"/>
          <w:szCs w:val="28"/>
          <w:lang w:val="en-GB"/>
        </w:rPr>
        <w:t xml:space="preserve">Large datasets </w:t>
      </w:r>
    </w:p>
    <w:p w14:paraId="15F41B9B" w14:textId="77777777" w:rsidR="00317B52" w:rsidRPr="00317B52" w:rsidRDefault="00317B52" w:rsidP="00317B52">
      <w:pPr>
        <w:rPr>
          <w:sz w:val="40"/>
          <w:szCs w:val="40"/>
          <w:lang w:val="en-GB"/>
        </w:rPr>
      </w:pPr>
      <w:r w:rsidRPr="00317B52">
        <w:rPr>
          <w:sz w:val="40"/>
          <w:szCs w:val="40"/>
          <w:lang w:val="en-GB"/>
        </w:rPr>
        <w:t>Test 1 – Random Numbers</w:t>
      </w:r>
    </w:p>
    <w:p w14:paraId="50D3C061" w14:textId="77777777" w:rsidR="00317B52" w:rsidRPr="00317B52" w:rsidRDefault="00317B52" w:rsidP="00317B52">
      <w:pPr>
        <w:rPr>
          <w:sz w:val="28"/>
          <w:szCs w:val="28"/>
          <w:lang w:val="en-GB"/>
        </w:rPr>
      </w:pPr>
      <w:r w:rsidRPr="00317B52">
        <w:rPr>
          <w:sz w:val="28"/>
          <w:szCs w:val="28"/>
          <w:lang w:val="en-GB"/>
        </w:rPr>
        <w:t>Input:</w:t>
      </w:r>
      <w:r w:rsidRPr="00317B52">
        <w:rPr>
          <w:sz w:val="28"/>
          <w:szCs w:val="28"/>
          <w:lang w:val="en-GB"/>
        </w:rPr>
        <w:br/>
        <w:t>45, 12, 78, 23, 9</w:t>
      </w:r>
    </w:p>
    <w:p w14:paraId="6688367B" w14:textId="77777777" w:rsidR="00317B52" w:rsidRPr="00317B52" w:rsidRDefault="00317B52" w:rsidP="00317B52">
      <w:pPr>
        <w:rPr>
          <w:sz w:val="28"/>
          <w:szCs w:val="28"/>
          <w:lang w:val="en-GB"/>
        </w:rPr>
      </w:pPr>
      <w:r w:rsidRPr="00317B52">
        <w:rPr>
          <w:sz w:val="28"/>
          <w:szCs w:val="28"/>
          <w:lang w:val="en-GB"/>
        </w:rPr>
        <w:t>Output:</w:t>
      </w:r>
      <w:r w:rsidRPr="00317B52">
        <w:rPr>
          <w:sz w:val="28"/>
          <w:szCs w:val="28"/>
          <w:lang w:val="en-GB"/>
        </w:rPr>
        <w:br/>
        <w:t>9, 12, 23, 45, 78</w:t>
      </w:r>
    </w:p>
    <w:p w14:paraId="79C6FD41" w14:textId="1B7DBB98" w:rsidR="00317B52" w:rsidRPr="00317B52" w:rsidRDefault="00317B52" w:rsidP="00317B52">
      <w:pPr>
        <w:rPr>
          <w:sz w:val="28"/>
          <w:szCs w:val="28"/>
          <w:lang w:val="en-GB"/>
        </w:rPr>
      </w:pPr>
      <w:r w:rsidRPr="00317B52">
        <w:rPr>
          <w:sz w:val="28"/>
          <w:szCs w:val="28"/>
          <w:lang w:val="en-GB"/>
        </w:rPr>
        <w:t>The model sorted the numbers correctly.</w:t>
      </w:r>
    </w:p>
    <w:p w14:paraId="61EEAF81" w14:textId="77777777" w:rsidR="00317B52" w:rsidRPr="00317B52" w:rsidRDefault="00317B52" w:rsidP="00317B52">
      <w:pPr>
        <w:rPr>
          <w:sz w:val="40"/>
          <w:szCs w:val="40"/>
          <w:lang w:val="en-GB"/>
        </w:rPr>
      </w:pPr>
      <w:r w:rsidRPr="00317B52">
        <w:rPr>
          <w:sz w:val="40"/>
          <w:szCs w:val="40"/>
          <w:lang w:val="en-GB"/>
        </w:rPr>
        <w:t>Test 2 – Already Sorted Numbers</w:t>
      </w:r>
    </w:p>
    <w:p w14:paraId="1CCFE2AC" w14:textId="77777777" w:rsidR="00317B52" w:rsidRPr="00317B52" w:rsidRDefault="00317B52" w:rsidP="00317B52">
      <w:pPr>
        <w:rPr>
          <w:sz w:val="28"/>
          <w:szCs w:val="28"/>
          <w:lang w:val="en-GB"/>
        </w:rPr>
      </w:pPr>
      <w:r w:rsidRPr="00317B52">
        <w:rPr>
          <w:sz w:val="28"/>
          <w:szCs w:val="28"/>
          <w:lang w:val="en-GB"/>
        </w:rPr>
        <w:lastRenderedPageBreak/>
        <w:t>Input:</w:t>
      </w:r>
      <w:r w:rsidRPr="00317B52">
        <w:rPr>
          <w:sz w:val="28"/>
          <w:szCs w:val="28"/>
          <w:lang w:val="en-GB"/>
        </w:rPr>
        <w:br/>
        <w:t>1, 2, 3, 4, 5</w:t>
      </w:r>
    </w:p>
    <w:p w14:paraId="6E37AF28" w14:textId="77777777" w:rsidR="00317B52" w:rsidRPr="00317B52" w:rsidRDefault="00317B52" w:rsidP="00317B52">
      <w:pPr>
        <w:rPr>
          <w:sz w:val="28"/>
          <w:szCs w:val="28"/>
          <w:lang w:val="en-GB"/>
        </w:rPr>
      </w:pPr>
      <w:r w:rsidRPr="00317B52">
        <w:rPr>
          <w:sz w:val="28"/>
          <w:szCs w:val="28"/>
          <w:lang w:val="en-GB"/>
        </w:rPr>
        <w:t>Output:</w:t>
      </w:r>
      <w:r w:rsidRPr="00317B52">
        <w:rPr>
          <w:sz w:val="28"/>
          <w:szCs w:val="28"/>
          <w:lang w:val="en-GB"/>
        </w:rPr>
        <w:br/>
        <w:t>1, 2, 3, 4, 5</w:t>
      </w:r>
    </w:p>
    <w:p w14:paraId="78167D68" w14:textId="5C49BF5A" w:rsidR="00317B52" w:rsidRPr="00317B52" w:rsidRDefault="00317B52" w:rsidP="00317B52">
      <w:pPr>
        <w:rPr>
          <w:sz w:val="28"/>
          <w:szCs w:val="28"/>
          <w:lang w:val="en-GB"/>
        </w:rPr>
      </w:pPr>
      <w:r w:rsidRPr="00317B52">
        <w:rPr>
          <w:sz w:val="28"/>
          <w:szCs w:val="28"/>
          <w:lang w:val="en-GB"/>
        </w:rPr>
        <w:t>The model kept the correct order without making errors.</w:t>
      </w:r>
    </w:p>
    <w:p w14:paraId="11D5E8E2" w14:textId="77777777" w:rsidR="00317B52" w:rsidRPr="00317B52" w:rsidRDefault="00317B52" w:rsidP="00317B52">
      <w:pPr>
        <w:rPr>
          <w:sz w:val="40"/>
          <w:szCs w:val="40"/>
          <w:lang w:val="en-GB"/>
        </w:rPr>
      </w:pPr>
      <w:r w:rsidRPr="00317B52">
        <w:rPr>
          <w:sz w:val="40"/>
          <w:szCs w:val="40"/>
          <w:lang w:val="en-GB"/>
        </w:rPr>
        <w:t>Test 3 – Reverse Order</w:t>
      </w:r>
    </w:p>
    <w:p w14:paraId="5653E15E" w14:textId="77777777" w:rsidR="00317B52" w:rsidRPr="00317B52" w:rsidRDefault="00317B52" w:rsidP="00317B52">
      <w:pPr>
        <w:rPr>
          <w:sz w:val="28"/>
          <w:szCs w:val="28"/>
          <w:lang w:val="en-GB"/>
        </w:rPr>
      </w:pPr>
      <w:r w:rsidRPr="00317B52">
        <w:rPr>
          <w:sz w:val="28"/>
          <w:szCs w:val="28"/>
          <w:lang w:val="en-GB"/>
        </w:rPr>
        <w:t>Input:</w:t>
      </w:r>
      <w:r w:rsidRPr="00317B52">
        <w:rPr>
          <w:sz w:val="28"/>
          <w:szCs w:val="28"/>
          <w:lang w:val="en-GB"/>
        </w:rPr>
        <w:br/>
        <w:t>90, 70, 50, 30, 10</w:t>
      </w:r>
    </w:p>
    <w:p w14:paraId="6AF9C6FC" w14:textId="77777777" w:rsidR="00317B52" w:rsidRPr="00317B52" w:rsidRDefault="00317B52" w:rsidP="00317B52">
      <w:pPr>
        <w:rPr>
          <w:sz w:val="28"/>
          <w:szCs w:val="28"/>
          <w:lang w:val="en-GB"/>
        </w:rPr>
      </w:pPr>
      <w:r w:rsidRPr="00317B52">
        <w:rPr>
          <w:sz w:val="28"/>
          <w:szCs w:val="28"/>
          <w:lang w:val="en-GB"/>
        </w:rPr>
        <w:t>Output:</w:t>
      </w:r>
      <w:r w:rsidRPr="00317B52">
        <w:rPr>
          <w:sz w:val="28"/>
          <w:szCs w:val="28"/>
          <w:lang w:val="en-GB"/>
        </w:rPr>
        <w:br/>
        <w:t>10, 30, 50, 70, 90</w:t>
      </w:r>
    </w:p>
    <w:p w14:paraId="23C8B0A8" w14:textId="6506DDCD" w:rsidR="00317B52" w:rsidRPr="00317B52" w:rsidRDefault="00317B52" w:rsidP="00317B52">
      <w:pPr>
        <w:rPr>
          <w:sz w:val="28"/>
          <w:szCs w:val="28"/>
          <w:lang w:val="en-GB"/>
        </w:rPr>
      </w:pPr>
      <w:r w:rsidRPr="00317B52">
        <w:rPr>
          <w:sz w:val="28"/>
          <w:szCs w:val="28"/>
          <w:lang w:val="en-GB"/>
        </w:rPr>
        <w:t>The model successfully rearranged the values into ascending order.</w:t>
      </w:r>
    </w:p>
    <w:p w14:paraId="652DDAC5" w14:textId="77777777" w:rsidR="00317B52" w:rsidRPr="00317B52" w:rsidRDefault="00317B52" w:rsidP="00317B52">
      <w:pPr>
        <w:rPr>
          <w:sz w:val="40"/>
          <w:szCs w:val="40"/>
          <w:lang w:val="en-GB"/>
        </w:rPr>
      </w:pPr>
      <w:r w:rsidRPr="00317B52">
        <w:rPr>
          <w:sz w:val="40"/>
          <w:szCs w:val="40"/>
          <w:lang w:val="en-GB"/>
        </w:rPr>
        <w:t>Test 4 – Duplicate Numbers</w:t>
      </w:r>
    </w:p>
    <w:p w14:paraId="2B2EAB2F" w14:textId="77777777" w:rsidR="00317B52" w:rsidRPr="00317B52" w:rsidRDefault="00317B52" w:rsidP="00317B52">
      <w:pPr>
        <w:rPr>
          <w:sz w:val="28"/>
          <w:szCs w:val="28"/>
          <w:lang w:val="en-GB"/>
        </w:rPr>
      </w:pPr>
      <w:r w:rsidRPr="00317B52">
        <w:rPr>
          <w:sz w:val="28"/>
          <w:szCs w:val="28"/>
          <w:lang w:val="en-GB"/>
        </w:rPr>
        <w:t>Input:</w:t>
      </w:r>
      <w:r w:rsidRPr="00317B52">
        <w:rPr>
          <w:sz w:val="28"/>
          <w:szCs w:val="28"/>
          <w:lang w:val="en-GB"/>
        </w:rPr>
        <w:br/>
        <w:t>5, 2, 5, 1, 2</w:t>
      </w:r>
    </w:p>
    <w:p w14:paraId="3869E7F7" w14:textId="77777777" w:rsidR="00317B52" w:rsidRPr="00317B52" w:rsidRDefault="00317B52" w:rsidP="00317B52">
      <w:pPr>
        <w:rPr>
          <w:sz w:val="28"/>
          <w:szCs w:val="28"/>
          <w:lang w:val="en-GB"/>
        </w:rPr>
      </w:pPr>
      <w:r w:rsidRPr="00317B52">
        <w:rPr>
          <w:sz w:val="28"/>
          <w:szCs w:val="28"/>
          <w:lang w:val="en-GB"/>
        </w:rPr>
        <w:t>Output:</w:t>
      </w:r>
      <w:r w:rsidRPr="00317B52">
        <w:rPr>
          <w:sz w:val="28"/>
          <w:szCs w:val="28"/>
          <w:lang w:val="en-GB"/>
        </w:rPr>
        <w:br/>
        <w:t>1, 2, 2, 5, 5</w:t>
      </w:r>
    </w:p>
    <w:p w14:paraId="36F31862" w14:textId="79624127" w:rsidR="00317B52" w:rsidRPr="00317B52" w:rsidRDefault="00317B52" w:rsidP="00317B52">
      <w:pPr>
        <w:rPr>
          <w:sz w:val="28"/>
          <w:szCs w:val="28"/>
          <w:lang w:val="en-GB"/>
        </w:rPr>
      </w:pPr>
      <w:r w:rsidRPr="00317B52">
        <w:rPr>
          <w:sz w:val="28"/>
          <w:szCs w:val="28"/>
          <w:lang w:val="en-GB"/>
        </w:rPr>
        <w:t>The model handled duplicate values correctly.</w:t>
      </w:r>
    </w:p>
    <w:p w14:paraId="26FB438A" w14:textId="77777777" w:rsidR="00317B52" w:rsidRPr="00317B52" w:rsidRDefault="00317B52" w:rsidP="00317B52">
      <w:pPr>
        <w:rPr>
          <w:sz w:val="40"/>
          <w:szCs w:val="40"/>
          <w:lang w:val="en-GB"/>
        </w:rPr>
      </w:pPr>
      <w:r w:rsidRPr="00317B52">
        <w:rPr>
          <w:sz w:val="40"/>
          <w:szCs w:val="40"/>
          <w:lang w:val="en-GB"/>
        </w:rPr>
        <w:t>Test 5 – Large Dataset</w:t>
      </w:r>
    </w:p>
    <w:p w14:paraId="105ADA1B" w14:textId="77777777" w:rsidR="00317B52" w:rsidRPr="00317B52" w:rsidRDefault="00317B52" w:rsidP="00317B52">
      <w:pPr>
        <w:rPr>
          <w:sz w:val="28"/>
          <w:szCs w:val="28"/>
          <w:lang w:val="en-GB"/>
        </w:rPr>
      </w:pPr>
      <w:r w:rsidRPr="00317B52">
        <w:rPr>
          <w:sz w:val="28"/>
          <w:szCs w:val="28"/>
          <w:lang w:val="en-GB"/>
        </w:rPr>
        <w:t>I also tested the model using a larger set of random numbers. The sorting process still worked correctly, although larger datasets required more processing time.</w:t>
      </w:r>
    </w:p>
    <w:p w14:paraId="7CB1907B" w14:textId="2145A2FD" w:rsidR="00317B52" w:rsidRPr="00317B52" w:rsidRDefault="00317B52" w:rsidP="00317B52">
      <w:pPr>
        <w:rPr>
          <w:sz w:val="28"/>
          <w:szCs w:val="28"/>
          <w:lang w:val="en-GB"/>
        </w:rPr>
      </w:pPr>
      <w:r w:rsidRPr="00317B52">
        <w:rPr>
          <w:sz w:val="28"/>
          <w:szCs w:val="28"/>
          <w:lang w:val="en-GB"/>
        </w:rPr>
        <w:t>This testing helped confirm that the sorting model was reliable and accurate.</w:t>
      </w:r>
    </w:p>
    <w:p w14:paraId="4300C149" w14:textId="77777777" w:rsidR="00317B52" w:rsidRPr="00317B52" w:rsidRDefault="00317B52" w:rsidP="00317B52">
      <w:pPr>
        <w:rPr>
          <w:sz w:val="40"/>
          <w:szCs w:val="40"/>
          <w:lang w:val="en-GB"/>
        </w:rPr>
      </w:pPr>
      <w:r w:rsidRPr="00317B52">
        <w:rPr>
          <w:sz w:val="40"/>
          <w:szCs w:val="40"/>
          <w:lang w:val="en-GB"/>
        </w:rPr>
        <w:t>Screenshots</w:t>
      </w:r>
    </w:p>
    <w:p w14:paraId="0F03D814" w14:textId="77777777" w:rsidR="00317B52" w:rsidRPr="00317B52" w:rsidRDefault="00317B52" w:rsidP="00317B52">
      <w:pPr>
        <w:rPr>
          <w:sz w:val="28"/>
          <w:szCs w:val="28"/>
          <w:lang w:val="en-GB"/>
        </w:rPr>
      </w:pPr>
      <w:r w:rsidRPr="00317B52">
        <w:rPr>
          <w:sz w:val="28"/>
          <w:szCs w:val="28"/>
          <w:lang w:val="en-GB"/>
        </w:rPr>
        <w:t>To support my testing, screenshots were taken from the Excel spreadsheet during different stages of the sorting process. The screenshots showed:</w:t>
      </w:r>
    </w:p>
    <w:p w14:paraId="2185207A" w14:textId="77777777" w:rsidR="00317B52" w:rsidRPr="00317B52" w:rsidRDefault="00317B52" w:rsidP="002B4F7D">
      <w:pPr>
        <w:numPr>
          <w:ilvl w:val="0"/>
          <w:numId w:val="31"/>
        </w:numPr>
        <w:rPr>
          <w:sz w:val="28"/>
          <w:szCs w:val="28"/>
          <w:lang w:val="en-GB"/>
        </w:rPr>
      </w:pPr>
      <w:r w:rsidRPr="00317B52">
        <w:rPr>
          <w:sz w:val="28"/>
          <w:szCs w:val="28"/>
          <w:lang w:val="en-GB"/>
        </w:rPr>
        <w:t xml:space="preserve">Original unsorted data </w:t>
      </w:r>
    </w:p>
    <w:p w14:paraId="0B3BBE6B" w14:textId="77777777" w:rsidR="00317B52" w:rsidRPr="00317B52" w:rsidRDefault="00317B52" w:rsidP="002B4F7D">
      <w:pPr>
        <w:numPr>
          <w:ilvl w:val="0"/>
          <w:numId w:val="31"/>
        </w:numPr>
        <w:rPr>
          <w:sz w:val="28"/>
          <w:szCs w:val="28"/>
          <w:lang w:val="en-GB"/>
        </w:rPr>
      </w:pPr>
      <w:r w:rsidRPr="00317B52">
        <w:rPr>
          <w:sz w:val="28"/>
          <w:szCs w:val="28"/>
          <w:lang w:val="en-GB"/>
        </w:rPr>
        <w:t xml:space="preserve">Sorting steps </w:t>
      </w:r>
    </w:p>
    <w:p w14:paraId="0E04B709" w14:textId="77777777" w:rsidR="00317B52" w:rsidRPr="00317B52" w:rsidRDefault="00317B52" w:rsidP="002B4F7D">
      <w:pPr>
        <w:numPr>
          <w:ilvl w:val="0"/>
          <w:numId w:val="31"/>
        </w:numPr>
        <w:rPr>
          <w:sz w:val="28"/>
          <w:szCs w:val="28"/>
          <w:lang w:val="en-GB"/>
        </w:rPr>
      </w:pPr>
      <w:r w:rsidRPr="00317B52">
        <w:rPr>
          <w:sz w:val="28"/>
          <w:szCs w:val="28"/>
          <w:lang w:val="en-GB"/>
        </w:rPr>
        <w:lastRenderedPageBreak/>
        <w:t xml:space="preserve">Final sorted output </w:t>
      </w:r>
    </w:p>
    <w:p w14:paraId="65EE9588" w14:textId="77777777" w:rsidR="00317B52" w:rsidRPr="00317B52" w:rsidRDefault="00317B52" w:rsidP="002B4F7D">
      <w:pPr>
        <w:numPr>
          <w:ilvl w:val="0"/>
          <w:numId w:val="31"/>
        </w:numPr>
        <w:rPr>
          <w:sz w:val="28"/>
          <w:szCs w:val="28"/>
          <w:lang w:val="en-GB"/>
        </w:rPr>
      </w:pPr>
      <w:r w:rsidRPr="00317B52">
        <w:rPr>
          <w:sz w:val="28"/>
          <w:szCs w:val="28"/>
          <w:lang w:val="en-GB"/>
        </w:rPr>
        <w:t xml:space="preserve">Charts and tables </w:t>
      </w:r>
    </w:p>
    <w:p w14:paraId="0CEB6444" w14:textId="02BC05D6" w:rsidR="00317B52" w:rsidRPr="00317B52" w:rsidRDefault="00317B52" w:rsidP="002B4F7D">
      <w:pPr>
        <w:numPr>
          <w:ilvl w:val="0"/>
          <w:numId w:val="31"/>
        </w:numPr>
        <w:rPr>
          <w:sz w:val="28"/>
          <w:szCs w:val="28"/>
          <w:lang w:val="en-GB"/>
        </w:rPr>
      </w:pPr>
      <w:r w:rsidRPr="00317B52">
        <w:rPr>
          <w:sz w:val="28"/>
          <w:szCs w:val="28"/>
          <w:lang w:val="en-GB"/>
        </w:rPr>
        <w:t xml:space="preserve">Formula usage </w:t>
      </w:r>
    </w:p>
    <w:p w14:paraId="3D7240B9" w14:textId="77777777" w:rsidR="00317B52" w:rsidRPr="00317B52" w:rsidRDefault="00317B52" w:rsidP="00317B52">
      <w:pPr>
        <w:rPr>
          <w:sz w:val="28"/>
          <w:szCs w:val="28"/>
          <w:lang w:val="en-GB"/>
        </w:rPr>
      </w:pPr>
      <w:r w:rsidRPr="00317B52">
        <w:rPr>
          <w:sz w:val="28"/>
          <w:szCs w:val="28"/>
          <w:lang w:val="en-GB"/>
        </w:rPr>
        <w:t>These screenshots provided visual evidence that the model was working correctly.</w:t>
      </w:r>
    </w:p>
    <w:p w14:paraId="6329BFA3" w14:textId="77777777" w:rsidR="00317B52" w:rsidRPr="00317B52" w:rsidRDefault="00317B52" w:rsidP="00317B52">
      <w:pPr>
        <w:rPr>
          <w:sz w:val="28"/>
          <w:szCs w:val="28"/>
          <w:lang w:val="en-GB"/>
        </w:rPr>
      </w:pPr>
      <w:r w:rsidRPr="00317B52">
        <w:rPr>
          <w:sz w:val="28"/>
          <w:szCs w:val="28"/>
          <w:lang w:val="en-GB"/>
        </w:rPr>
        <w:t>The screenshots also helped explain the process more clearly for learners and made the booklet easier to understand.</w:t>
      </w:r>
    </w:p>
    <w:p w14:paraId="1F8E9652" w14:textId="77777777" w:rsidR="00317B52" w:rsidRPr="00317B52" w:rsidRDefault="00317B52" w:rsidP="00317B52">
      <w:pPr>
        <w:rPr>
          <w:sz w:val="28"/>
          <w:szCs w:val="28"/>
          <w:lang w:val="en-GB"/>
        </w:rPr>
      </w:pPr>
      <w:r w:rsidRPr="00317B52">
        <w:rPr>
          <w:sz w:val="28"/>
          <w:szCs w:val="28"/>
          <w:lang w:val="en-GB"/>
        </w:rPr>
        <w:t>Creating and testing the Excel model helped me understand how sorting algorithms work in practical situations. Using input and output columns made the data easier to organise and compare. Testing different datasets also helped me identify whether the model worked correctly in different situations.</w:t>
      </w:r>
    </w:p>
    <w:p w14:paraId="30FCDE43" w14:textId="3B43158A" w:rsidR="00821BC2" w:rsidRDefault="00317B52" w:rsidP="00317B52">
      <w:pPr>
        <w:rPr>
          <w:sz w:val="28"/>
          <w:szCs w:val="28"/>
          <w:lang w:val="en-GB"/>
        </w:rPr>
      </w:pPr>
      <w:r w:rsidRPr="00317B52">
        <w:rPr>
          <w:sz w:val="28"/>
          <w:szCs w:val="28"/>
          <w:lang w:val="en-GB"/>
        </w:rPr>
        <w:t>Overall, Excel was a useful software tool for visualising sorting methods, testing data, and improving my understanding of computational thinking and problem-solving in computing.</w:t>
      </w:r>
    </w:p>
    <w:tbl>
      <w:tblPr>
        <w:tblStyle w:val="TableGrid"/>
        <w:tblW w:w="0" w:type="auto"/>
        <w:tblLook w:val="06A0" w:firstRow="1" w:lastRow="0" w:firstColumn="1" w:lastColumn="0" w:noHBand="1" w:noVBand="1"/>
      </w:tblPr>
      <w:tblGrid>
        <w:gridCol w:w="2254"/>
        <w:gridCol w:w="2254"/>
        <w:gridCol w:w="2254"/>
        <w:gridCol w:w="2254"/>
      </w:tblGrid>
      <w:tr w:rsidR="0005141E" w14:paraId="44FD10C5" w14:textId="77777777" w:rsidTr="005C7680">
        <w:trPr>
          <w:trHeight w:val="300"/>
        </w:trPr>
        <w:tc>
          <w:tcPr>
            <w:tcW w:w="2254" w:type="dxa"/>
          </w:tcPr>
          <w:p w14:paraId="7D1E809E" w14:textId="77777777" w:rsidR="0005141E" w:rsidRDefault="0005141E" w:rsidP="005C7680">
            <w:r>
              <w:t>Name of test</w:t>
            </w:r>
          </w:p>
        </w:tc>
        <w:tc>
          <w:tcPr>
            <w:tcW w:w="2254" w:type="dxa"/>
          </w:tcPr>
          <w:p w14:paraId="16391C4C" w14:textId="77777777" w:rsidR="0005141E" w:rsidRDefault="0005141E" w:rsidP="005C7680">
            <w:r>
              <w:t>List used</w:t>
            </w:r>
          </w:p>
        </w:tc>
        <w:tc>
          <w:tcPr>
            <w:tcW w:w="2254" w:type="dxa"/>
          </w:tcPr>
          <w:p w14:paraId="27FF3C7E" w14:textId="77777777" w:rsidR="0005141E" w:rsidRDefault="0005141E" w:rsidP="005C7680">
            <w:r>
              <w:t>Expected outcome</w:t>
            </w:r>
          </w:p>
        </w:tc>
        <w:tc>
          <w:tcPr>
            <w:tcW w:w="2254" w:type="dxa"/>
          </w:tcPr>
          <w:p w14:paraId="05C0800C" w14:textId="77777777" w:rsidR="0005141E" w:rsidRDefault="0005141E" w:rsidP="005C7680">
            <w:r>
              <w:t>results</w:t>
            </w:r>
          </w:p>
        </w:tc>
      </w:tr>
      <w:tr w:rsidR="0005141E" w14:paraId="2B3106FB" w14:textId="77777777" w:rsidTr="005C7680">
        <w:trPr>
          <w:trHeight w:val="300"/>
        </w:trPr>
        <w:tc>
          <w:tcPr>
            <w:tcW w:w="2254" w:type="dxa"/>
          </w:tcPr>
          <w:p w14:paraId="3B792930" w14:textId="77777777" w:rsidR="0005141E" w:rsidRDefault="0005141E" w:rsidP="005C7680">
            <w:pPr>
              <w:rPr>
                <w:sz w:val="20"/>
                <w:szCs w:val="20"/>
              </w:rPr>
            </w:pPr>
            <w:r w:rsidRPr="0A69CF9D">
              <w:rPr>
                <w:sz w:val="20"/>
                <w:szCs w:val="20"/>
              </w:rPr>
              <w:t>Random order with duplicates</w:t>
            </w:r>
          </w:p>
        </w:tc>
        <w:tc>
          <w:tcPr>
            <w:tcW w:w="2254" w:type="dxa"/>
          </w:tcPr>
          <w:p w14:paraId="322DE530" w14:textId="77777777" w:rsidR="0005141E" w:rsidRDefault="0005141E" w:rsidP="005C7680">
            <w:r>
              <w:t>4,2,3,3,6,8,1,9</w:t>
            </w:r>
          </w:p>
        </w:tc>
        <w:tc>
          <w:tcPr>
            <w:tcW w:w="2254" w:type="dxa"/>
          </w:tcPr>
          <w:p w14:paraId="25BE389B" w14:textId="77777777" w:rsidR="0005141E" w:rsidRDefault="0005141E" w:rsidP="005C7680">
            <w:r>
              <w:t>1,2,3,3,4,6,8,9</w:t>
            </w:r>
          </w:p>
        </w:tc>
        <w:tc>
          <w:tcPr>
            <w:tcW w:w="2254" w:type="dxa"/>
          </w:tcPr>
          <w:p w14:paraId="0D8E67CE" w14:textId="77777777" w:rsidR="0005141E" w:rsidRDefault="0005141E" w:rsidP="005C7680">
            <w:r>
              <w:t>Passed</w:t>
            </w:r>
          </w:p>
        </w:tc>
      </w:tr>
      <w:tr w:rsidR="0005141E" w14:paraId="4BA4EEFF" w14:textId="77777777" w:rsidTr="005C7680">
        <w:trPr>
          <w:trHeight w:val="300"/>
        </w:trPr>
        <w:tc>
          <w:tcPr>
            <w:tcW w:w="2254" w:type="dxa"/>
          </w:tcPr>
          <w:p w14:paraId="12E5870E" w14:textId="77777777" w:rsidR="0005141E" w:rsidRDefault="0005141E" w:rsidP="005C7680">
            <w:r>
              <w:t>Already sorted</w:t>
            </w:r>
          </w:p>
        </w:tc>
        <w:tc>
          <w:tcPr>
            <w:tcW w:w="2254" w:type="dxa"/>
          </w:tcPr>
          <w:p w14:paraId="0A7ADC96" w14:textId="77777777" w:rsidR="0005141E" w:rsidRDefault="0005141E" w:rsidP="005C7680">
            <w:r>
              <w:t>2,4,6,8,10,12,14,16</w:t>
            </w:r>
          </w:p>
        </w:tc>
        <w:tc>
          <w:tcPr>
            <w:tcW w:w="2254" w:type="dxa"/>
          </w:tcPr>
          <w:p w14:paraId="266D1852" w14:textId="77777777" w:rsidR="0005141E" w:rsidRDefault="0005141E" w:rsidP="005C7680">
            <w:r>
              <w:t>2,4,6,8,10,12,14,16</w:t>
            </w:r>
          </w:p>
        </w:tc>
        <w:tc>
          <w:tcPr>
            <w:tcW w:w="2254" w:type="dxa"/>
          </w:tcPr>
          <w:p w14:paraId="424AD39C" w14:textId="77777777" w:rsidR="0005141E" w:rsidRDefault="0005141E" w:rsidP="005C7680">
            <w:r>
              <w:t>Passed</w:t>
            </w:r>
          </w:p>
        </w:tc>
      </w:tr>
      <w:tr w:rsidR="0005141E" w14:paraId="6C8DFA84" w14:textId="77777777" w:rsidTr="005C7680">
        <w:trPr>
          <w:trHeight w:val="300"/>
        </w:trPr>
        <w:tc>
          <w:tcPr>
            <w:tcW w:w="2254" w:type="dxa"/>
          </w:tcPr>
          <w:p w14:paraId="117198FC" w14:textId="77777777" w:rsidR="0005141E" w:rsidRDefault="0005141E" w:rsidP="005C7680">
            <w:r>
              <w:t>Reversed list</w:t>
            </w:r>
          </w:p>
        </w:tc>
        <w:tc>
          <w:tcPr>
            <w:tcW w:w="2254" w:type="dxa"/>
          </w:tcPr>
          <w:p w14:paraId="4E06C80C" w14:textId="77777777" w:rsidR="0005141E" w:rsidRDefault="0005141E" w:rsidP="005C7680">
            <w:r>
              <w:t>8,7,6,5,4,3,2,1</w:t>
            </w:r>
          </w:p>
        </w:tc>
        <w:tc>
          <w:tcPr>
            <w:tcW w:w="2254" w:type="dxa"/>
          </w:tcPr>
          <w:p w14:paraId="75355FA7" w14:textId="77777777" w:rsidR="0005141E" w:rsidRDefault="0005141E" w:rsidP="005C7680">
            <w:r>
              <w:t>1,2,3,4,5,6,7,8</w:t>
            </w:r>
          </w:p>
        </w:tc>
        <w:tc>
          <w:tcPr>
            <w:tcW w:w="2254" w:type="dxa"/>
          </w:tcPr>
          <w:p w14:paraId="1BA38E12" w14:textId="77777777" w:rsidR="0005141E" w:rsidRDefault="0005141E" w:rsidP="005C7680">
            <w:r>
              <w:t>Passed</w:t>
            </w:r>
          </w:p>
        </w:tc>
      </w:tr>
    </w:tbl>
    <w:p w14:paraId="43AA7385" w14:textId="77777777" w:rsidR="0005141E" w:rsidRDefault="0005141E" w:rsidP="00317B52">
      <w:pPr>
        <w:rPr>
          <w:sz w:val="28"/>
          <w:szCs w:val="28"/>
          <w:lang w:val="en-GB"/>
        </w:rPr>
      </w:pPr>
    </w:p>
    <w:p w14:paraId="7140016B" w14:textId="3AB52E49" w:rsidR="00C01657" w:rsidRDefault="00C01657" w:rsidP="00317B52">
      <w:pPr>
        <w:rPr>
          <w:sz w:val="28"/>
          <w:szCs w:val="28"/>
          <w:lang w:val="en-GB"/>
        </w:rPr>
      </w:pPr>
      <w:r>
        <w:rPr>
          <w:noProof/>
        </w:rPr>
        <w:drawing>
          <wp:inline distT="0" distB="0" distL="0" distR="0" wp14:anchorId="2E855D83" wp14:editId="4D612A94">
            <wp:extent cx="4425950" cy="2113556"/>
            <wp:effectExtent l="0" t="0" r="0" b="1270"/>
            <wp:docPr id="6656293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562934" name="Picture 66562934"/>
                    <pic:cNvPicPr/>
                  </pic:nvPicPr>
                  <pic:blipFill>
                    <a:blip r:embed="rId10">
                      <a:extLst>
                        <a:ext uri="{28A0092B-C50C-407E-A947-70E740481C1C}">
                          <a14:useLocalDpi xmlns:a14="http://schemas.microsoft.com/office/drawing/2010/main"/>
                        </a:ext>
                      </a:extLst>
                    </a:blip>
                    <a:stretch>
                      <a:fillRect/>
                    </a:stretch>
                  </pic:blipFill>
                  <pic:spPr>
                    <a:xfrm>
                      <a:off x="0" y="0"/>
                      <a:ext cx="4450089" cy="2125084"/>
                    </a:xfrm>
                    <a:prstGeom prst="rect">
                      <a:avLst/>
                    </a:prstGeom>
                  </pic:spPr>
                </pic:pic>
              </a:graphicData>
            </a:graphic>
          </wp:inline>
        </w:drawing>
      </w:r>
    </w:p>
    <w:p w14:paraId="0219FFEF" w14:textId="068E0044" w:rsidR="009D3006" w:rsidRDefault="009D3006" w:rsidP="00317B52">
      <w:pPr>
        <w:rPr>
          <w:sz w:val="28"/>
          <w:szCs w:val="28"/>
          <w:lang w:val="en-GB"/>
        </w:rPr>
      </w:pPr>
      <w:r>
        <w:rPr>
          <w:noProof/>
        </w:rPr>
        <w:lastRenderedPageBreak/>
        <w:drawing>
          <wp:inline distT="0" distB="0" distL="0" distR="0" wp14:anchorId="455EC4C8" wp14:editId="5FAFF7CF">
            <wp:extent cx="4406900" cy="2119125"/>
            <wp:effectExtent l="0" t="0" r="0" b="0"/>
            <wp:docPr id="37336937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369375" name="Picture 373369375"/>
                    <pic:cNvPicPr/>
                  </pic:nvPicPr>
                  <pic:blipFill>
                    <a:blip r:embed="rId11">
                      <a:extLst>
                        <a:ext uri="{28A0092B-C50C-407E-A947-70E740481C1C}">
                          <a14:useLocalDpi xmlns:a14="http://schemas.microsoft.com/office/drawing/2010/main"/>
                        </a:ext>
                      </a:extLst>
                    </a:blip>
                    <a:stretch>
                      <a:fillRect/>
                    </a:stretch>
                  </pic:blipFill>
                  <pic:spPr>
                    <a:xfrm>
                      <a:off x="0" y="0"/>
                      <a:ext cx="4477167" cy="2152914"/>
                    </a:xfrm>
                    <a:prstGeom prst="rect">
                      <a:avLst/>
                    </a:prstGeom>
                  </pic:spPr>
                </pic:pic>
              </a:graphicData>
            </a:graphic>
          </wp:inline>
        </w:drawing>
      </w:r>
    </w:p>
    <w:p w14:paraId="4B18FFCC" w14:textId="177C09B9" w:rsidR="009D3006" w:rsidRDefault="0007265E" w:rsidP="00317B52">
      <w:pPr>
        <w:rPr>
          <w:sz w:val="28"/>
          <w:szCs w:val="28"/>
          <w:lang w:val="en-GB"/>
        </w:rPr>
      </w:pPr>
      <w:r>
        <w:rPr>
          <w:noProof/>
        </w:rPr>
        <w:drawing>
          <wp:inline distT="0" distB="0" distL="0" distR="0" wp14:anchorId="581C5A23" wp14:editId="52BAC409">
            <wp:extent cx="4337050" cy="2063887"/>
            <wp:effectExtent l="0" t="0" r="6350" b="0"/>
            <wp:docPr id="205418214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182148" name="Picture 2054182148"/>
                    <pic:cNvPicPr/>
                  </pic:nvPicPr>
                  <pic:blipFill>
                    <a:blip r:embed="rId12">
                      <a:extLst>
                        <a:ext uri="{28A0092B-C50C-407E-A947-70E740481C1C}">
                          <a14:useLocalDpi xmlns:a14="http://schemas.microsoft.com/office/drawing/2010/main"/>
                        </a:ext>
                      </a:extLst>
                    </a:blip>
                    <a:stretch>
                      <a:fillRect/>
                    </a:stretch>
                  </pic:blipFill>
                  <pic:spPr>
                    <a:xfrm>
                      <a:off x="0" y="0"/>
                      <a:ext cx="4346242" cy="2068261"/>
                    </a:xfrm>
                    <a:prstGeom prst="rect">
                      <a:avLst/>
                    </a:prstGeom>
                  </pic:spPr>
                </pic:pic>
              </a:graphicData>
            </a:graphic>
          </wp:inline>
        </w:drawing>
      </w:r>
    </w:p>
    <w:p w14:paraId="70D26768" w14:textId="77777777" w:rsidR="00821BC2" w:rsidRPr="00821BC2" w:rsidRDefault="00821BC2" w:rsidP="00821BC2">
      <w:pPr>
        <w:pStyle w:val="Heading1"/>
        <w:rPr>
          <w:color w:val="auto"/>
          <w:sz w:val="56"/>
          <w:szCs w:val="56"/>
          <w:lang w:val="en-GB"/>
        </w:rPr>
      </w:pPr>
      <w:r w:rsidRPr="00821BC2">
        <w:rPr>
          <w:color w:val="auto"/>
          <w:sz w:val="56"/>
          <w:szCs w:val="56"/>
          <w:lang w:val="en-GB"/>
        </w:rPr>
        <w:t>6. Alternative Solutions</w:t>
      </w:r>
    </w:p>
    <w:p w14:paraId="52D60494" w14:textId="77777777" w:rsidR="00821BC2" w:rsidRPr="00821BC2" w:rsidRDefault="00821BC2" w:rsidP="00821BC2">
      <w:pPr>
        <w:rPr>
          <w:sz w:val="28"/>
          <w:szCs w:val="28"/>
          <w:lang w:val="en-GB"/>
        </w:rPr>
      </w:pPr>
      <w:r w:rsidRPr="00821BC2">
        <w:rPr>
          <w:sz w:val="28"/>
          <w:szCs w:val="28"/>
          <w:lang w:val="en-GB"/>
        </w:rPr>
        <w:t>When solving sorting problems in computing, there are many different sorting methods that can be used. Each sorting algorithm works in a different way and has its own advantages and disadvantages. Some sorting methods are simple and easy to understand, while others are faster and more efficient for large datasets.</w:t>
      </w:r>
    </w:p>
    <w:p w14:paraId="777A8F15" w14:textId="77777777" w:rsidR="00821BC2" w:rsidRPr="00821BC2" w:rsidRDefault="00821BC2" w:rsidP="00821BC2">
      <w:pPr>
        <w:rPr>
          <w:sz w:val="28"/>
          <w:szCs w:val="28"/>
          <w:lang w:val="en-GB"/>
        </w:rPr>
      </w:pPr>
      <w:r w:rsidRPr="00821BC2">
        <w:rPr>
          <w:sz w:val="28"/>
          <w:szCs w:val="28"/>
          <w:lang w:val="en-GB"/>
        </w:rPr>
        <w:t>In this section, I will explain three alternative sorting methods:</w:t>
      </w:r>
    </w:p>
    <w:p w14:paraId="33D0195B" w14:textId="37927AB5" w:rsidR="00821BC2" w:rsidRPr="00821BC2" w:rsidRDefault="00821BC2" w:rsidP="002B4F7D">
      <w:pPr>
        <w:numPr>
          <w:ilvl w:val="0"/>
          <w:numId w:val="56"/>
        </w:numPr>
        <w:rPr>
          <w:sz w:val="28"/>
          <w:szCs w:val="28"/>
          <w:lang w:val="en-GB"/>
        </w:rPr>
      </w:pPr>
      <w:r w:rsidRPr="00821BC2">
        <w:rPr>
          <w:sz w:val="28"/>
          <w:szCs w:val="28"/>
          <w:lang w:val="en-GB"/>
        </w:rPr>
        <w:t xml:space="preserve">Bubble Sort </w:t>
      </w:r>
    </w:p>
    <w:p w14:paraId="5169944B" w14:textId="77777777" w:rsidR="00821BC2" w:rsidRPr="00821BC2" w:rsidRDefault="00821BC2" w:rsidP="002B4F7D">
      <w:pPr>
        <w:numPr>
          <w:ilvl w:val="0"/>
          <w:numId w:val="56"/>
        </w:numPr>
        <w:rPr>
          <w:sz w:val="28"/>
          <w:szCs w:val="28"/>
          <w:lang w:val="en-GB"/>
        </w:rPr>
      </w:pPr>
      <w:r w:rsidRPr="00821BC2">
        <w:rPr>
          <w:sz w:val="28"/>
          <w:szCs w:val="28"/>
          <w:lang w:val="en-GB"/>
        </w:rPr>
        <w:t xml:space="preserve">Insertion Sort </w:t>
      </w:r>
    </w:p>
    <w:p w14:paraId="5A6AF216" w14:textId="77777777" w:rsidR="00821BC2" w:rsidRPr="00821BC2" w:rsidRDefault="00821BC2" w:rsidP="002B4F7D">
      <w:pPr>
        <w:numPr>
          <w:ilvl w:val="0"/>
          <w:numId w:val="56"/>
        </w:numPr>
        <w:rPr>
          <w:sz w:val="28"/>
          <w:szCs w:val="28"/>
          <w:lang w:val="en-GB"/>
        </w:rPr>
      </w:pPr>
      <w:r w:rsidRPr="00821BC2">
        <w:rPr>
          <w:sz w:val="28"/>
          <w:szCs w:val="28"/>
          <w:lang w:val="en-GB"/>
        </w:rPr>
        <w:t xml:space="preserve">Quick Sort </w:t>
      </w:r>
    </w:p>
    <w:p w14:paraId="53D624F6" w14:textId="77777777" w:rsidR="00821BC2" w:rsidRPr="00821BC2" w:rsidRDefault="00821BC2" w:rsidP="00821BC2">
      <w:pPr>
        <w:rPr>
          <w:sz w:val="28"/>
          <w:szCs w:val="28"/>
          <w:lang w:val="en-GB"/>
        </w:rPr>
      </w:pPr>
      <w:r w:rsidRPr="00821BC2">
        <w:rPr>
          <w:sz w:val="28"/>
          <w:szCs w:val="28"/>
          <w:lang w:val="en-GB"/>
        </w:rPr>
        <w:t>I will also explain why Merge Sort was chosen for this assignment.</w:t>
      </w:r>
    </w:p>
    <w:p w14:paraId="5954CB94" w14:textId="5905F7ED" w:rsidR="00821BC2" w:rsidRPr="00821BC2" w:rsidRDefault="00821BC2" w:rsidP="00821BC2">
      <w:pPr>
        <w:rPr>
          <w:sz w:val="28"/>
          <w:szCs w:val="28"/>
          <w:lang w:val="en-GB"/>
        </w:rPr>
      </w:pPr>
    </w:p>
    <w:p w14:paraId="2512E148" w14:textId="77777777" w:rsidR="00821BC2" w:rsidRPr="00821BC2" w:rsidRDefault="00821BC2" w:rsidP="00821BC2">
      <w:pPr>
        <w:rPr>
          <w:sz w:val="40"/>
          <w:szCs w:val="40"/>
          <w:lang w:val="en-GB"/>
        </w:rPr>
      </w:pPr>
      <w:r w:rsidRPr="00821BC2">
        <w:rPr>
          <w:sz w:val="40"/>
          <w:szCs w:val="40"/>
          <w:lang w:val="en-GB"/>
        </w:rPr>
        <w:t>Bubble Sort</w:t>
      </w:r>
    </w:p>
    <w:p w14:paraId="60594BF0" w14:textId="77777777" w:rsidR="00821BC2" w:rsidRPr="00821BC2" w:rsidRDefault="00821BC2" w:rsidP="00821BC2">
      <w:pPr>
        <w:rPr>
          <w:sz w:val="28"/>
          <w:szCs w:val="28"/>
          <w:lang w:val="en-GB"/>
        </w:rPr>
      </w:pPr>
      <w:r w:rsidRPr="00821BC2">
        <w:rPr>
          <w:sz w:val="28"/>
          <w:szCs w:val="28"/>
          <w:lang w:val="en-GB"/>
        </w:rPr>
        <w:lastRenderedPageBreak/>
        <w:t>Bubble Sort is one of the simplest sorting algorithms used in computing. It works by comparing two numbers next to each other and swapping them if they are in the wrong order. This process keeps repeating until all numbers are sorted correctly.</w:t>
      </w:r>
    </w:p>
    <w:p w14:paraId="5CC32CA6" w14:textId="77777777" w:rsidR="00821BC2" w:rsidRPr="00821BC2" w:rsidRDefault="00821BC2" w:rsidP="00821BC2">
      <w:pPr>
        <w:rPr>
          <w:sz w:val="28"/>
          <w:szCs w:val="28"/>
          <w:lang w:val="en-GB"/>
        </w:rPr>
      </w:pPr>
      <w:r w:rsidRPr="00821BC2">
        <w:rPr>
          <w:sz w:val="28"/>
          <w:szCs w:val="28"/>
          <w:lang w:val="en-GB"/>
        </w:rPr>
        <w:t>The largest values slowly move towards the end of the list during each round, which is why it is called “Bubble Sort.”</w:t>
      </w:r>
    </w:p>
    <w:p w14:paraId="4694BCD0" w14:textId="366B53CC" w:rsidR="00821BC2" w:rsidRPr="00821BC2" w:rsidRDefault="00821BC2" w:rsidP="00821BC2">
      <w:pPr>
        <w:rPr>
          <w:sz w:val="28"/>
          <w:szCs w:val="28"/>
          <w:lang w:val="en-GB"/>
        </w:rPr>
      </w:pPr>
      <w:r w:rsidRPr="00821BC2">
        <w:rPr>
          <w:sz w:val="28"/>
          <w:szCs w:val="28"/>
          <w:lang w:val="en-GB"/>
        </w:rPr>
        <w:t>Example</w:t>
      </w:r>
    </w:p>
    <w:p w14:paraId="531C4F9A" w14:textId="77777777" w:rsidR="00821BC2" w:rsidRPr="00821BC2" w:rsidRDefault="00821BC2" w:rsidP="00821BC2">
      <w:pPr>
        <w:rPr>
          <w:sz w:val="28"/>
          <w:szCs w:val="28"/>
          <w:lang w:val="en-GB"/>
        </w:rPr>
      </w:pPr>
      <w:r w:rsidRPr="00821BC2">
        <w:rPr>
          <w:sz w:val="28"/>
          <w:szCs w:val="28"/>
          <w:lang w:val="en-GB"/>
        </w:rPr>
        <w:t>Original list:</w:t>
      </w:r>
    </w:p>
    <w:p w14:paraId="0026B133" w14:textId="77777777" w:rsidR="00821BC2" w:rsidRPr="00821BC2" w:rsidRDefault="00821BC2" w:rsidP="00821BC2">
      <w:pPr>
        <w:rPr>
          <w:sz w:val="28"/>
          <w:szCs w:val="28"/>
          <w:lang w:val="en-GB"/>
        </w:rPr>
      </w:pPr>
      <w:r w:rsidRPr="00821BC2">
        <w:rPr>
          <w:sz w:val="28"/>
          <w:szCs w:val="28"/>
          <w:lang w:val="en-GB"/>
        </w:rPr>
        <w:t>45, 12, 78, 23</w:t>
      </w:r>
    </w:p>
    <w:p w14:paraId="6768945E" w14:textId="77777777" w:rsidR="00821BC2" w:rsidRPr="00821BC2" w:rsidRDefault="00821BC2" w:rsidP="00821BC2">
      <w:pPr>
        <w:rPr>
          <w:sz w:val="28"/>
          <w:szCs w:val="28"/>
          <w:lang w:val="en-GB"/>
        </w:rPr>
      </w:pPr>
      <w:r w:rsidRPr="00821BC2">
        <w:rPr>
          <w:sz w:val="28"/>
          <w:szCs w:val="28"/>
          <w:lang w:val="en-GB"/>
        </w:rPr>
        <w:t>Step 1:</w:t>
      </w:r>
    </w:p>
    <w:p w14:paraId="3210C5C0" w14:textId="77777777" w:rsidR="00821BC2" w:rsidRPr="00821BC2" w:rsidRDefault="00821BC2" w:rsidP="002B4F7D">
      <w:pPr>
        <w:numPr>
          <w:ilvl w:val="0"/>
          <w:numId w:val="57"/>
        </w:numPr>
        <w:rPr>
          <w:sz w:val="28"/>
          <w:szCs w:val="28"/>
          <w:lang w:val="en-GB"/>
        </w:rPr>
      </w:pPr>
      <w:r w:rsidRPr="00821BC2">
        <w:rPr>
          <w:sz w:val="28"/>
          <w:szCs w:val="28"/>
          <w:lang w:val="en-GB"/>
        </w:rPr>
        <w:t xml:space="preserve">Compare 45 and 12 → swap </w:t>
      </w:r>
    </w:p>
    <w:p w14:paraId="487F1251" w14:textId="77777777" w:rsidR="00821BC2" w:rsidRPr="00821BC2" w:rsidRDefault="00821BC2" w:rsidP="002B4F7D">
      <w:pPr>
        <w:numPr>
          <w:ilvl w:val="0"/>
          <w:numId w:val="57"/>
        </w:numPr>
        <w:rPr>
          <w:sz w:val="28"/>
          <w:szCs w:val="28"/>
          <w:lang w:val="en-GB"/>
        </w:rPr>
      </w:pPr>
      <w:r w:rsidRPr="00821BC2">
        <w:rPr>
          <w:sz w:val="28"/>
          <w:szCs w:val="28"/>
          <w:lang w:val="en-GB"/>
        </w:rPr>
        <w:t xml:space="preserve">Compare 45 and 78 → correct </w:t>
      </w:r>
    </w:p>
    <w:p w14:paraId="4DEE96C6" w14:textId="77777777" w:rsidR="00821BC2" w:rsidRPr="00821BC2" w:rsidRDefault="00821BC2" w:rsidP="002B4F7D">
      <w:pPr>
        <w:numPr>
          <w:ilvl w:val="0"/>
          <w:numId w:val="57"/>
        </w:numPr>
        <w:rPr>
          <w:sz w:val="28"/>
          <w:szCs w:val="28"/>
          <w:lang w:val="en-GB"/>
        </w:rPr>
      </w:pPr>
      <w:r w:rsidRPr="00821BC2">
        <w:rPr>
          <w:sz w:val="28"/>
          <w:szCs w:val="28"/>
          <w:lang w:val="en-GB"/>
        </w:rPr>
        <w:t xml:space="preserve">Compare 78 and 23 → swap </w:t>
      </w:r>
    </w:p>
    <w:p w14:paraId="551B129B" w14:textId="77777777" w:rsidR="00821BC2" w:rsidRPr="00821BC2" w:rsidRDefault="00821BC2" w:rsidP="00821BC2">
      <w:pPr>
        <w:rPr>
          <w:sz w:val="28"/>
          <w:szCs w:val="28"/>
          <w:lang w:val="en-GB"/>
        </w:rPr>
      </w:pPr>
      <w:r w:rsidRPr="00821BC2">
        <w:rPr>
          <w:sz w:val="28"/>
          <w:szCs w:val="28"/>
          <w:lang w:val="en-GB"/>
        </w:rPr>
        <w:t>New list:</w:t>
      </w:r>
    </w:p>
    <w:p w14:paraId="0AA594A3" w14:textId="77777777" w:rsidR="00821BC2" w:rsidRPr="00821BC2" w:rsidRDefault="00821BC2" w:rsidP="00821BC2">
      <w:pPr>
        <w:rPr>
          <w:sz w:val="28"/>
          <w:szCs w:val="28"/>
          <w:lang w:val="en-GB"/>
        </w:rPr>
      </w:pPr>
      <w:r w:rsidRPr="00821BC2">
        <w:rPr>
          <w:sz w:val="28"/>
          <w:szCs w:val="28"/>
          <w:lang w:val="en-GB"/>
        </w:rPr>
        <w:t>12, 45, 23, 78</w:t>
      </w:r>
    </w:p>
    <w:p w14:paraId="0D43D9E8" w14:textId="77777777" w:rsidR="00821BC2" w:rsidRPr="00821BC2" w:rsidRDefault="00821BC2" w:rsidP="00821BC2">
      <w:pPr>
        <w:rPr>
          <w:sz w:val="28"/>
          <w:szCs w:val="28"/>
          <w:lang w:val="en-GB"/>
        </w:rPr>
      </w:pPr>
      <w:r w:rsidRPr="00821BC2">
        <w:rPr>
          <w:sz w:val="28"/>
          <w:szCs w:val="28"/>
          <w:lang w:val="en-GB"/>
        </w:rPr>
        <w:t>The process repeats again until the list is fully sorted.</w:t>
      </w:r>
    </w:p>
    <w:p w14:paraId="7F0B3E98" w14:textId="77777777" w:rsidR="00821BC2" w:rsidRPr="00821BC2" w:rsidRDefault="00821BC2" w:rsidP="00821BC2">
      <w:pPr>
        <w:rPr>
          <w:sz w:val="40"/>
          <w:szCs w:val="40"/>
          <w:lang w:val="en-GB"/>
        </w:rPr>
      </w:pPr>
      <w:r w:rsidRPr="00821BC2">
        <w:rPr>
          <w:sz w:val="40"/>
          <w:szCs w:val="40"/>
          <w:lang w:val="en-GB"/>
        </w:rPr>
        <w:t>Advantages of Bubble Sort</w:t>
      </w:r>
    </w:p>
    <w:p w14:paraId="6D6D3897" w14:textId="77777777" w:rsidR="00821BC2" w:rsidRPr="00821BC2" w:rsidRDefault="00821BC2" w:rsidP="002B4F7D">
      <w:pPr>
        <w:numPr>
          <w:ilvl w:val="0"/>
          <w:numId w:val="58"/>
        </w:numPr>
        <w:rPr>
          <w:sz w:val="28"/>
          <w:szCs w:val="28"/>
          <w:lang w:val="en-GB"/>
        </w:rPr>
      </w:pPr>
      <w:r w:rsidRPr="00821BC2">
        <w:rPr>
          <w:sz w:val="28"/>
          <w:szCs w:val="28"/>
          <w:lang w:val="en-GB"/>
        </w:rPr>
        <w:t xml:space="preserve">Easy to understand </w:t>
      </w:r>
    </w:p>
    <w:p w14:paraId="1220DDF0" w14:textId="4659C967" w:rsidR="00821BC2" w:rsidRPr="00821BC2" w:rsidRDefault="00821BC2" w:rsidP="002B4F7D">
      <w:pPr>
        <w:numPr>
          <w:ilvl w:val="0"/>
          <w:numId w:val="58"/>
        </w:numPr>
        <w:rPr>
          <w:sz w:val="28"/>
          <w:szCs w:val="28"/>
          <w:lang w:val="en-GB"/>
        </w:rPr>
      </w:pPr>
      <w:r w:rsidRPr="00821BC2">
        <w:rPr>
          <w:sz w:val="28"/>
          <w:szCs w:val="28"/>
          <w:lang w:val="en-GB"/>
        </w:rPr>
        <w:t xml:space="preserve">Simple to program </w:t>
      </w:r>
    </w:p>
    <w:p w14:paraId="11EEF504" w14:textId="77777777" w:rsidR="00821BC2" w:rsidRPr="00821BC2" w:rsidRDefault="00821BC2" w:rsidP="002B4F7D">
      <w:pPr>
        <w:numPr>
          <w:ilvl w:val="0"/>
          <w:numId w:val="58"/>
        </w:numPr>
        <w:rPr>
          <w:sz w:val="28"/>
          <w:szCs w:val="28"/>
          <w:lang w:val="en-GB"/>
        </w:rPr>
      </w:pPr>
      <w:r w:rsidRPr="00821BC2">
        <w:rPr>
          <w:sz w:val="28"/>
          <w:szCs w:val="28"/>
          <w:lang w:val="en-GB"/>
        </w:rPr>
        <w:t xml:space="preserve">Good for small datasets </w:t>
      </w:r>
    </w:p>
    <w:p w14:paraId="173A501B" w14:textId="77777777" w:rsidR="00821BC2" w:rsidRPr="00821BC2" w:rsidRDefault="00821BC2" w:rsidP="00821BC2">
      <w:pPr>
        <w:rPr>
          <w:sz w:val="40"/>
          <w:szCs w:val="40"/>
          <w:lang w:val="en-GB"/>
        </w:rPr>
      </w:pPr>
      <w:r w:rsidRPr="00821BC2">
        <w:rPr>
          <w:sz w:val="40"/>
          <w:szCs w:val="40"/>
          <w:lang w:val="en-GB"/>
        </w:rPr>
        <w:t>Disadvantages of Bubble Sort</w:t>
      </w:r>
    </w:p>
    <w:p w14:paraId="331FD162" w14:textId="77777777" w:rsidR="00821BC2" w:rsidRPr="00821BC2" w:rsidRDefault="00821BC2" w:rsidP="002B4F7D">
      <w:pPr>
        <w:numPr>
          <w:ilvl w:val="0"/>
          <w:numId w:val="59"/>
        </w:numPr>
        <w:rPr>
          <w:sz w:val="28"/>
          <w:szCs w:val="28"/>
          <w:lang w:val="en-GB"/>
        </w:rPr>
      </w:pPr>
      <w:r w:rsidRPr="00821BC2">
        <w:rPr>
          <w:sz w:val="28"/>
          <w:szCs w:val="28"/>
          <w:lang w:val="en-GB"/>
        </w:rPr>
        <w:t xml:space="preserve">Very slow for large datasets </w:t>
      </w:r>
    </w:p>
    <w:p w14:paraId="66B07191" w14:textId="77777777" w:rsidR="00821BC2" w:rsidRPr="00821BC2" w:rsidRDefault="00821BC2" w:rsidP="002B4F7D">
      <w:pPr>
        <w:numPr>
          <w:ilvl w:val="0"/>
          <w:numId w:val="59"/>
        </w:numPr>
        <w:rPr>
          <w:sz w:val="28"/>
          <w:szCs w:val="28"/>
          <w:lang w:val="en-GB"/>
        </w:rPr>
      </w:pPr>
      <w:r w:rsidRPr="00821BC2">
        <w:rPr>
          <w:sz w:val="28"/>
          <w:szCs w:val="28"/>
          <w:lang w:val="en-GB"/>
        </w:rPr>
        <w:t xml:space="preserve">Repeats many unnecessary comparisons </w:t>
      </w:r>
    </w:p>
    <w:p w14:paraId="1A01C722" w14:textId="77777777" w:rsidR="00821BC2" w:rsidRPr="00821BC2" w:rsidRDefault="00821BC2" w:rsidP="002B4F7D">
      <w:pPr>
        <w:numPr>
          <w:ilvl w:val="0"/>
          <w:numId w:val="59"/>
        </w:numPr>
        <w:rPr>
          <w:sz w:val="28"/>
          <w:szCs w:val="28"/>
          <w:lang w:val="en-GB"/>
        </w:rPr>
      </w:pPr>
      <w:r w:rsidRPr="00821BC2">
        <w:rPr>
          <w:sz w:val="28"/>
          <w:szCs w:val="28"/>
          <w:lang w:val="en-GB"/>
        </w:rPr>
        <w:t xml:space="preserve">Less efficient than advanced algorithms </w:t>
      </w:r>
    </w:p>
    <w:p w14:paraId="48EA76A1" w14:textId="33D1ADD6" w:rsidR="00821BC2" w:rsidRPr="00821BC2" w:rsidRDefault="00821BC2" w:rsidP="00821BC2">
      <w:pPr>
        <w:rPr>
          <w:sz w:val="28"/>
          <w:szCs w:val="28"/>
          <w:lang w:val="en-GB"/>
        </w:rPr>
      </w:pPr>
      <w:r w:rsidRPr="00821BC2">
        <w:rPr>
          <w:sz w:val="28"/>
          <w:szCs w:val="28"/>
          <w:lang w:val="en-GB"/>
        </w:rPr>
        <w:t>Because of this, Bubble Sort is not usually used for large amounts of data.</w:t>
      </w:r>
    </w:p>
    <w:p w14:paraId="65D5C8F7" w14:textId="77777777" w:rsidR="00821BC2" w:rsidRPr="00821BC2" w:rsidRDefault="00821BC2" w:rsidP="00821BC2">
      <w:pPr>
        <w:rPr>
          <w:sz w:val="40"/>
          <w:szCs w:val="40"/>
          <w:lang w:val="en-GB"/>
        </w:rPr>
      </w:pPr>
      <w:r w:rsidRPr="00821BC2">
        <w:rPr>
          <w:sz w:val="40"/>
          <w:szCs w:val="40"/>
          <w:lang w:val="en-GB"/>
        </w:rPr>
        <w:t>Insertion Sort</w:t>
      </w:r>
    </w:p>
    <w:p w14:paraId="558B9AB3" w14:textId="77777777" w:rsidR="00821BC2" w:rsidRPr="00821BC2" w:rsidRDefault="00821BC2" w:rsidP="00821BC2">
      <w:pPr>
        <w:rPr>
          <w:sz w:val="28"/>
          <w:szCs w:val="28"/>
          <w:lang w:val="en-GB"/>
        </w:rPr>
      </w:pPr>
      <w:r w:rsidRPr="00821BC2">
        <w:rPr>
          <w:sz w:val="28"/>
          <w:szCs w:val="28"/>
          <w:lang w:val="en-GB"/>
        </w:rPr>
        <w:lastRenderedPageBreak/>
        <w:t>Insertion Sort is another sorting method that works by taking one value at a time and placing it into the correct position in the sorted section of the list.</w:t>
      </w:r>
    </w:p>
    <w:p w14:paraId="67BA9F3D" w14:textId="77777777" w:rsidR="00821BC2" w:rsidRPr="00821BC2" w:rsidRDefault="00821BC2" w:rsidP="00821BC2">
      <w:pPr>
        <w:rPr>
          <w:sz w:val="28"/>
          <w:szCs w:val="28"/>
          <w:lang w:val="en-GB"/>
        </w:rPr>
      </w:pPr>
      <w:r w:rsidRPr="00821BC2">
        <w:rPr>
          <w:sz w:val="28"/>
          <w:szCs w:val="28"/>
          <w:lang w:val="en-GB"/>
        </w:rPr>
        <w:t>The algorithm starts with the first value already sorted. Then it compares the next value and inserts it into the correct position. This process continues until all values are arranged correctly.</w:t>
      </w:r>
    </w:p>
    <w:p w14:paraId="7D7BDBAC" w14:textId="5DB379FB" w:rsidR="00821BC2" w:rsidRPr="00821BC2" w:rsidRDefault="00821BC2" w:rsidP="00821BC2">
      <w:pPr>
        <w:rPr>
          <w:sz w:val="28"/>
          <w:szCs w:val="28"/>
          <w:lang w:val="en-GB"/>
        </w:rPr>
      </w:pPr>
      <w:r w:rsidRPr="00821BC2">
        <w:rPr>
          <w:sz w:val="28"/>
          <w:szCs w:val="28"/>
          <w:lang w:val="en-GB"/>
        </w:rPr>
        <w:t>Example</w:t>
      </w:r>
    </w:p>
    <w:p w14:paraId="13A740A3" w14:textId="77777777" w:rsidR="00821BC2" w:rsidRPr="00821BC2" w:rsidRDefault="00821BC2" w:rsidP="00821BC2">
      <w:pPr>
        <w:rPr>
          <w:sz w:val="28"/>
          <w:szCs w:val="28"/>
          <w:lang w:val="en-GB"/>
        </w:rPr>
      </w:pPr>
      <w:r w:rsidRPr="00821BC2">
        <w:rPr>
          <w:sz w:val="28"/>
          <w:szCs w:val="28"/>
          <w:lang w:val="en-GB"/>
        </w:rPr>
        <w:t>Original list:</w:t>
      </w:r>
    </w:p>
    <w:p w14:paraId="1267571A" w14:textId="77777777" w:rsidR="00821BC2" w:rsidRPr="00821BC2" w:rsidRDefault="00821BC2" w:rsidP="00821BC2">
      <w:pPr>
        <w:rPr>
          <w:sz w:val="28"/>
          <w:szCs w:val="28"/>
          <w:lang w:val="en-GB"/>
        </w:rPr>
      </w:pPr>
      <w:r w:rsidRPr="00821BC2">
        <w:rPr>
          <w:sz w:val="28"/>
          <w:szCs w:val="28"/>
          <w:lang w:val="en-GB"/>
        </w:rPr>
        <w:t>7, 3, 9, 1</w:t>
      </w:r>
    </w:p>
    <w:p w14:paraId="21854887" w14:textId="77777777" w:rsidR="00821BC2" w:rsidRPr="00821BC2" w:rsidRDefault="00821BC2" w:rsidP="00821BC2">
      <w:pPr>
        <w:rPr>
          <w:sz w:val="28"/>
          <w:szCs w:val="28"/>
          <w:lang w:val="en-GB"/>
        </w:rPr>
      </w:pPr>
      <w:r w:rsidRPr="00821BC2">
        <w:rPr>
          <w:sz w:val="28"/>
          <w:szCs w:val="28"/>
          <w:lang w:val="en-GB"/>
        </w:rPr>
        <w:t>Step 1:</w:t>
      </w:r>
    </w:p>
    <w:p w14:paraId="113C32D8" w14:textId="77777777" w:rsidR="00821BC2" w:rsidRPr="00821BC2" w:rsidRDefault="00821BC2" w:rsidP="002B4F7D">
      <w:pPr>
        <w:numPr>
          <w:ilvl w:val="0"/>
          <w:numId w:val="60"/>
        </w:numPr>
        <w:rPr>
          <w:sz w:val="28"/>
          <w:szCs w:val="28"/>
          <w:lang w:val="en-GB"/>
        </w:rPr>
      </w:pPr>
      <w:r w:rsidRPr="00821BC2">
        <w:rPr>
          <w:sz w:val="28"/>
          <w:szCs w:val="28"/>
          <w:lang w:val="en-GB"/>
        </w:rPr>
        <w:t xml:space="preserve">Start with 7 </w:t>
      </w:r>
    </w:p>
    <w:p w14:paraId="4D774D1A" w14:textId="77777777" w:rsidR="00821BC2" w:rsidRPr="00821BC2" w:rsidRDefault="00821BC2" w:rsidP="00821BC2">
      <w:pPr>
        <w:rPr>
          <w:sz w:val="28"/>
          <w:szCs w:val="28"/>
          <w:lang w:val="en-GB"/>
        </w:rPr>
      </w:pPr>
      <w:r w:rsidRPr="00821BC2">
        <w:rPr>
          <w:sz w:val="28"/>
          <w:szCs w:val="28"/>
          <w:lang w:val="en-GB"/>
        </w:rPr>
        <w:t>Step 2:</w:t>
      </w:r>
    </w:p>
    <w:p w14:paraId="74D5C6F8" w14:textId="77777777" w:rsidR="00821BC2" w:rsidRPr="00821BC2" w:rsidRDefault="00821BC2" w:rsidP="002B4F7D">
      <w:pPr>
        <w:numPr>
          <w:ilvl w:val="0"/>
          <w:numId w:val="61"/>
        </w:numPr>
        <w:rPr>
          <w:sz w:val="28"/>
          <w:szCs w:val="28"/>
          <w:lang w:val="en-GB"/>
        </w:rPr>
      </w:pPr>
      <w:r w:rsidRPr="00821BC2">
        <w:rPr>
          <w:sz w:val="28"/>
          <w:szCs w:val="28"/>
          <w:lang w:val="en-GB"/>
        </w:rPr>
        <w:t xml:space="preserve">Compare 3 with 7 </w:t>
      </w:r>
    </w:p>
    <w:p w14:paraId="483F00D8" w14:textId="77777777" w:rsidR="00821BC2" w:rsidRPr="00821BC2" w:rsidRDefault="00821BC2" w:rsidP="002B4F7D">
      <w:pPr>
        <w:numPr>
          <w:ilvl w:val="0"/>
          <w:numId w:val="61"/>
        </w:numPr>
        <w:rPr>
          <w:sz w:val="28"/>
          <w:szCs w:val="28"/>
          <w:lang w:val="en-GB"/>
        </w:rPr>
      </w:pPr>
      <w:r w:rsidRPr="00821BC2">
        <w:rPr>
          <w:sz w:val="28"/>
          <w:szCs w:val="28"/>
          <w:lang w:val="en-GB"/>
        </w:rPr>
        <w:t xml:space="preserve">Insert 3 before 7 </w:t>
      </w:r>
    </w:p>
    <w:p w14:paraId="341035E9" w14:textId="77777777" w:rsidR="00821BC2" w:rsidRPr="00821BC2" w:rsidRDefault="00821BC2" w:rsidP="00821BC2">
      <w:pPr>
        <w:rPr>
          <w:sz w:val="28"/>
          <w:szCs w:val="28"/>
          <w:lang w:val="en-GB"/>
        </w:rPr>
      </w:pPr>
      <w:r w:rsidRPr="00821BC2">
        <w:rPr>
          <w:sz w:val="28"/>
          <w:szCs w:val="28"/>
          <w:lang w:val="en-GB"/>
        </w:rPr>
        <w:t>New list:</w:t>
      </w:r>
    </w:p>
    <w:p w14:paraId="6CF10482" w14:textId="77777777" w:rsidR="00821BC2" w:rsidRPr="00821BC2" w:rsidRDefault="00821BC2" w:rsidP="00821BC2">
      <w:pPr>
        <w:rPr>
          <w:sz w:val="28"/>
          <w:szCs w:val="28"/>
          <w:lang w:val="en-GB"/>
        </w:rPr>
      </w:pPr>
      <w:r w:rsidRPr="00821BC2">
        <w:rPr>
          <w:sz w:val="28"/>
          <w:szCs w:val="28"/>
          <w:lang w:val="en-GB"/>
        </w:rPr>
        <w:t>3, 7, 9, 1</w:t>
      </w:r>
    </w:p>
    <w:p w14:paraId="7546D966" w14:textId="77777777" w:rsidR="00821BC2" w:rsidRPr="00821BC2" w:rsidRDefault="00821BC2" w:rsidP="00821BC2">
      <w:pPr>
        <w:rPr>
          <w:sz w:val="28"/>
          <w:szCs w:val="28"/>
          <w:lang w:val="en-GB"/>
        </w:rPr>
      </w:pPr>
      <w:r w:rsidRPr="00821BC2">
        <w:rPr>
          <w:sz w:val="28"/>
          <w:szCs w:val="28"/>
          <w:lang w:val="en-GB"/>
        </w:rPr>
        <w:t>Step 3:</w:t>
      </w:r>
    </w:p>
    <w:p w14:paraId="3A0F06BB" w14:textId="77777777" w:rsidR="00821BC2" w:rsidRPr="00821BC2" w:rsidRDefault="00821BC2" w:rsidP="002B4F7D">
      <w:pPr>
        <w:numPr>
          <w:ilvl w:val="0"/>
          <w:numId w:val="62"/>
        </w:numPr>
        <w:rPr>
          <w:sz w:val="28"/>
          <w:szCs w:val="28"/>
          <w:lang w:val="en-GB"/>
        </w:rPr>
      </w:pPr>
      <w:r w:rsidRPr="00821BC2">
        <w:rPr>
          <w:sz w:val="28"/>
          <w:szCs w:val="28"/>
          <w:lang w:val="en-GB"/>
        </w:rPr>
        <w:t xml:space="preserve">9 stays after 7 </w:t>
      </w:r>
    </w:p>
    <w:p w14:paraId="6D820454" w14:textId="77777777" w:rsidR="00821BC2" w:rsidRPr="00821BC2" w:rsidRDefault="00821BC2" w:rsidP="00821BC2">
      <w:pPr>
        <w:rPr>
          <w:sz w:val="28"/>
          <w:szCs w:val="28"/>
          <w:lang w:val="en-GB"/>
        </w:rPr>
      </w:pPr>
      <w:r w:rsidRPr="00821BC2">
        <w:rPr>
          <w:sz w:val="28"/>
          <w:szCs w:val="28"/>
          <w:lang w:val="en-GB"/>
        </w:rPr>
        <w:t>Step 4:</w:t>
      </w:r>
    </w:p>
    <w:p w14:paraId="2FED06E6" w14:textId="715F4EFF" w:rsidR="00821BC2" w:rsidRPr="00821BC2" w:rsidRDefault="00821BC2" w:rsidP="002B4F7D">
      <w:pPr>
        <w:numPr>
          <w:ilvl w:val="0"/>
          <w:numId w:val="63"/>
        </w:numPr>
        <w:rPr>
          <w:sz w:val="28"/>
          <w:szCs w:val="28"/>
          <w:lang w:val="en-GB"/>
        </w:rPr>
      </w:pPr>
      <w:r w:rsidRPr="00821BC2">
        <w:rPr>
          <w:sz w:val="28"/>
          <w:szCs w:val="28"/>
          <w:lang w:val="en-GB"/>
        </w:rPr>
        <w:t xml:space="preserve">Insert 1 at the beginning </w:t>
      </w:r>
    </w:p>
    <w:p w14:paraId="332E6D1D" w14:textId="77777777" w:rsidR="00821BC2" w:rsidRPr="00821BC2" w:rsidRDefault="00821BC2" w:rsidP="00821BC2">
      <w:pPr>
        <w:rPr>
          <w:sz w:val="28"/>
          <w:szCs w:val="28"/>
          <w:lang w:val="en-GB"/>
        </w:rPr>
      </w:pPr>
      <w:r w:rsidRPr="00821BC2">
        <w:rPr>
          <w:sz w:val="28"/>
          <w:szCs w:val="28"/>
          <w:lang w:val="en-GB"/>
        </w:rPr>
        <w:t>Final list:</w:t>
      </w:r>
    </w:p>
    <w:p w14:paraId="171CB6EC" w14:textId="77777777" w:rsidR="00821BC2" w:rsidRPr="00821BC2" w:rsidRDefault="00821BC2" w:rsidP="00821BC2">
      <w:pPr>
        <w:rPr>
          <w:sz w:val="28"/>
          <w:szCs w:val="28"/>
          <w:lang w:val="en-GB"/>
        </w:rPr>
      </w:pPr>
      <w:r w:rsidRPr="00821BC2">
        <w:rPr>
          <w:sz w:val="28"/>
          <w:szCs w:val="28"/>
          <w:lang w:val="en-GB"/>
        </w:rPr>
        <w:t>1, 3, 7, 9</w:t>
      </w:r>
    </w:p>
    <w:p w14:paraId="43A236DA" w14:textId="77777777" w:rsidR="00821BC2" w:rsidRPr="00821BC2" w:rsidRDefault="00821BC2" w:rsidP="00821BC2">
      <w:pPr>
        <w:rPr>
          <w:sz w:val="28"/>
          <w:szCs w:val="28"/>
          <w:lang w:val="en-GB"/>
        </w:rPr>
      </w:pPr>
      <w:r w:rsidRPr="00821BC2">
        <w:rPr>
          <w:sz w:val="28"/>
          <w:szCs w:val="28"/>
          <w:lang w:val="en-GB"/>
        </w:rPr>
        <w:t>Advantages of Insertion Sort</w:t>
      </w:r>
    </w:p>
    <w:p w14:paraId="411F2F19" w14:textId="77777777" w:rsidR="00821BC2" w:rsidRPr="00821BC2" w:rsidRDefault="00821BC2" w:rsidP="002B4F7D">
      <w:pPr>
        <w:numPr>
          <w:ilvl w:val="0"/>
          <w:numId w:val="64"/>
        </w:numPr>
        <w:rPr>
          <w:sz w:val="28"/>
          <w:szCs w:val="28"/>
          <w:lang w:val="en-GB"/>
        </w:rPr>
      </w:pPr>
      <w:r w:rsidRPr="00821BC2">
        <w:rPr>
          <w:sz w:val="28"/>
          <w:szCs w:val="28"/>
          <w:lang w:val="en-GB"/>
        </w:rPr>
        <w:t xml:space="preserve">Simple and easy to understand </w:t>
      </w:r>
    </w:p>
    <w:p w14:paraId="645EAD1E" w14:textId="77777777" w:rsidR="00821BC2" w:rsidRPr="00821BC2" w:rsidRDefault="00821BC2" w:rsidP="002B4F7D">
      <w:pPr>
        <w:numPr>
          <w:ilvl w:val="0"/>
          <w:numId w:val="64"/>
        </w:numPr>
        <w:rPr>
          <w:sz w:val="28"/>
          <w:szCs w:val="28"/>
          <w:lang w:val="en-GB"/>
        </w:rPr>
      </w:pPr>
      <w:r w:rsidRPr="00821BC2">
        <w:rPr>
          <w:sz w:val="28"/>
          <w:szCs w:val="28"/>
          <w:lang w:val="en-GB"/>
        </w:rPr>
        <w:t xml:space="preserve">Efficient for small datasets </w:t>
      </w:r>
    </w:p>
    <w:p w14:paraId="1F244C57" w14:textId="77777777" w:rsidR="00821BC2" w:rsidRPr="00821BC2" w:rsidRDefault="00821BC2" w:rsidP="002B4F7D">
      <w:pPr>
        <w:numPr>
          <w:ilvl w:val="0"/>
          <w:numId w:val="64"/>
        </w:numPr>
        <w:rPr>
          <w:sz w:val="28"/>
          <w:szCs w:val="28"/>
          <w:lang w:val="en-GB"/>
        </w:rPr>
      </w:pPr>
      <w:r w:rsidRPr="00821BC2">
        <w:rPr>
          <w:sz w:val="28"/>
          <w:szCs w:val="28"/>
          <w:lang w:val="en-GB"/>
        </w:rPr>
        <w:t xml:space="preserve">Works well when data is already nearly sorted </w:t>
      </w:r>
    </w:p>
    <w:p w14:paraId="4E91636C" w14:textId="77777777" w:rsidR="00821BC2" w:rsidRPr="00821BC2" w:rsidRDefault="00821BC2" w:rsidP="00821BC2">
      <w:pPr>
        <w:rPr>
          <w:sz w:val="28"/>
          <w:szCs w:val="28"/>
          <w:lang w:val="en-GB"/>
        </w:rPr>
      </w:pPr>
      <w:r w:rsidRPr="00821BC2">
        <w:rPr>
          <w:sz w:val="28"/>
          <w:szCs w:val="28"/>
          <w:lang w:val="en-GB"/>
        </w:rPr>
        <w:lastRenderedPageBreak/>
        <w:t>Disadvantages of Insertion Sort</w:t>
      </w:r>
    </w:p>
    <w:p w14:paraId="3A9FFA74" w14:textId="77777777" w:rsidR="00821BC2" w:rsidRPr="00821BC2" w:rsidRDefault="00821BC2" w:rsidP="002B4F7D">
      <w:pPr>
        <w:numPr>
          <w:ilvl w:val="0"/>
          <w:numId w:val="65"/>
        </w:numPr>
        <w:rPr>
          <w:sz w:val="28"/>
          <w:szCs w:val="28"/>
          <w:lang w:val="en-GB"/>
        </w:rPr>
      </w:pPr>
      <w:r w:rsidRPr="00821BC2">
        <w:rPr>
          <w:sz w:val="28"/>
          <w:szCs w:val="28"/>
          <w:lang w:val="en-GB"/>
        </w:rPr>
        <w:t xml:space="preserve">Slow for large datasets </w:t>
      </w:r>
    </w:p>
    <w:p w14:paraId="26581447" w14:textId="77777777" w:rsidR="00821BC2" w:rsidRPr="00821BC2" w:rsidRDefault="00821BC2" w:rsidP="002B4F7D">
      <w:pPr>
        <w:numPr>
          <w:ilvl w:val="0"/>
          <w:numId w:val="65"/>
        </w:numPr>
        <w:rPr>
          <w:sz w:val="28"/>
          <w:szCs w:val="28"/>
          <w:lang w:val="en-GB"/>
        </w:rPr>
      </w:pPr>
      <w:r w:rsidRPr="00821BC2">
        <w:rPr>
          <w:sz w:val="28"/>
          <w:szCs w:val="28"/>
          <w:lang w:val="en-GB"/>
        </w:rPr>
        <w:t xml:space="preserve">Requires many comparisons for bigger lists </w:t>
      </w:r>
    </w:p>
    <w:p w14:paraId="77A994C3" w14:textId="51249BD2" w:rsidR="00821BC2" w:rsidRPr="00821BC2" w:rsidRDefault="00821BC2" w:rsidP="00821BC2">
      <w:pPr>
        <w:rPr>
          <w:sz w:val="28"/>
          <w:szCs w:val="28"/>
          <w:lang w:val="en-GB"/>
        </w:rPr>
      </w:pPr>
      <w:r w:rsidRPr="00821BC2">
        <w:rPr>
          <w:sz w:val="28"/>
          <w:szCs w:val="28"/>
          <w:lang w:val="en-GB"/>
        </w:rPr>
        <w:t>Insertion Sort is better than Bubble Sort in some situations, but it is still not ideal for very large datasets.</w:t>
      </w:r>
      <w:r w:rsidR="00702C31" w:rsidRPr="00702C31">
        <w:rPr>
          <w:sz w:val="28"/>
          <w:szCs w:val="28"/>
          <w:lang w:val="en-GB"/>
        </w:rPr>
        <w:t xml:space="preserve"> </w:t>
      </w:r>
    </w:p>
    <w:p w14:paraId="3FBCEA89" w14:textId="77777777" w:rsidR="00821BC2" w:rsidRPr="00821BC2" w:rsidRDefault="00821BC2" w:rsidP="00821BC2">
      <w:pPr>
        <w:rPr>
          <w:sz w:val="40"/>
          <w:szCs w:val="40"/>
          <w:lang w:val="en-GB"/>
        </w:rPr>
      </w:pPr>
      <w:r w:rsidRPr="00821BC2">
        <w:rPr>
          <w:sz w:val="40"/>
          <w:szCs w:val="40"/>
          <w:lang w:val="en-GB"/>
        </w:rPr>
        <w:t>Quick Sort</w:t>
      </w:r>
    </w:p>
    <w:p w14:paraId="4D7E609C" w14:textId="77777777" w:rsidR="00821BC2" w:rsidRPr="00821BC2" w:rsidRDefault="00821BC2" w:rsidP="00821BC2">
      <w:pPr>
        <w:rPr>
          <w:sz w:val="28"/>
          <w:szCs w:val="28"/>
          <w:lang w:val="en-GB"/>
        </w:rPr>
      </w:pPr>
      <w:r w:rsidRPr="00821BC2">
        <w:rPr>
          <w:sz w:val="28"/>
          <w:szCs w:val="28"/>
          <w:lang w:val="en-GB"/>
        </w:rPr>
        <w:t>Quick Sort is a faster and more advanced sorting algorithm. It works by selecting a value called a pivot and dividing the list into smaller sections.</w:t>
      </w:r>
    </w:p>
    <w:p w14:paraId="044D2E85" w14:textId="77777777" w:rsidR="00821BC2" w:rsidRPr="00821BC2" w:rsidRDefault="00821BC2" w:rsidP="00821BC2">
      <w:pPr>
        <w:rPr>
          <w:sz w:val="28"/>
          <w:szCs w:val="28"/>
          <w:lang w:val="en-GB"/>
        </w:rPr>
      </w:pPr>
      <w:r w:rsidRPr="00821BC2">
        <w:rPr>
          <w:sz w:val="28"/>
          <w:szCs w:val="28"/>
          <w:lang w:val="en-GB"/>
        </w:rPr>
        <w:t>Values smaller than the pivot move to one side, and larger values move to the other side. The same process is repeated again for the smaller sections until the list becomes sorted.</w:t>
      </w:r>
    </w:p>
    <w:p w14:paraId="1FFE62BC" w14:textId="77777777" w:rsidR="00821BC2" w:rsidRPr="00821BC2" w:rsidRDefault="00821BC2" w:rsidP="00821BC2">
      <w:pPr>
        <w:rPr>
          <w:sz w:val="28"/>
          <w:szCs w:val="28"/>
          <w:lang w:val="en-GB"/>
        </w:rPr>
      </w:pPr>
      <w:r w:rsidRPr="00821BC2">
        <w:rPr>
          <w:sz w:val="28"/>
          <w:szCs w:val="28"/>
          <w:lang w:val="en-GB"/>
        </w:rPr>
        <w:t>Example</w:t>
      </w:r>
    </w:p>
    <w:p w14:paraId="7D1E8588" w14:textId="77777777" w:rsidR="00821BC2" w:rsidRPr="00821BC2" w:rsidRDefault="00821BC2" w:rsidP="00821BC2">
      <w:pPr>
        <w:rPr>
          <w:sz w:val="28"/>
          <w:szCs w:val="28"/>
          <w:lang w:val="en-GB"/>
        </w:rPr>
      </w:pPr>
      <w:r w:rsidRPr="00821BC2">
        <w:rPr>
          <w:sz w:val="28"/>
          <w:szCs w:val="28"/>
          <w:lang w:val="en-GB"/>
        </w:rPr>
        <w:t>Original list:</w:t>
      </w:r>
    </w:p>
    <w:p w14:paraId="16F5BE4D" w14:textId="77777777" w:rsidR="00821BC2" w:rsidRPr="00821BC2" w:rsidRDefault="00821BC2" w:rsidP="00821BC2">
      <w:pPr>
        <w:rPr>
          <w:sz w:val="28"/>
          <w:szCs w:val="28"/>
          <w:lang w:val="en-GB"/>
        </w:rPr>
      </w:pPr>
      <w:r w:rsidRPr="00821BC2">
        <w:rPr>
          <w:sz w:val="28"/>
          <w:szCs w:val="28"/>
          <w:lang w:val="en-GB"/>
        </w:rPr>
        <w:t>8, 4, 7, 2, 9</w:t>
      </w:r>
    </w:p>
    <w:p w14:paraId="6C92483E" w14:textId="77777777" w:rsidR="00821BC2" w:rsidRPr="00821BC2" w:rsidRDefault="00821BC2" w:rsidP="00821BC2">
      <w:pPr>
        <w:rPr>
          <w:sz w:val="28"/>
          <w:szCs w:val="28"/>
          <w:lang w:val="en-GB"/>
        </w:rPr>
      </w:pPr>
      <w:r w:rsidRPr="00821BC2">
        <w:rPr>
          <w:sz w:val="28"/>
          <w:szCs w:val="28"/>
          <w:lang w:val="en-GB"/>
        </w:rPr>
        <w:t>Pivot = 7</w:t>
      </w:r>
    </w:p>
    <w:p w14:paraId="42EA5C2C" w14:textId="77777777" w:rsidR="00821BC2" w:rsidRPr="00821BC2" w:rsidRDefault="00821BC2" w:rsidP="00821BC2">
      <w:pPr>
        <w:rPr>
          <w:sz w:val="28"/>
          <w:szCs w:val="28"/>
          <w:lang w:val="en-GB"/>
        </w:rPr>
      </w:pPr>
      <w:r w:rsidRPr="00821BC2">
        <w:rPr>
          <w:sz w:val="28"/>
          <w:szCs w:val="28"/>
          <w:lang w:val="en-GB"/>
        </w:rPr>
        <w:t>Smaller values:</w:t>
      </w:r>
      <w:r w:rsidRPr="00821BC2">
        <w:rPr>
          <w:sz w:val="28"/>
          <w:szCs w:val="28"/>
          <w:lang w:val="en-GB"/>
        </w:rPr>
        <w:br/>
        <w:t>4, 2</w:t>
      </w:r>
    </w:p>
    <w:p w14:paraId="33DEE252" w14:textId="51407D34" w:rsidR="00821BC2" w:rsidRPr="00821BC2" w:rsidRDefault="00821BC2" w:rsidP="00821BC2">
      <w:pPr>
        <w:rPr>
          <w:sz w:val="28"/>
          <w:szCs w:val="28"/>
          <w:lang w:val="en-GB"/>
        </w:rPr>
      </w:pPr>
      <w:r w:rsidRPr="00821BC2">
        <w:rPr>
          <w:sz w:val="28"/>
          <w:szCs w:val="28"/>
          <w:lang w:val="en-GB"/>
        </w:rPr>
        <w:t>Larger values:</w:t>
      </w:r>
      <w:r w:rsidR="00702C31" w:rsidRPr="00702C31">
        <w:rPr>
          <w:sz w:val="28"/>
          <w:szCs w:val="28"/>
          <w:lang w:val="en-GB"/>
        </w:rPr>
        <w:t xml:space="preserve"> </w:t>
      </w:r>
      <w:r w:rsidRPr="00821BC2">
        <w:rPr>
          <w:sz w:val="28"/>
          <w:szCs w:val="28"/>
          <w:lang w:val="en-GB"/>
        </w:rPr>
        <w:br/>
        <w:t>8, 9</w:t>
      </w:r>
    </w:p>
    <w:p w14:paraId="089D3191" w14:textId="77777777" w:rsidR="00821BC2" w:rsidRPr="00821BC2" w:rsidRDefault="00821BC2" w:rsidP="00821BC2">
      <w:pPr>
        <w:rPr>
          <w:sz w:val="28"/>
          <w:szCs w:val="28"/>
          <w:lang w:val="en-GB"/>
        </w:rPr>
      </w:pPr>
      <w:r w:rsidRPr="00821BC2">
        <w:rPr>
          <w:sz w:val="28"/>
          <w:szCs w:val="28"/>
          <w:lang w:val="en-GB"/>
        </w:rPr>
        <w:t>The smaller sections are sorted separately and then combined together.</w:t>
      </w:r>
    </w:p>
    <w:p w14:paraId="11834FFC" w14:textId="77777777" w:rsidR="00821BC2" w:rsidRPr="00821BC2" w:rsidRDefault="00821BC2" w:rsidP="00821BC2">
      <w:pPr>
        <w:rPr>
          <w:sz w:val="28"/>
          <w:szCs w:val="28"/>
          <w:lang w:val="en-GB"/>
        </w:rPr>
      </w:pPr>
      <w:r w:rsidRPr="00821BC2">
        <w:rPr>
          <w:sz w:val="28"/>
          <w:szCs w:val="28"/>
          <w:lang w:val="en-GB"/>
        </w:rPr>
        <w:t>Final list:</w:t>
      </w:r>
    </w:p>
    <w:p w14:paraId="75A034E2" w14:textId="77777777" w:rsidR="00821BC2" w:rsidRPr="00821BC2" w:rsidRDefault="00821BC2" w:rsidP="00821BC2">
      <w:pPr>
        <w:rPr>
          <w:sz w:val="28"/>
          <w:szCs w:val="28"/>
          <w:lang w:val="en-GB"/>
        </w:rPr>
      </w:pPr>
      <w:r w:rsidRPr="00821BC2">
        <w:rPr>
          <w:sz w:val="28"/>
          <w:szCs w:val="28"/>
          <w:lang w:val="en-GB"/>
        </w:rPr>
        <w:t>2, 4, 7, 8, 9</w:t>
      </w:r>
    </w:p>
    <w:p w14:paraId="1E19C71A" w14:textId="77777777" w:rsidR="00821BC2" w:rsidRPr="00821BC2" w:rsidRDefault="00821BC2" w:rsidP="00821BC2">
      <w:pPr>
        <w:rPr>
          <w:sz w:val="40"/>
          <w:szCs w:val="40"/>
          <w:lang w:val="en-GB"/>
        </w:rPr>
      </w:pPr>
      <w:r w:rsidRPr="00821BC2">
        <w:rPr>
          <w:sz w:val="40"/>
          <w:szCs w:val="40"/>
          <w:lang w:val="en-GB"/>
        </w:rPr>
        <w:t>Advantages of Quick Sort</w:t>
      </w:r>
    </w:p>
    <w:p w14:paraId="5DF7F3CE" w14:textId="77777777" w:rsidR="00821BC2" w:rsidRPr="00821BC2" w:rsidRDefault="00821BC2" w:rsidP="002B4F7D">
      <w:pPr>
        <w:numPr>
          <w:ilvl w:val="0"/>
          <w:numId w:val="66"/>
        </w:numPr>
        <w:rPr>
          <w:sz w:val="28"/>
          <w:szCs w:val="28"/>
          <w:lang w:val="en-GB"/>
        </w:rPr>
      </w:pPr>
      <w:r w:rsidRPr="00821BC2">
        <w:rPr>
          <w:sz w:val="28"/>
          <w:szCs w:val="28"/>
          <w:lang w:val="en-GB"/>
        </w:rPr>
        <w:t xml:space="preserve">Very fast for large datasets </w:t>
      </w:r>
    </w:p>
    <w:p w14:paraId="0C510AFE" w14:textId="77777777" w:rsidR="00821BC2" w:rsidRPr="00821BC2" w:rsidRDefault="00821BC2" w:rsidP="002B4F7D">
      <w:pPr>
        <w:numPr>
          <w:ilvl w:val="0"/>
          <w:numId w:val="66"/>
        </w:numPr>
        <w:rPr>
          <w:sz w:val="28"/>
          <w:szCs w:val="28"/>
          <w:lang w:val="en-GB"/>
        </w:rPr>
      </w:pPr>
      <w:r w:rsidRPr="00821BC2">
        <w:rPr>
          <w:sz w:val="28"/>
          <w:szCs w:val="28"/>
          <w:lang w:val="en-GB"/>
        </w:rPr>
        <w:t xml:space="preserve">Efficient performance </w:t>
      </w:r>
    </w:p>
    <w:p w14:paraId="1C1F6DFE" w14:textId="77777777" w:rsidR="00821BC2" w:rsidRPr="00821BC2" w:rsidRDefault="00821BC2" w:rsidP="002B4F7D">
      <w:pPr>
        <w:numPr>
          <w:ilvl w:val="0"/>
          <w:numId w:val="66"/>
        </w:numPr>
        <w:rPr>
          <w:sz w:val="28"/>
          <w:szCs w:val="28"/>
          <w:lang w:val="en-GB"/>
        </w:rPr>
      </w:pPr>
      <w:r w:rsidRPr="00821BC2">
        <w:rPr>
          <w:sz w:val="28"/>
          <w:szCs w:val="28"/>
          <w:lang w:val="en-GB"/>
        </w:rPr>
        <w:t xml:space="preserve">Commonly used in real systems </w:t>
      </w:r>
    </w:p>
    <w:p w14:paraId="7CCB7A31" w14:textId="77777777" w:rsidR="00821BC2" w:rsidRPr="00821BC2" w:rsidRDefault="00821BC2" w:rsidP="00821BC2">
      <w:pPr>
        <w:rPr>
          <w:sz w:val="40"/>
          <w:szCs w:val="40"/>
          <w:lang w:val="en-GB"/>
        </w:rPr>
      </w:pPr>
      <w:r w:rsidRPr="00821BC2">
        <w:rPr>
          <w:sz w:val="40"/>
          <w:szCs w:val="40"/>
          <w:lang w:val="en-GB"/>
        </w:rPr>
        <w:lastRenderedPageBreak/>
        <w:t>Disadvantages of Quick Sort</w:t>
      </w:r>
    </w:p>
    <w:p w14:paraId="251BB099" w14:textId="77777777" w:rsidR="00821BC2" w:rsidRPr="00821BC2" w:rsidRDefault="00821BC2" w:rsidP="002B4F7D">
      <w:pPr>
        <w:numPr>
          <w:ilvl w:val="0"/>
          <w:numId w:val="67"/>
        </w:numPr>
        <w:rPr>
          <w:sz w:val="28"/>
          <w:szCs w:val="28"/>
          <w:lang w:val="en-GB"/>
        </w:rPr>
      </w:pPr>
      <w:r w:rsidRPr="00821BC2">
        <w:rPr>
          <w:sz w:val="28"/>
          <w:szCs w:val="28"/>
          <w:lang w:val="en-GB"/>
        </w:rPr>
        <w:t xml:space="preserve">More difficult to understand </w:t>
      </w:r>
    </w:p>
    <w:p w14:paraId="3252AEBB" w14:textId="77777777" w:rsidR="00821BC2" w:rsidRPr="00821BC2" w:rsidRDefault="00821BC2" w:rsidP="002B4F7D">
      <w:pPr>
        <w:numPr>
          <w:ilvl w:val="0"/>
          <w:numId w:val="67"/>
        </w:numPr>
        <w:rPr>
          <w:sz w:val="28"/>
          <w:szCs w:val="28"/>
          <w:lang w:val="en-GB"/>
        </w:rPr>
      </w:pPr>
      <w:r w:rsidRPr="00821BC2">
        <w:rPr>
          <w:sz w:val="28"/>
          <w:szCs w:val="28"/>
          <w:lang w:val="en-GB"/>
        </w:rPr>
        <w:t xml:space="preserve">Performance can decrease if a poor pivot is chosen </w:t>
      </w:r>
    </w:p>
    <w:p w14:paraId="29060AE9" w14:textId="77777777" w:rsidR="00821BC2" w:rsidRPr="00821BC2" w:rsidRDefault="00821BC2" w:rsidP="002B4F7D">
      <w:pPr>
        <w:numPr>
          <w:ilvl w:val="0"/>
          <w:numId w:val="67"/>
        </w:numPr>
        <w:rPr>
          <w:sz w:val="28"/>
          <w:szCs w:val="28"/>
          <w:lang w:val="en-GB"/>
        </w:rPr>
      </w:pPr>
      <w:r w:rsidRPr="00821BC2">
        <w:rPr>
          <w:sz w:val="28"/>
          <w:szCs w:val="28"/>
          <w:lang w:val="en-GB"/>
        </w:rPr>
        <w:t xml:space="preserve">More complex to program </w:t>
      </w:r>
    </w:p>
    <w:p w14:paraId="3086D931" w14:textId="108145A3" w:rsidR="00821BC2" w:rsidRPr="00821BC2" w:rsidRDefault="00821BC2" w:rsidP="00821BC2">
      <w:pPr>
        <w:rPr>
          <w:sz w:val="28"/>
          <w:szCs w:val="28"/>
          <w:lang w:val="en-GB"/>
        </w:rPr>
      </w:pPr>
      <w:r w:rsidRPr="00821BC2">
        <w:rPr>
          <w:sz w:val="28"/>
          <w:szCs w:val="28"/>
          <w:lang w:val="en-GB"/>
        </w:rPr>
        <w:t>Quick Sort is one of the fastest sorting methods, but it can become less efficient in some cases.</w:t>
      </w:r>
    </w:p>
    <w:p w14:paraId="4046EB11" w14:textId="77777777" w:rsidR="00821BC2" w:rsidRPr="00821BC2" w:rsidRDefault="00821BC2" w:rsidP="00821BC2">
      <w:pPr>
        <w:rPr>
          <w:b/>
          <w:bCs/>
          <w:sz w:val="40"/>
          <w:szCs w:val="40"/>
          <w:lang w:val="en-GB"/>
        </w:rPr>
      </w:pPr>
      <w:r w:rsidRPr="00821BC2">
        <w:rPr>
          <w:sz w:val="40"/>
          <w:szCs w:val="40"/>
          <w:lang w:val="en-GB"/>
        </w:rPr>
        <w:t>Why Merge Sort Was Chosen</w:t>
      </w:r>
    </w:p>
    <w:p w14:paraId="7BB4C2D7" w14:textId="77777777" w:rsidR="00821BC2" w:rsidRPr="00821BC2" w:rsidRDefault="00821BC2" w:rsidP="00821BC2">
      <w:pPr>
        <w:rPr>
          <w:sz w:val="28"/>
          <w:szCs w:val="28"/>
          <w:lang w:val="en-GB"/>
        </w:rPr>
      </w:pPr>
      <w:r w:rsidRPr="00821BC2">
        <w:rPr>
          <w:sz w:val="28"/>
          <w:szCs w:val="28"/>
          <w:lang w:val="en-GB"/>
        </w:rPr>
        <w:t>For this assignment, Merge Sort was chosen because it is reliable, efficient, and suitable for large datasets.</w:t>
      </w:r>
    </w:p>
    <w:p w14:paraId="60A39FE0" w14:textId="77777777" w:rsidR="00821BC2" w:rsidRPr="00821BC2" w:rsidRDefault="00821BC2" w:rsidP="00821BC2">
      <w:pPr>
        <w:rPr>
          <w:sz w:val="28"/>
          <w:szCs w:val="28"/>
          <w:lang w:val="en-GB"/>
        </w:rPr>
      </w:pPr>
      <w:r w:rsidRPr="00821BC2">
        <w:rPr>
          <w:sz w:val="28"/>
          <w:szCs w:val="28"/>
          <w:lang w:val="en-GB"/>
        </w:rPr>
        <w:t>Merge Sort works by dividing the data into smaller sections, sorting each section, and then merging everything back together in the correct order. This method follows a clear and organised structure which makes it easier to understand and test.</w:t>
      </w:r>
    </w:p>
    <w:p w14:paraId="00393244" w14:textId="77777777" w:rsidR="00821BC2" w:rsidRPr="00821BC2" w:rsidRDefault="00821BC2" w:rsidP="00821BC2">
      <w:pPr>
        <w:rPr>
          <w:sz w:val="28"/>
          <w:szCs w:val="28"/>
          <w:lang w:val="en-GB"/>
        </w:rPr>
      </w:pPr>
      <w:r w:rsidRPr="00821BC2">
        <w:rPr>
          <w:sz w:val="28"/>
          <w:szCs w:val="28"/>
          <w:lang w:val="en-GB"/>
        </w:rPr>
        <w:t>One major advantage of Merge Sort is its performance. Merge Sort has a time complexity of:</w:t>
      </w:r>
    </w:p>
    <w:p w14:paraId="2D49FEAC" w14:textId="12B13838" w:rsidR="00821BC2" w:rsidRPr="00821BC2" w:rsidRDefault="00821BC2" w:rsidP="00821BC2">
      <w:pPr>
        <w:rPr>
          <w:sz w:val="28"/>
          <w:szCs w:val="28"/>
          <w:lang w:val="en-GB"/>
        </w:rPr>
      </w:pPr>
      <m:oMathPara>
        <m:oMath>
          <m:r>
            <w:rPr>
              <w:rFonts w:ascii="Cambria Math" w:hAnsi="Cambria Math"/>
              <w:sz w:val="28"/>
              <w:szCs w:val="28"/>
              <w:lang w:val="en-GB"/>
            </w:rPr>
            <m:t>O(n</m:t>
          </m:r>
          <m:r>
            <m:rPr>
              <m:sty m:val="p"/>
            </m:rPr>
            <w:rPr>
              <w:rFonts w:ascii="Cambria Math" w:hAnsi="Cambria Math"/>
              <w:sz w:val="28"/>
              <w:szCs w:val="28"/>
              <w:lang w:val="en-GB"/>
            </w:rPr>
            <m:t>log</m:t>
          </m:r>
          <m:r>
            <w:rPr>
              <w:rFonts w:ascii="Cambria Math" w:hAnsi="Cambria Math"/>
              <w:sz w:val="28"/>
              <w:szCs w:val="28"/>
              <w:lang w:val="en-GB"/>
            </w:rPr>
            <m:t>⁡n)</m:t>
          </m:r>
          <m:r>
            <m:rPr>
              <m:sty m:val="p"/>
            </m:rPr>
            <w:rPr>
              <w:sz w:val="28"/>
              <w:szCs w:val="28"/>
              <w:lang w:val="en-GB"/>
            </w:rPr>
            <w:br/>
          </m:r>
        </m:oMath>
      </m:oMathPara>
    </w:p>
    <w:p w14:paraId="0ABBC729" w14:textId="77777777" w:rsidR="00821BC2" w:rsidRPr="00821BC2" w:rsidRDefault="00821BC2" w:rsidP="00821BC2">
      <w:pPr>
        <w:rPr>
          <w:sz w:val="28"/>
          <w:szCs w:val="28"/>
          <w:lang w:val="en-GB"/>
        </w:rPr>
      </w:pPr>
      <w:r w:rsidRPr="00821BC2">
        <w:rPr>
          <w:sz w:val="28"/>
          <w:szCs w:val="28"/>
          <w:lang w:val="en-GB"/>
        </w:rPr>
        <w:t>This means it remains efficient even when sorting very large lists of data.</w:t>
      </w:r>
    </w:p>
    <w:p w14:paraId="60D41402" w14:textId="77777777" w:rsidR="00821BC2" w:rsidRPr="00821BC2" w:rsidRDefault="00821BC2" w:rsidP="00821BC2">
      <w:pPr>
        <w:rPr>
          <w:sz w:val="28"/>
          <w:szCs w:val="28"/>
          <w:lang w:val="en-GB"/>
        </w:rPr>
      </w:pPr>
      <w:r w:rsidRPr="00821BC2">
        <w:rPr>
          <w:sz w:val="28"/>
          <w:szCs w:val="28"/>
          <w:lang w:val="en-GB"/>
        </w:rPr>
        <w:t>Merge Sort is also stable, which means values with the same number stay in the same order as the original list. This is useful when sorting records such as names, dates, and student results.</w:t>
      </w:r>
    </w:p>
    <w:p w14:paraId="43107FB2" w14:textId="77777777" w:rsidR="00821BC2" w:rsidRPr="00821BC2" w:rsidRDefault="00821BC2" w:rsidP="00821BC2">
      <w:pPr>
        <w:rPr>
          <w:sz w:val="28"/>
          <w:szCs w:val="28"/>
          <w:lang w:val="en-GB"/>
        </w:rPr>
      </w:pPr>
      <w:r w:rsidRPr="00821BC2">
        <w:rPr>
          <w:sz w:val="28"/>
          <w:szCs w:val="28"/>
          <w:lang w:val="en-GB"/>
        </w:rPr>
        <w:t>Compared to Bubble Sort and Insertion Sort, Merge Sort is much faster for large datasets. Although Quick Sort is also fast, Merge Sort provides more consistent performance and is easier to explain step by step for learning purposes.</w:t>
      </w:r>
    </w:p>
    <w:p w14:paraId="3C53F1B0" w14:textId="77777777" w:rsidR="00821BC2" w:rsidRPr="00821BC2" w:rsidRDefault="00821BC2" w:rsidP="00821BC2">
      <w:pPr>
        <w:rPr>
          <w:sz w:val="28"/>
          <w:szCs w:val="28"/>
          <w:lang w:val="en-GB"/>
        </w:rPr>
      </w:pPr>
      <w:r w:rsidRPr="00821BC2">
        <w:rPr>
          <w:sz w:val="28"/>
          <w:szCs w:val="28"/>
          <w:lang w:val="en-GB"/>
        </w:rPr>
        <w:t>Different sorting algorithms solve problems in different ways. Bubble Sort and Insertion Sort are simple and useful for small datasets, while Quick Sort and Merge Sort are more suitable for larger datasets.</w:t>
      </w:r>
    </w:p>
    <w:p w14:paraId="7B6BC413" w14:textId="77777777" w:rsidR="00821BC2" w:rsidRDefault="00821BC2" w:rsidP="00821BC2">
      <w:pPr>
        <w:rPr>
          <w:sz w:val="28"/>
          <w:szCs w:val="28"/>
          <w:lang w:val="en-GB"/>
        </w:rPr>
      </w:pPr>
      <w:r w:rsidRPr="00821BC2">
        <w:rPr>
          <w:sz w:val="28"/>
          <w:szCs w:val="28"/>
          <w:lang w:val="en-GB"/>
        </w:rPr>
        <w:t xml:space="preserve">For this assignment, Merge Sort was the best choice because it is efficient, organised, and reliable. It handles large amounts of data well and follows a </w:t>
      </w:r>
      <w:r w:rsidRPr="00821BC2">
        <w:rPr>
          <w:sz w:val="28"/>
          <w:szCs w:val="28"/>
          <w:lang w:val="en-GB"/>
        </w:rPr>
        <w:lastRenderedPageBreak/>
        <w:t>structured computational thinking approach by breaking problems into smaller sections before solving them.</w:t>
      </w:r>
    </w:p>
    <w:p w14:paraId="3B096AFD" w14:textId="446BEDC2" w:rsidR="00844848" w:rsidRDefault="00844848" w:rsidP="00821BC2">
      <w:pPr>
        <w:rPr>
          <w:sz w:val="28"/>
          <w:szCs w:val="28"/>
          <w:lang w:val="en-GB"/>
        </w:rPr>
      </w:pPr>
      <w:r>
        <w:rPr>
          <w:noProof/>
        </w:rPr>
        <w:drawing>
          <wp:inline distT="0" distB="0" distL="0" distR="0" wp14:anchorId="6638EAB1" wp14:editId="309073AD">
            <wp:extent cx="3376528" cy="1825909"/>
            <wp:effectExtent l="0" t="0" r="0" b="0"/>
            <wp:docPr id="135052647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0526473" name="Picture 1350526473"/>
                    <pic:cNvPicPr/>
                  </pic:nvPicPr>
                  <pic:blipFill>
                    <a:blip r:embed="rId13">
                      <a:extLst>
                        <a:ext uri="{28A0092B-C50C-407E-A947-70E740481C1C}">
                          <a14:useLocalDpi xmlns:a14="http://schemas.microsoft.com/office/drawing/2010/main"/>
                        </a:ext>
                      </a:extLst>
                    </a:blip>
                    <a:stretch>
                      <a:fillRect/>
                    </a:stretch>
                  </pic:blipFill>
                  <pic:spPr>
                    <a:xfrm>
                      <a:off x="0" y="0"/>
                      <a:ext cx="3376528" cy="1825909"/>
                    </a:xfrm>
                    <a:prstGeom prst="rect">
                      <a:avLst/>
                    </a:prstGeom>
                  </pic:spPr>
                </pic:pic>
              </a:graphicData>
            </a:graphic>
          </wp:inline>
        </w:drawing>
      </w:r>
    </w:p>
    <w:p w14:paraId="7E3DC861" w14:textId="500E69EF" w:rsidR="00844848" w:rsidRDefault="00D671F2" w:rsidP="00821BC2">
      <w:pPr>
        <w:rPr>
          <w:sz w:val="28"/>
          <w:szCs w:val="28"/>
          <w:lang w:val="en-GB"/>
        </w:rPr>
      </w:pPr>
      <w:r>
        <w:rPr>
          <w:noProof/>
        </w:rPr>
        <w:drawing>
          <wp:inline distT="0" distB="0" distL="0" distR="0" wp14:anchorId="5402E70A" wp14:editId="0E665615">
            <wp:extent cx="3376652" cy="1820358"/>
            <wp:effectExtent l="0" t="0" r="0" b="0"/>
            <wp:docPr id="197767629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7676290" name="Picture 1977676290"/>
                    <pic:cNvPicPr/>
                  </pic:nvPicPr>
                  <pic:blipFill>
                    <a:blip r:embed="rId14">
                      <a:extLst>
                        <a:ext uri="{28A0092B-C50C-407E-A947-70E740481C1C}">
                          <a14:useLocalDpi xmlns:a14="http://schemas.microsoft.com/office/drawing/2010/main"/>
                        </a:ext>
                      </a:extLst>
                    </a:blip>
                    <a:stretch>
                      <a:fillRect/>
                    </a:stretch>
                  </pic:blipFill>
                  <pic:spPr>
                    <a:xfrm>
                      <a:off x="0" y="0"/>
                      <a:ext cx="3376652" cy="1820358"/>
                    </a:xfrm>
                    <a:prstGeom prst="rect">
                      <a:avLst/>
                    </a:prstGeom>
                  </pic:spPr>
                </pic:pic>
              </a:graphicData>
            </a:graphic>
          </wp:inline>
        </w:drawing>
      </w:r>
    </w:p>
    <w:p w14:paraId="44C8E737" w14:textId="7DA771BE" w:rsidR="00D671F2" w:rsidRDefault="0006757C" w:rsidP="00821BC2">
      <w:pPr>
        <w:rPr>
          <w:sz w:val="28"/>
          <w:szCs w:val="28"/>
          <w:lang w:val="en-GB"/>
        </w:rPr>
      </w:pPr>
      <w:r>
        <w:rPr>
          <w:noProof/>
        </w:rPr>
        <w:drawing>
          <wp:inline distT="0" distB="0" distL="0" distR="0" wp14:anchorId="1BC38F12" wp14:editId="3854618F">
            <wp:extent cx="3407698" cy="1854102"/>
            <wp:effectExtent l="0" t="0" r="0" b="0"/>
            <wp:docPr id="2061950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19506" name="Picture 20619506"/>
                    <pic:cNvPicPr/>
                  </pic:nvPicPr>
                  <pic:blipFill>
                    <a:blip r:embed="rId15">
                      <a:extLst>
                        <a:ext uri="{28A0092B-C50C-407E-A947-70E740481C1C}">
                          <a14:useLocalDpi xmlns:a14="http://schemas.microsoft.com/office/drawing/2010/main"/>
                        </a:ext>
                      </a:extLst>
                    </a:blip>
                    <a:stretch>
                      <a:fillRect/>
                    </a:stretch>
                  </pic:blipFill>
                  <pic:spPr>
                    <a:xfrm>
                      <a:off x="0" y="0"/>
                      <a:ext cx="3407698" cy="1854102"/>
                    </a:xfrm>
                    <a:prstGeom prst="rect">
                      <a:avLst/>
                    </a:prstGeom>
                  </pic:spPr>
                </pic:pic>
              </a:graphicData>
            </a:graphic>
          </wp:inline>
        </w:drawing>
      </w:r>
    </w:p>
    <w:p w14:paraId="753D1CBC" w14:textId="6D986E24" w:rsidR="0006757C" w:rsidRDefault="002F065B" w:rsidP="00821BC2">
      <w:pPr>
        <w:rPr>
          <w:sz w:val="28"/>
          <w:szCs w:val="28"/>
          <w:lang w:val="en-GB"/>
        </w:rPr>
      </w:pPr>
      <w:r>
        <w:rPr>
          <w:noProof/>
        </w:rPr>
        <w:drawing>
          <wp:inline distT="0" distB="0" distL="0" distR="0" wp14:anchorId="4CA8C01E" wp14:editId="00DF20FC">
            <wp:extent cx="3343738" cy="1797050"/>
            <wp:effectExtent l="0" t="0" r="9525" b="0"/>
            <wp:docPr id="194139817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1398173" name="Picture 1941398173"/>
                    <pic:cNvPicPr/>
                  </pic:nvPicPr>
                  <pic:blipFill>
                    <a:blip r:embed="rId16">
                      <a:extLst>
                        <a:ext uri="{28A0092B-C50C-407E-A947-70E740481C1C}">
                          <a14:useLocalDpi xmlns:a14="http://schemas.microsoft.com/office/drawing/2010/main"/>
                        </a:ext>
                      </a:extLst>
                    </a:blip>
                    <a:stretch>
                      <a:fillRect/>
                    </a:stretch>
                  </pic:blipFill>
                  <pic:spPr>
                    <a:xfrm>
                      <a:off x="0" y="0"/>
                      <a:ext cx="3345565" cy="1798032"/>
                    </a:xfrm>
                    <a:prstGeom prst="rect">
                      <a:avLst/>
                    </a:prstGeom>
                  </pic:spPr>
                </pic:pic>
              </a:graphicData>
            </a:graphic>
          </wp:inline>
        </w:drawing>
      </w:r>
    </w:p>
    <w:p w14:paraId="671BC0DD" w14:textId="4BF1EB59" w:rsidR="002F065B" w:rsidRDefault="00333178" w:rsidP="00821BC2">
      <w:pPr>
        <w:rPr>
          <w:sz w:val="28"/>
          <w:szCs w:val="28"/>
          <w:lang w:val="en-GB"/>
        </w:rPr>
      </w:pPr>
      <w:r>
        <w:rPr>
          <w:noProof/>
        </w:rPr>
        <w:lastRenderedPageBreak/>
        <w:drawing>
          <wp:inline distT="0" distB="0" distL="0" distR="0" wp14:anchorId="1ADE8A61" wp14:editId="666F64EE">
            <wp:extent cx="3395452" cy="1853093"/>
            <wp:effectExtent l="0" t="0" r="0" b="0"/>
            <wp:docPr id="5085859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858592" name="Picture 50858592"/>
                    <pic:cNvPicPr/>
                  </pic:nvPicPr>
                  <pic:blipFill>
                    <a:blip r:embed="rId17">
                      <a:extLst>
                        <a:ext uri="{28A0092B-C50C-407E-A947-70E740481C1C}">
                          <a14:useLocalDpi xmlns:a14="http://schemas.microsoft.com/office/drawing/2010/main"/>
                        </a:ext>
                      </a:extLst>
                    </a:blip>
                    <a:stretch>
                      <a:fillRect/>
                    </a:stretch>
                  </pic:blipFill>
                  <pic:spPr>
                    <a:xfrm>
                      <a:off x="0" y="0"/>
                      <a:ext cx="3395452" cy="1853093"/>
                    </a:xfrm>
                    <a:prstGeom prst="rect">
                      <a:avLst/>
                    </a:prstGeom>
                  </pic:spPr>
                </pic:pic>
              </a:graphicData>
            </a:graphic>
          </wp:inline>
        </w:drawing>
      </w:r>
    </w:p>
    <w:p w14:paraId="6E91C20A" w14:textId="77777777" w:rsidR="00333178" w:rsidRPr="00821BC2" w:rsidRDefault="00333178" w:rsidP="00821BC2">
      <w:pPr>
        <w:rPr>
          <w:sz w:val="28"/>
          <w:szCs w:val="28"/>
          <w:lang w:val="en-GB"/>
        </w:rPr>
      </w:pPr>
    </w:p>
    <w:p w14:paraId="1DF537AF" w14:textId="77777777" w:rsidR="00821BC2" w:rsidRDefault="00821BC2" w:rsidP="00317B52">
      <w:pPr>
        <w:rPr>
          <w:sz w:val="28"/>
          <w:szCs w:val="28"/>
          <w:lang w:val="en-GB"/>
        </w:rPr>
      </w:pPr>
    </w:p>
    <w:p w14:paraId="147796B5" w14:textId="77777777" w:rsidR="00147013" w:rsidRPr="00821BC2" w:rsidRDefault="00147013" w:rsidP="00821BC2">
      <w:pPr>
        <w:pStyle w:val="Heading1"/>
        <w:rPr>
          <w:color w:val="auto"/>
          <w:sz w:val="56"/>
          <w:szCs w:val="56"/>
          <w:lang w:val="en-GB"/>
        </w:rPr>
      </w:pPr>
      <w:r w:rsidRPr="00821BC2">
        <w:rPr>
          <w:color w:val="auto"/>
          <w:sz w:val="56"/>
          <w:szCs w:val="56"/>
          <w:lang w:val="en-GB"/>
        </w:rPr>
        <w:t>7. Repairing Faults</w:t>
      </w:r>
    </w:p>
    <w:p w14:paraId="2759D7EB" w14:textId="432F7E95" w:rsidR="00147013" w:rsidRPr="00147013" w:rsidRDefault="00147013" w:rsidP="00147013">
      <w:pPr>
        <w:rPr>
          <w:sz w:val="28"/>
          <w:szCs w:val="28"/>
          <w:lang w:val="en-GB"/>
        </w:rPr>
      </w:pPr>
      <w:r w:rsidRPr="00147013">
        <w:rPr>
          <w:sz w:val="28"/>
          <w:szCs w:val="28"/>
          <w:lang w:val="en-GB"/>
        </w:rPr>
        <w:t>During the development of my sorting model, I found some problems and faults that needed to be repaired. Testing and improving a model is an important part of computational thinking because it helps make the system more accurate, reliable, and easier to use. Some of the main faults I identified were formula errors, layout problems, and incorrect outputs during testing.</w:t>
      </w:r>
      <w:r w:rsidR="00702C31" w:rsidRPr="00147013">
        <w:rPr>
          <w:sz w:val="28"/>
          <w:szCs w:val="28"/>
          <w:lang w:val="en-GB"/>
        </w:rPr>
        <w:t xml:space="preserve"> </w:t>
      </w:r>
    </w:p>
    <w:p w14:paraId="3CBD18BB" w14:textId="77777777" w:rsidR="00147013" w:rsidRPr="00821BC2" w:rsidRDefault="00147013" w:rsidP="00147013">
      <w:pPr>
        <w:rPr>
          <w:sz w:val="40"/>
          <w:szCs w:val="40"/>
          <w:lang w:val="en-GB"/>
        </w:rPr>
      </w:pPr>
      <w:r w:rsidRPr="00821BC2">
        <w:rPr>
          <w:sz w:val="40"/>
          <w:szCs w:val="40"/>
          <w:lang w:val="en-GB"/>
        </w:rPr>
        <w:t>Formula Errors</w:t>
      </w:r>
    </w:p>
    <w:p w14:paraId="3D6A86EA" w14:textId="77777777" w:rsidR="00147013" w:rsidRPr="00147013" w:rsidRDefault="00147013" w:rsidP="00147013">
      <w:pPr>
        <w:rPr>
          <w:sz w:val="28"/>
          <w:szCs w:val="28"/>
          <w:lang w:val="en-GB"/>
        </w:rPr>
      </w:pPr>
      <w:r w:rsidRPr="00147013">
        <w:rPr>
          <w:sz w:val="28"/>
          <w:szCs w:val="28"/>
          <w:lang w:val="en-GB"/>
        </w:rPr>
        <w:t>One of the first problems I found was formula errors inside the Excel spreadsheet. Some formulas were entered incorrectly, which caused the sorting results to display the wrong values.</w:t>
      </w:r>
    </w:p>
    <w:p w14:paraId="3AC695B3" w14:textId="77777777" w:rsidR="00147013" w:rsidRPr="00147013" w:rsidRDefault="00147013" w:rsidP="00147013">
      <w:pPr>
        <w:rPr>
          <w:sz w:val="28"/>
          <w:szCs w:val="28"/>
          <w:lang w:val="en-GB"/>
        </w:rPr>
      </w:pPr>
      <w:r w:rsidRPr="00147013">
        <w:rPr>
          <w:sz w:val="28"/>
          <w:szCs w:val="28"/>
          <w:lang w:val="en-GB"/>
        </w:rPr>
        <w:t>For example, one formula was referencing the wrong cell range, which meant the numbers were not sorting correctly. Instead of showing the values in ascending order, some numbers stayed in the wrong position.</w:t>
      </w:r>
    </w:p>
    <w:p w14:paraId="6F69D3EF" w14:textId="77777777" w:rsidR="00147013" w:rsidRPr="00821BC2" w:rsidRDefault="00147013" w:rsidP="00147013">
      <w:pPr>
        <w:rPr>
          <w:sz w:val="40"/>
          <w:szCs w:val="40"/>
          <w:lang w:val="en-GB"/>
        </w:rPr>
      </w:pPr>
      <w:r w:rsidRPr="00821BC2">
        <w:rPr>
          <w:sz w:val="40"/>
          <w:szCs w:val="40"/>
          <w:lang w:val="en-GB"/>
        </w:rPr>
        <w:t>Example of Formula Error</w:t>
      </w:r>
    </w:p>
    <w:p w14:paraId="49F464D8" w14:textId="77777777" w:rsidR="00147013" w:rsidRPr="00147013" w:rsidRDefault="00147013" w:rsidP="00147013">
      <w:pPr>
        <w:rPr>
          <w:sz w:val="28"/>
          <w:szCs w:val="28"/>
          <w:lang w:val="en-GB"/>
        </w:rPr>
      </w:pPr>
      <w:r w:rsidRPr="00147013">
        <w:rPr>
          <w:sz w:val="28"/>
          <w:szCs w:val="28"/>
          <w:lang w:val="en-GB"/>
        </w:rPr>
        <w:t>Incorrect formula:</w:t>
      </w:r>
    </w:p>
    <w:p w14:paraId="3FCD9766" w14:textId="77777777" w:rsidR="00147013" w:rsidRPr="00147013" w:rsidRDefault="00147013" w:rsidP="00147013">
      <w:pPr>
        <w:rPr>
          <w:sz w:val="28"/>
          <w:szCs w:val="28"/>
          <w:lang w:val="en-GB"/>
        </w:rPr>
      </w:pPr>
      <w:r w:rsidRPr="00147013">
        <w:rPr>
          <w:sz w:val="28"/>
          <w:szCs w:val="28"/>
          <w:lang w:val="en-GB"/>
        </w:rPr>
        <w:t>=SORT(A1:A3)</w:t>
      </w:r>
    </w:p>
    <w:p w14:paraId="4D35F13B" w14:textId="77777777" w:rsidR="00147013" w:rsidRPr="00147013" w:rsidRDefault="00147013" w:rsidP="00147013">
      <w:pPr>
        <w:rPr>
          <w:sz w:val="28"/>
          <w:szCs w:val="28"/>
          <w:lang w:val="en-GB"/>
        </w:rPr>
      </w:pPr>
      <w:r w:rsidRPr="00147013">
        <w:rPr>
          <w:sz w:val="28"/>
          <w:szCs w:val="28"/>
          <w:lang w:val="en-GB"/>
        </w:rPr>
        <w:t>The dataset actually continued until A10, so the formula only sorted part of the data.</w:t>
      </w:r>
    </w:p>
    <w:p w14:paraId="297441B9" w14:textId="77777777" w:rsidR="00147013" w:rsidRPr="00821BC2" w:rsidRDefault="00147013" w:rsidP="00147013">
      <w:pPr>
        <w:rPr>
          <w:sz w:val="40"/>
          <w:szCs w:val="40"/>
          <w:lang w:val="en-GB"/>
        </w:rPr>
      </w:pPr>
      <w:r w:rsidRPr="00821BC2">
        <w:rPr>
          <w:sz w:val="40"/>
          <w:szCs w:val="40"/>
          <w:lang w:val="en-GB"/>
        </w:rPr>
        <w:lastRenderedPageBreak/>
        <w:t>Corrected Formula</w:t>
      </w:r>
    </w:p>
    <w:p w14:paraId="6C0A0F26" w14:textId="77777777" w:rsidR="00147013" w:rsidRPr="00147013" w:rsidRDefault="00147013" w:rsidP="00147013">
      <w:pPr>
        <w:rPr>
          <w:sz w:val="28"/>
          <w:szCs w:val="28"/>
          <w:lang w:val="en-GB"/>
        </w:rPr>
      </w:pPr>
      <w:r w:rsidRPr="00147013">
        <w:rPr>
          <w:sz w:val="28"/>
          <w:szCs w:val="28"/>
          <w:lang w:val="en-GB"/>
        </w:rPr>
        <w:t>=SORT(A1:A10)</w:t>
      </w:r>
    </w:p>
    <w:p w14:paraId="58F426CE" w14:textId="77777777" w:rsidR="00147013" w:rsidRPr="00147013" w:rsidRDefault="00147013" w:rsidP="00147013">
      <w:pPr>
        <w:rPr>
          <w:sz w:val="28"/>
          <w:szCs w:val="28"/>
          <w:lang w:val="en-GB"/>
        </w:rPr>
      </w:pPr>
      <w:r w:rsidRPr="00147013">
        <w:rPr>
          <w:sz w:val="28"/>
          <w:szCs w:val="28"/>
          <w:lang w:val="en-GB"/>
        </w:rPr>
        <w:t>After correcting the formula range, the model sorted all values properly.</w:t>
      </w:r>
    </w:p>
    <w:p w14:paraId="29818C5F" w14:textId="77777777" w:rsidR="00147013" w:rsidRPr="00147013" w:rsidRDefault="00147013" w:rsidP="00147013">
      <w:pPr>
        <w:rPr>
          <w:sz w:val="28"/>
          <w:szCs w:val="28"/>
          <w:lang w:val="en-GB"/>
        </w:rPr>
      </w:pPr>
      <w:r w:rsidRPr="00147013">
        <w:rPr>
          <w:sz w:val="28"/>
          <w:szCs w:val="28"/>
          <w:lang w:val="en-GB"/>
        </w:rPr>
        <w:t>Another issue happened when empty cells were included in calculations. This sometimes caused incorrect outputs or blank spaces in the sorted results. To solve this problem, I checked all formulas carefully and tested them again using different datasets.</w:t>
      </w:r>
    </w:p>
    <w:p w14:paraId="69F2E2B0" w14:textId="77777777" w:rsidR="00147013" w:rsidRPr="00147013" w:rsidRDefault="00147013" w:rsidP="00147013">
      <w:pPr>
        <w:rPr>
          <w:sz w:val="28"/>
          <w:szCs w:val="28"/>
          <w:lang w:val="en-GB"/>
        </w:rPr>
      </w:pPr>
      <w:r w:rsidRPr="00147013">
        <w:rPr>
          <w:sz w:val="28"/>
          <w:szCs w:val="28"/>
          <w:lang w:val="en-GB"/>
        </w:rPr>
        <w:t>Repairing formula errors improved:</w:t>
      </w:r>
    </w:p>
    <w:p w14:paraId="25EF7366" w14:textId="77777777" w:rsidR="00147013" w:rsidRPr="00147013" w:rsidRDefault="00147013" w:rsidP="002B4F7D">
      <w:pPr>
        <w:numPr>
          <w:ilvl w:val="0"/>
          <w:numId w:val="47"/>
        </w:numPr>
        <w:rPr>
          <w:sz w:val="28"/>
          <w:szCs w:val="28"/>
          <w:lang w:val="en-GB"/>
        </w:rPr>
      </w:pPr>
      <w:r w:rsidRPr="00147013">
        <w:rPr>
          <w:sz w:val="28"/>
          <w:szCs w:val="28"/>
          <w:lang w:val="en-GB"/>
        </w:rPr>
        <w:t xml:space="preserve">Accuracy </w:t>
      </w:r>
    </w:p>
    <w:p w14:paraId="6E2AD463" w14:textId="77777777" w:rsidR="00147013" w:rsidRPr="00147013" w:rsidRDefault="00147013" w:rsidP="002B4F7D">
      <w:pPr>
        <w:numPr>
          <w:ilvl w:val="0"/>
          <w:numId w:val="47"/>
        </w:numPr>
        <w:rPr>
          <w:sz w:val="28"/>
          <w:szCs w:val="28"/>
          <w:lang w:val="en-GB"/>
        </w:rPr>
      </w:pPr>
      <w:r w:rsidRPr="00147013">
        <w:rPr>
          <w:sz w:val="28"/>
          <w:szCs w:val="28"/>
          <w:lang w:val="en-GB"/>
        </w:rPr>
        <w:t xml:space="preserve">Reliability </w:t>
      </w:r>
    </w:p>
    <w:p w14:paraId="5E1E8C21" w14:textId="12D47D06" w:rsidR="00147013" w:rsidRPr="00821BC2" w:rsidRDefault="00147013" w:rsidP="002B4F7D">
      <w:pPr>
        <w:numPr>
          <w:ilvl w:val="0"/>
          <w:numId w:val="47"/>
        </w:numPr>
        <w:rPr>
          <w:sz w:val="28"/>
          <w:szCs w:val="28"/>
          <w:lang w:val="en-GB"/>
        </w:rPr>
      </w:pPr>
      <w:r w:rsidRPr="00147013">
        <w:rPr>
          <w:sz w:val="28"/>
          <w:szCs w:val="28"/>
          <w:lang w:val="en-GB"/>
        </w:rPr>
        <w:t xml:space="preserve">Correct output generation </w:t>
      </w:r>
    </w:p>
    <w:p w14:paraId="54F2AAD3" w14:textId="77777777" w:rsidR="00147013" w:rsidRPr="00821BC2" w:rsidRDefault="00147013" w:rsidP="00147013">
      <w:pPr>
        <w:rPr>
          <w:sz w:val="40"/>
          <w:szCs w:val="40"/>
          <w:lang w:val="en-GB"/>
        </w:rPr>
      </w:pPr>
      <w:r w:rsidRPr="00821BC2">
        <w:rPr>
          <w:sz w:val="40"/>
          <w:szCs w:val="40"/>
          <w:lang w:val="en-GB"/>
        </w:rPr>
        <w:t>Layout Improvements</w:t>
      </w:r>
    </w:p>
    <w:p w14:paraId="7C903C83" w14:textId="77777777" w:rsidR="00147013" w:rsidRPr="00147013" w:rsidRDefault="00147013" w:rsidP="00147013">
      <w:pPr>
        <w:rPr>
          <w:sz w:val="28"/>
          <w:szCs w:val="28"/>
          <w:lang w:val="en-GB"/>
        </w:rPr>
      </w:pPr>
      <w:r w:rsidRPr="00147013">
        <w:rPr>
          <w:sz w:val="28"/>
          <w:szCs w:val="28"/>
          <w:lang w:val="en-GB"/>
        </w:rPr>
        <w:t>Another problem I noticed was the spreadsheet layout. At first, the spreadsheet looked crowded and difficult to understand. The columns were not clearly labelled, and the input and output sections were too close together.</w:t>
      </w:r>
    </w:p>
    <w:p w14:paraId="446E61F4" w14:textId="77777777" w:rsidR="00147013" w:rsidRPr="00147013" w:rsidRDefault="00147013" w:rsidP="00147013">
      <w:pPr>
        <w:rPr>
          <w:sz w:val="28"/>
          <w:szCs w:val="28"/>
          <w:lang w:val="en-GB"/>
        </w:rPr>
      </w:pPr>
      <w:r w:rsidRPr="00147013">
        <w:rPr>
          <w:sz w:val="28"/>
          <w:szCs w:val="28"/>
          <w:lang w:val="en-GB"/>
        </w:rPr>
        <w:t>To improve the layout, I made several changes:</w:t>
      </w:r>
    </w:p>
    <w:p w14:paraId="59B0AAED" w14:textId="77777777" w:rsidR="00147013" w:rsidRPr="00147013" w:rsidRDefault="00147013" w:rsidP="002B4F7D">
      <w:pPr>
        <w:numPr>
          <w:ilvl w:val="0"/>
          <w:numId w:val="48"/>
        </w:numPr>
        <w:rPr>
          <w:sz w:val="28"/>
          <w:szCs w:val="28"/>
          <w:lang w:val="en-GB"/>
        </w:rPr>
      </w:pPr>
      <w:r w:rsidRPr="00147013">
        <w:rPr>
          <w:sz w:val="28"/>
          <w:szCs w:val="28"/>
          <w:lang w:val="en-GB"/>
        </w:rPr>
        <w:t xml:space="preserve">Added clear headings </w:t>
      </w:r>
    </w:p>
    <w:p w14:paraId="699A2567" w14:textId="77777777" w:rsidR="00147013" w:rsidRPr="00147013" w:rsidRDefault="00147013" w:rsidP="002B4F7D">
      <w:pPr>
        <w:numPr>
          <w:ilvl w:val="0"/>
          <w:numId w:val="48"/>
        </w:numPr>
        <w:rPr>
          <w:sz w:val="28"/>
          <w:szCs w:val="28"/>
          <w:lang w:val="en-GB"/>
        </w:rPr>
      </w:pPr>
      <w:r w:rsidRPr="00147013">
        <w:rPr>
          <w:sz w:val="28"/>
          <w:szCs w:val="28"/>
          <w:lang w:val="en-GB"/>
        </w:rPr>
        <w:t xml:space="preserve">Increased column width </w:t>
      </w:r>
    </w:p>
    <w:p w14:paraId="5999E26B" w14:textId="77777777" w:rsidR="00147013" w:rsidRPr="00147013" w:rsidRDefault="00147013" w:rsidP="002B4F7D">
      <w:pPr>
        <w:numPr>
          <w:ilvl w:val="0"/>
          <w:numId w:val="48"/>
        </w:numPr>
        <w:rPr>
          <w:sz w:val="28"/>
          <w:szCs w:val="28"/>
          <w:lang w:val="en-GB"/>
        </w:rPr>
      </w:pPr>
      <w:r w:rsidRPr="00147013">
        <w:rPr>
          <w:sz w:val="28"/>
          <w:szCs w:val="28"/>
          <w:lang w:val="en-GB"/>
        </w:rPr>
        <w:t xml:space="preserve">Used colours to separate sections </w:t>
      </w:r>
    </w:p>
    <w:p w14:paraId="7F900254" w14:textId="77777777" w:rsidR="00147013" w:rsidRPr="00147013" w:rsidRDefault="00147013" w:rsidP="002B4F7D">
      <w:pPr>
        <w:numPr>
          <w:ilvl w:val="0"/>
          <w:numId w:val="48"/>
        </w:numPr>
        <w:rPr>
          <w:sz w:val="28"/>
          <w:szCs w:val="28"/>
          <w:lang w:val="en-GB"/>
        </w:rPr>
      </w:pPr>
      <w:r w:rsidRPr="00147013">
        <w:rPr>
          <w:sz w:val="28"/>
          <w:szCs w:val="28"/>
          <w:lang w:val="en-GB"/>
        </w:rPr>
        <w:t xml:space="preserve">Added borders to tables </w:t>
      </w:r>
    </w:p>
    <w:p w14:paraId="52B63A17" w14:textId="77777777" w:rsidR="00147013" w:rsidRPr="00147013" w:rsidRDefault="00147013" w:rsidP="002B4F7D">
      <w:pPr>
        <w:numPr>
          <w:ilvl w:val="0"/>
          <w:numId w:val="48"/>
        </w:numPr>
        <w:rPr>
          <w:sz w:val="28"/>
          <w:szCs w:val="28"/>
          <w:lang w:val="en-GB"/>
        </w:rPr>
      </w:pPr>
      <w:r w:rsidRPr="00147013">
        <w:rPr>
          <w:sz w:val="28"/>
          <w:szCs w:val="28"/>
          <w:lang w:val="en-GB"/>
        </w:rPr>
        <w:t xml:space="preserve">Improved spacing between data </w:t>
      </w:r>
    </w:p>
    <w:p w14:paraId="33DF5BA6" w14:textId="77777777" w:rsidR="00147013" w:rsidRPr="00821BC2" w:rsidRDefault="00147013" w:rsidP="00147013">
      <w:pPr>
        <w:rPr>
          <w:sz w:val="40"/>
          <w:szCs w:val="40"/>
          <w:lang w:val="en-GB"/>
        </w:rPr>
      </w:pPr>
      <w:r w:rsidRPr="00821BC2">
        <w:rPr>
          <w:sz w:val="40"/>
          <w:szCs w:val="40"/>
          <w:lang w:val="en-GB"/>
        </w:rPr>
        <w:t>Before Improvements</w:t>
      </w:r>
    </w:p>
    <w:p w14:paraId="1ACBBA3C" w14:textId="77777777" w:rsidR="00147013" w:rsidRPr="00147013" w:rsidRDefault="00147013" w:rsidP="002B4F7D">
      <w:pPr>
        <w:numPr>
          <w:ilvl w:val="0"/>
          <w:numId w:val="49"/>
        </w:numPr>
        <w:rPr>
          <w:sz w:val="28"/>
          <w:szCs w:val="28"/>
          <w:lang w:val="en-GB"/>
        </w:rPr>
      </w:pPr>
      <w:r w:rsidRPr="00147013">
        <w:rPr>
          <w:sz w:val="28"/>
          <w:szCs w:val="28"/>
          <w:lang w:val="en-GB"/>
        </w:rPr>
        <w:t xml:space="preserve">Difficult to read </w:t>
      </w:r>
    </w:p>
    <w:p w14:paraId="14B45BDA" w14:textId="77777777" w:rsidR="00147013" w:rsidRPr="00147013" w:rsidRDefault="00147013" w:rsidP="002B4F7D">
      <w:pPr>
        <w:numPr>
          <w:ilvl w:val="0"/>
          <w:numId w:val="49"/>
        </w:numPr>
        <w:rPr>
          <w:sz w:val="28"/>
          <w:szCs w:val="28"/>
          <w:lang w:val="en-GB"/>
        </w:rPr>
      </w:pPr>
      <w:r w:rsidRPr="00147013">
        <w:rPr>
          <w:sz w:val="28"/>
          <w:szCs w:val="28"/>
          <w:lang w:val="en-GB"/>
        </w:rPr>
        <w:t xml:space="preserve">Confusing structure </w:t>
      </w:r>
    </w:p>
    <w:p w14:paraId="66347BAE" w14:textId="77777777" w:rsidR="00147013" w:rsidRPr="00147013" w:rsidRDefault="00147013" w:rsidP="002B4F7D">
      <w:pPr>
        <w:numPr>
          <w:ilvl w:val="0"/>
          <w:numId w:val="49"/>
        </w:numPr>
        <w:rPr>
          <w:sz w:val="28"/>
          <w:szCs w:val="28"/>
          <w:lang w:val="en-GB"/>
        </w:rPr>
      </w:pPr>
      <w:r w:rsidRPr="00147013">
        <w:rPr>
          <w:sz w:val="28"/>
          <w:szCs w:val="28"/>
          <w:lang w:val="en-GB"/>
        </w:rPr>
        <w:t xml:space="preserve">Poor organisation </w:t>
      </w:r>
    </w:p>
    <w:p w14:paraId="0679B8FA" w14:textId="77777777" w:rsidR="00147013" w:rsidRPr="00821BC2" w:rsidRDefault="00147013" w:rsidP="00147013">
      <w:pPr>
        <w:rPr>
          <w:sz w:val="40"/>
          <w:szCs w:val="40"/>
          <w:lang w:val="en-GB"/>
        </w:rPr>
      </w:pPr>
      <w:r w:rsidRPr="00821BC2">
        <w:rPr>
          <w:sz w:val="40"/>
          <w:szCs w:val="40"/>
          <w:lang w:val="en-GB"/>
        </w:rPr>
        <w:lastRenderedPageBreak/>
        <w:t>After Improvements</w:t>
      </w:r>
    </w:p>
    <w:p w14:paraId="06B9FE7B" w14:textId="77777777" w:rsidR="00147013" w:rsidRPr="00147013" w:rsidRDefault="00147013" w:rsidP="002B4F7D">
      <w:pPr>
        <w:numPr>
          <w:ilvl w:val="0"/>
          <w:numId w:val="50"/>
        </w:numPr>
        <w:rPr>
          <w:sz w:val="28"/>
          <w:szCs w:val="28"/>
          <w:lang w:val="en-GB"/>
        </w:rPr>
      </w:pPr>
      <w:r w:rsidRPr="00147013">
        <w:rPr>
          <w:sz w:val="28"/>
          <w:szCs w:val="28"/>
          <w:lang w:val="en-GB"/>
        </w:rPr>
        <w:t xml:space="preserve">Easier to understand </w:t>
      </w:r>
    </w:p>
    <w:p w14:paraId="286455E1" w14:textId="77777777" w:rsidR="00147013" w:rsidRPr="00147013" w:rsidRDefault="00147013" w:rsidP="002B4F7D">
      <w:pPr>
        <w:numPr>
          <w:ilvl w:val="0"/>
          <w:numId w:val="50"/>
        </w:numPr>
        <w:rPr>
          <w:sz w:val="28"/>
          <w:szCs w:val="28"/>
          <w:lang w:val="en-GB"/>
        </w:rPr>
      </w:pPr>
      <w:r w:rsidRPr="00147013">
        <w:rPr>
          <w:sz w:val="28"/>
          <w:szCs w:val="28"/>
          <w:lang w:val="en-GB"/>
        </w:rPr>
        <w:t xml:space="preserve">More professional appearance </w:t>
      </w:r>
    </w:p>
    <w:p w14:paraId="2C3F5E20" w14:textId="77777777" w:rsidR="00147013" w:rsidRPr="00147013" w:rsidRDefault="00147013" w:rsidP="002B4F7D">
      <w:pPr>
        <w:numPr>
          <w:ilvl w:val="0"/>
          <w:numId w:val="50"/>
        </w:numPr>
        <w:rPr>
          <w:sz w:val="28"/>
          <w:szCs w:val="28"/>
          <w:lang w:val="en-GB"/>
        </w:rPr>
      </w:pPr>
      <w:r w:rsidRPr="00147013">
        <w:rPr>
          <w:sz w:val="28"/>
          <w:szCs w:val="28"/>
          <w:lang w:val="en-GB"/>
        </w:rPr>
        <w:t xml:space="preserve">Better user experience </w:t>
      </w:r>
    </w:p>
    <w:p w14:paraId="160AACBF" w14:textId="77777777" w:rsidR="00147013" w:rsidRPr="00147013" w:rsidRDefault="00147013" w:rsidP="00147013">
      <w:pPr>
        <w:rPr>
          <w:sz w:val="28"/>
          <w:szCs w:val="28"/>
          <w:lang w:val="en-GB"/>
        </w:rPr>
      </w:pPr>
      <w:r w:rsidRPr="00147013">
        <w:rPr>
          <w:sz w:val="28"/>
          <w:szCs w:val="28"/>
          <w:lang w:val="en-GB"/>
        </w:rPr>
        <w:t>I also used bold text and highlighted important areas so users could quickly identify:</w:t>
      </w:r>
    </w:p>
    <w:p w14:paraId="3291DAED" w14:textId="77777777" w:rsidR="00147013" w:rsidRPr="00147013" w:rsidRDefault="00147013" w:rsidP="002B4F7D">
      <w:pPr>
        <w:numPr>
          <w:ilvl w:val="0"/>
          <w:numId w:val="51"/>
        </w:numPr>
        <w:rPr>
          <w:sz w:val="28"/>
          <w:szCs w:val="28"/>
          <w:lang w:val="en-GB"/>
        </w:rPr>
      </w:pPr>
      <w:r w:rsidRPr="00147013">
        <w:rPr>
          <w:sz w:val="28"/>
          <w:szCs w:val="28"/>
          <w:lang w:val="en-GB"/>
        </w:rPr>
        <w:t xml:space="preserve">Input data </w:t>
      </w:r>
    </w:p>
    <w:p w14:paraId="20889123" w14:textId="77777777" w:rsidR="00147013" w:rsidRPr="00147013" w:rsidRDefault="00147013" w:rsidP="002B4F7D">
      <w:pPr>
        <w:numPr>
          <w:ilvl w:val="0"/>
          <w:numId w:val="51"/>
        </w:numPr>
        <w:rPr>
          <w:sz w:val="28"/>
          <w:szCs w:val="28"/>
          <w:lang w:val="en-GB"/>
        </w:rPr>
      </w:pPr>
      <w:r w:rsidRPr="00147013">
        <w:rPr>
          <w:sz w:val="28"/>
          <w:szCs w:val="28"/>
          <w:lang w:val="en-GB"/>
        </w:rPr>
        <w:t xml:space="preserve">Sorted output </w:t>
      </w:r>
    </w:p>
    <w:p w14:paraId="3234B9CB" w14:textId="77777777" w:rsidR="00147013" w:rsidRPr="00147013" w:rsidRDefault="00147013" w:rsidP="002B4F7D">
      <w:pPr>
        <w:numPr>
          <w:ilvl w:val="0"/>
          <w:numId w:val="51"/>
        </w:numPr>
        <w:rPr>
          <w:sz w:val="28"/>
          <w:szCs w:val="28"/>
          <w:lang w:val="en-GB"/>
        </w:rPr>
      </w:pPr>
      <w:r w:rsidRPr="00147013">
        <w:rPr>
          <w:sz w:val="28"/>
          <w:szCs w:val="28"/>
          <w:lang w:val="en-GB"/>
        </w:rPr>
        <w:t xml:space="preserve">Test results </w:t>
      </w:r>
    </w:p>
    <w:p w14:paraId="2BC85E90" w14:textId="77777777" w:rsidR="00147013" w:rsidRPr="00147013" w:rsidRDefault="00147013" w:rsidP="002B4F7D">
      <w:pPr>
        <w:numPr>
          <w:ilvl w:val="0"/>
          <w:numId w:val="51"/>
        </w:numPr>
        <w:rPr>
          <w:sz w:val="28"/>
          <w:szCs w:val="28"/>
          <w:lang w:val="en-GB"/>
        </w:rPr>
      </w:pPr>
      <w:r w:rsidRPr="00147013">
        <w:rPr>
          <w:sz w:val="28"/>
          <w:szCs w:val="28"/>
          <w:lang w:val="en-GB"/>
        </w:rPr>
        <w:t xml:space="preserve">Errors </w:t>
      </w:r>
    </w:p>
    <w:p w14:paraId="01C8D78B" w14:textId="61049669" w:rsidR="00147013" w:rsidRPr="00147013" w:rsidRDefault="00147013" w:rsidP="00147013">
      <w:pPr>
        <w:rPr>
          <w:sz w:val="28"/>
          <w:szCs w:val="28"/>
          <w:lang w:val="en-GB"/>
        </w:rPr>
      </w:pPr>
      <w:r w:rsidRPr="00147013">
        <w:rPr>
          <w:sz w:val="28"/>
          <w:szCs w:val="28"/>
          <w:lang w:val="en-GB"/>
        </w:rPr>
        <w:t>These improvements made the spreadsheet more user-friendly and visually organised.</w:t>
      </w:r>
    </w:p>
    <w:p w14:paraId="1101A4B3" w14:textId="77777777" w:rsidR="00147013" w:rsidRPr="00821BC2" w:rsidRDefault="00147013" w:rsidP="00147013">
      <w:pPr>
        <w:rPr>
          <w:sz w:val="40"/>
          <w:szCs w:val="40"/>
          <w:lang w:val="en-GB"/>
        </w:rPr>
      </w:pPr>
      <w:r w:rsidRPr="00821BC2">
        <w:rPr>
          <w:sz w:val="40"/>
          <w:szCs w:val="40"/>
          <w:lang w:val="en-GB"/>
        </w:rPr>
        <w:t>Testing Again</w:t>
      </w:r>
    </w:p>
    <w:p w14:paraId="07181929" w14:textId="77777777" w:rsidR="00147013" w:rsidRPr="00147013" w:rsidRDefault="00147013" w:rsidP="00147013">
      <w:pPr>
        <w:rPr>
          <w:sz w:val="28"/>
          <w:szCs w:val="28"/>
          <w:lang w:val="en-GB"/>
        </w:rPr>
      </w:pPr>
      <w:r w:rsidRPr="00147013">
        <w:rPr>
          <w:sz w:val="28"/>
          <w:szCs w:val="28"/>
          <w:lang w:val="en-GB"/>
        </w:rPr>
        <w:t>After repairing the faults, I tested the model again to make sure everything worked correctly. Retesting is important because it confirms whether the changes successfully fixed the problems.</w:t>
      </w:r>
    </w:p>
    <w:p w14:paraId="4289F1DE" w14:textId="77777777" w:rsidR="00147013" w:rsidRPr="00147013" w:rsidRDefault="00147013" w:rsidP="00147013">
      <w:pPr>
        <w:rPr>
          <w:sz w:val="28"/>
          <w:szCs w:val="28"/>
          <w:lang w:val="en-GB"/>
        </w:rPr>
      </w:pPr>
      <w:r w:rsidRPr="00147013">
        <w:rPr>
          <w:sz w:val="28"/>
          <w:szCs w:val="28"/>
          <w:lang w:val="en-GB"/>
        </w:rPr>
        <w:t>I tested the model using:</w:t>
      </w:r>
    </w:p>
    <w:p w14:paraId="41109F6D" w14:textId="77777777" w:rsidR="00147013" w:rsidRPr="00147013" w:rsidRDefault="00147013" w:rsidP="002B4F7D">
      <w:pPr>
        <w:numPr>
          <w:ilvl w:val="0"/>
          <w:numId w:val="52"/>
        </w:numPr>
        <w:rPr>
          <w:sz w:val="28"/>
          <w:szCs w:val="28"/>
          <w:lang w:val="en-GB"/>
        </w:rPr>
      </w:pPr>
      <w:r w:rsidRPr="00147013">
        <w:rPr>
          <w:sz w:val="28"/>
          <w:szCs w:val="28"/>
          <w:lang w:val="en-GB"/>
        </w:rPr>
        <w:t xml:space="preserve">Random numbers </w:t>
      </w:r>
    </w:p>
    <w:p w14:paraId="35C0E0E8" w14:textId="77777777" w:rsidR="00147013" w:rsidRPr="00147013" w:rsidRDefault="00147013" w:rsidP="002B4F7D">
      <w:pPr>
        <w:numPr>
          <w:ilvl w:val="0"/>
          <w:numId w:val="52"/>
        </w:numPr>
        <w:rPr>
          <w:sz w:val="28"/>
          <w:szCs w:val="28"/>
          <w:lang w:val="en-GB"/>
        </w:rPr>
      </w:pPr>
      <w:r w:rsidRPr="00147013">
        <w:rPr>
          <w:sz w:val="28"/>
          <w:szCs w:val="28"/>
          <w:lang w:val="en-GB"/>
        </w:rPr>
        <w:t xml:space="preserve">Large datasets </w:t>
      </w:r>
    </w:p>
    <w:p w14:paraId="4380E29F" w14:textId="77777777" w:rsidR="00147013" w:rsidRPr="00147013" w:rsidRDefault="00147013" w:rsidP="002B4F7D">
      <w:pPr>
        <w:numPr>
          <w:ilvl w:val="0"/>
          <w:numId w:val="52"/>
        </w:numPr>
        <w:rPr>
          <w:sz w:val="28"/>
          <w:szCs w:val="28"/>
          <w:lang w:val="en-GB"/>
        </w:rPr>
      </w:pPr>
      <w:r w:rsidRPr="00147013">
        <w:rPr>
          <w:sz w:val="28"/>
          <w:szCs w:val="28"/>
          <w:lang w:val="en-GB"/>
        </w:rPr>
        <w:t xml:space="preserve">Duplicate values </w:t>
      </w:r>
    </w:p>
    <w:p w14:paraId="4282CC65" w14:textId="77777777" w:rsidR="00147013" w:rsidRPr="00147013" w:rsidRDefault="00147013" w:rsidP="002B4F7D">
      <w:pPr>
        <w:numPr>
          <w:ilvl w:val="0"/>
          <w:numId w:val="52"/>
        </w:numPr>
        <w:rPr>
          <w:sz w:val="28"/>
          <w:szCs w:val="28"/>
          <w:lang w:val="en-GB"/>
        </w:rPr>
      </w:pPr>
      <w:r w:rsidRPr="00147013">
        <w:rPr>
          <w:sz w:val="28"/>
          <w:szCs w:val="28"/>
          <w:lang w:val="en-GB"/>
        </w:rPr>
        <w:t xml:space="preserve">Reverse order values </w:t>
      </w:r>
    </w:p>
    <w:p w14:paraId="2EE82857" w14:textId="77777777" w:rsidR="00147013" w:rsidRPr="00147013" w:rsidRDefault="00147013" w:rsidP="002B4F7D">
      <w:pPr>
        <w:numPr>
          <w:ilvl w:val="0"/>
          <w:numId w:val="52"/>
        </w:numPr>
        <w:rPr>
          <w:sz w:val="28"/>
          <w:szCs w:val="28"/>
          <w:lang w:val="en-GB"/>
        </w:rPr>
      </w:pPr>
      <w:r w:rsidRPr="00147013">
        <w:rPr>
          <w:sz w:val="28"/>
          <w:szCs w:val="28"/>
          <w:lang w:val="en-GB"/>
        </w:rPr>
        <w:t xml:space="preserve">Already sorted lists </w:t>
      </w:r>
    </w:p>
    <w:p w14:paraId="1B606FCB" w14:textId="77777777" w:rsidR="00147013" w:rsidRPr="00821BC2" w:rsidRDefault="00147013" w:rsidP="00147013">
      <w:pPr>
        <w:rPr>
          <w:sz w:val="40"/>
          <w:szCs w:val="40"/>
          <w:lang w:val="en-GB"/>
        </w:rPr>
      </w:pPr>
      <w:r w:rsidRPr="00821BC2">
        <w:rPr>
          <w:sz w:val="40"/>
          <w:szCs w:val="40"/>
          <w:lang w:val="en-GB"/>
        </w:rPr>
        <w:t>Example Test</w:t>
      </w:r>
    </w:p>
    <w:p w14:paraId="5DAD7E95" w14:textId="77777777" w:rsidR="00147013" w:rsidRPr="00147013" w:rsidRDefault="00147013" w:rsidP="00147013">
      <w:pPr>
        <w:rPr>
          <w:sz w:val="28"/>
          <w:szCs w:val="28"/>
          <w:lang w:val="en-GB"/>
        </w:rPr>
      </w:pPr>
      <w:r w:rsidRPr="00147013">
        <w:rPr>
          <w:sz w:val="28"/>
          <w:szCs w:val="28"/>
          <w:lang w:val="en-GB"/>
        </w:rPr>
        <w:t>Input:</w:t>
      </w:r>
      <w:r w:rsidRPr="00147013">
        <w:rPr>
          <w:sz w:val="28"/>
          <w:szCs w:val="28"/>
          <w:lang w:val="en-GB"/>
        </w:rPr>
        <w:br/>
        <w:t>45, 12, 78, 3, 45</w:t>
      </w:r>
    </w:p>
    <w:p w14:paraId="63DE110A" w14:textId="77777777" w:rsidR="00147013" w:rsidRPr="00147013" w:rsidRDefault="00147013" w:rsidP="00147013">
      <w:pPr>
        <w:rPr>
          <w:sz w:val="28"/>
          <w:szCs w:val="28"/>
          <w:lang w:val="en-GB"/>
        </w:rPr>
      </w:pPr>
      <w:r w:rsidRPr="00147013">
        <w:rPr>
          <w:sz w:val="28"/>
          <w:szCs w:val="28"/>
          <w:lang w:val="en-GB"/>
        </w:rPr>
        <w:lastRenderedPageBreak/>
        <w:t>Output:</w:t>
      </w:r>
      <w:r w:rsidRPr="00147013">
        <w:rPr>
          <w:sz w:val="28"/>
          <w:szCs w:val="28"/>
          <w:lang w:val="en-GB"/>
        </w:rPr>
        <w:br/>
        <w:t>3, 12, 45, 45, 78</w:t>
      </w:r>
    </w:p>
    <w:p w14:paraId="59409096" w14:textId="77777777" w:rsidR="00147013" w:rsidRPr="00147013" w:rsidRDefault="00147013" w:rsidP="00147013">
      <w:pPr>
        <w:rPr>
          <w:sz w:val="28"/>
          <w:szCs w:val="28"/>
          <w:lang w:val="en-GB"/>
        </w:rPr>
      </w:pPr>
      <w:r w:rsidRPr="00147013">
        <w:rPr>
          <w:sz w:val="28"/>
          <w:szCs w:val="28"/>
          <w:lang w:val="en-GB"/>
        </w:rPr>
        <w:t>The results were correct after the repairs.</w:t>
      </w:r>
    </w:p>
    <w:p w14:paraId="1CF7B02C" w14:textId="77777777" w:rsidR="00147013" w:rsidRPr="00147013" w:rsidRDefault="00147013" w:rsidP="00147013">
      <w:pPr>
        <w:rPr>
          <w:sz w:val="28"/>
          <w:szCs w:val="28"/>
          <w:lang w:val="en-GB"/>
        </w:rPr>
      </w:pPr>
      <w:r w:rsidRPr="00147013">
        <w:rPr>
          <w:sz w:val="28"/>
          <w:szCs w:val="28"/>
          <w:lang w:val="en-GB"/>
        </w:rPr>
        <w:t>I also checked:</w:t>
      </w:r>
    </w:p>
    <w:p w14:paraId="652E4E1E" w14:textId="77777777" w:rsidR="00147013" w:rsidRPr="00147013" w:rsidRDefault="00147013" w:rsidP="002B4F7D">
      <w:pPr>
        <w:numPr>
          <w:ilvl w:val="0"/>
          <w:numId w:val="53"/>
        </w:numPr>
        <w:rPr>
          <w:sz w:val="28"/>
          <w:szCs w:val="28"/>
          <w:lang w:val="en-GB"/>
        </w:rPr>
      </w:pPr>
      <w:r w:rsidRPr="00147013">
        <w:rPr>
          <w:sz w:val="28"/>
          <w:szCs w:val="28"/>
          <w:lang w:val="en-GB"/>
        </w:rPr>
        <w:t xml:space="preserve">Formula accuracy </w:t>
      </w:r>
    </w:p>
    <w:p w14:paraId="3C77AF56" w14:textId="77777777" w:rsidR="00147013" w:rsidRPr="00147013" w:rsidRDefault="00147013" w:rsidP="002B4F7D">
      <w:pPr>
        <w:numPr>
          <w:ilvl w:val="0"/>
          <w:numId w:val="53"/>
        </w:numPr>
        <w:rPr>
          <w:sz w:val="28"/>
          <w:szCs w:val="28"/>
          <w:lang w:val="en-GB"/>
        </w:rPr>
      </w:pPr>
      <w:r w:rsidRPr="00147013">
        <w:rPr>
          <w:sz w:val="28"/>
          <w:szCs w:val="28"/>
          <w:lang w:val="en-GB"/>
        </w:rPr>
        <w:t xml:space="preserve">Sorting speed </w:t>
      </w:r>
    </w:p>
    <w:p w14:paraId="568E594C" w14:textId="77777777" w:rsidR="00147013" w:rsidRPr="00147013" w:rsidRDefault="00147013" w:rsidP="002B4F7D">
      <w:pPr>
        <w:numPr>
          <w:ilvl w:val="0"/>
          <w:numId w:val="53"/>
        </w:numPr>
        <w:rPr>
          <w:sz w:val="28"/>
          <w:szCs w:val="28"/>
          <w:lang w:val="en-GB"/>
        </w:rPr>
      </w:pPr>
      <w:r w:rsidRPr="00147013">
        <w:rPr>
          <w:sz w:val="28"/>
          <w:szCs w:val="28"/>
          <w:lang w:val="en-GB"/>
        </w:rPr>
        <w:t xml:space="preserve">Correct output order </w:t>
      </w:r>
    </w:p>
    <w:p w14:paraId="2E049765" w14:textId="77777777" w:rsidR="00147013" w:rsidRPr="00147013" w:rsidRDefault="00147013" w:rsidP="002B4F7D">
      <w:pPr>
        <w:numPr>
          <w:ilvl w:val="0"/>
          <w:numId w:val="53"/>
        </w:numPr>
        <w:rPr>
          <w:sz w:val="28"/>
          <w:szCs w:val="28"/>
          <w:lang w:val="en-GB"/>
        </w:rPr>
      </w:pPr>
      <w:r w:rsidRPr="00147013">
        <w:rPr>
          <w:sz w:val="28"/>
          <w:szCs w:val="28"/>
          <w:lang w:val="en-GB"/>
        </w:rPr>
        <w:t xml:space="preserve">Spreadsheet appearance </w:t>
      </w:r>
    </w:p>
    <w:p w14:paraId="487EBCF3" w14:textId="1789B1C6" w:rsidR="00147013" w:rsidRPr="00147013" w:rsidRDefault="00147013" w:rsidP="00147013">
      <w:pPr>
        <w:rPr>
          <w:sz w:val="28"/>
          <w:szCs w:val="28"/>
          <w:lang w:val="en-GB"/>
        </w:rPr>
      </w:pPr>
      <w:r w:rsidRPr="00147013">
        <w:rPr>
          <w:sz w:val="28"/>
          <w:szCs w:val="28"/>
          <w:lang w:val="en-GB"/>
        </w:rPr>
        <w:t>During the second testing stage, the model worked much better and produced more reliable results.</w:t>
      </w:r>
    </w:p>
    <w:p w14:paraId="41239D3B" w14:textId="77777777" w:rsidR="00147013" w:rsidRPr="00821BC2" w:rsidRDefault="00147013" w:rsidP="00147013">
      <w:pPr>
        <w:rPr>
          <w:sz w:val="40"/>
          <w:szCs w:val="40"/>
          <w:lang w:val="en-GB"/>
        </w:rPr>
      </w:pPr>
      <w:r w:rsidRPr="00821BC2">
        <w:rPr>
          <w:sz w:val="40"/>
          <w:szCs w:val="40"/>
          <w:lang w:val="en-GB"/>
        </w:rPr>
        <w:t>Importance of Repairing Faults</w:t>
      </w:r>
    </w:p>
    <w:p w14:paraId="0E53B568" w14:textId="77777777" w:rsidR="00147013" w:rsidRPr="00147013" w:rsidRDefault="00147013" w:rsidP="00147013">
      <w:pPr>
        <w:rPr>
          <w:sz w:val="28"/>
          <w:szCs w:val="28"/>
          <w:lang w:val="en-GB"/>
        </w:rPr>
      </w:pPr>
      <w:r w:rsidRPr="00147013">
        <w:rPr>
          <w:sz w:val="28"/>
          <w:szCs w:val="28"/>
          <w:lang w:val="en-GB"/>
        </w:rPr>
        <w:t>Repairing faults is an important part of software development and computational thinking. Most systems do not work perfectly the first time, so programmers must test, identify errors, and improve their models.</w:t>
      </w:r>
    </w:p>
    <w:p w14:paraId="3C630982" w14:textId="77777777" w:rsidR="00147013" w:rsidRPr="00147013" w:rsidRDefault="00147013" w:rsidP="00147013">
      <w:pPr>
        <w:rPr>
          <w:sz w:val="28"/>
          <w:szCs w:val="28"/>
          <w:lang w:val="en-GB"/>
        </w:rPr>
      </w:pPr>
      <w:r w:rsidRPr="00147013">
        <w:rPr>
          <w:sz w:val="28"/>
          <w:szCs w:val="28"/>
          <w:lang w:val="en-GB"/>
        </w:rPr>
        <w:t>Fault repairing helps:</w:t>
      </w:r>
    </w:p>
    <w:p w14:paraId="3E7098F1" w14:textId="77777777" w:rsidR="00147013" w:rsidRPr="00147013" w:rsidRDefault="00147013" w:rsidP="002B4F7D">
      <w:pPr>
        <w:numPr>
          <w:ilvl w:val="0"/>
          <w:numId w:val="54"/>
        </w:numPr>
        <w:rPr>
          <w:sz w:val="28"/>
          <w:szCs w:val="28"/>
          <w:lang w:val="en-GB"/>
        </w:rPr>
      </w:pPr>
      <w:r w:rsidRPr="00147013">
        <w:rPr>
          <w:sz w:val="28"/>
          <w:szCs w:val="28"/>
          <w:lang w:val="en-GB"/>
        </w:rPr>
        <w:t xml:space="preserve">Reduce mistakes </w:t>
      </w:r>
    </w:p>
    <w:p w14:paraId="00A831CB" w14:textId="77777777" w:rsidR="00147013" w:rsidRPr="00147013" w:rsidRDefault="00147013" w:rsidP="002B4F7D">
      <w:pPr>
        <w:numPr>
          <w:ilvl w:val="0"/>
          <w:numId w:val="54"/>
        </w:numPr>
        <w:rPr>
          <w:sz w:val="28"/>
          <w:szCs w:val="28"/>
          <w:lang w:val="en-GB"/>
        </w:rPr>
      </w:pPr>
      <w:r w:rsidRPr="00147013">
        <w:rPr>
          <w:sz w:val="28"/>
          <w:szCs w:val="28"/>
          <w:lang w:val="en-GB"/>
        </w:rPr>
        <w:t xml:space="preserve">Improve system quality </w:t>
      </w:r>
    </w:p>
    <w:p w14:paraId="4F8ADCDC" w14:textId="77777777" w:rsidR="00147013" w:rsidRPr="00147013" w:rsidRDefault="00147013" w:rsidP="002B4F7D">
      <w:pPr>
        <w:numPr>
          <w:ilvl w:val="0"/>
          <w:numId w:val="54"/>
        </w:numPr>
        <w:rPr>
          <w:sz w:val="28"/>
          <w:szCs w:val="28"/>
          <w:lang w:val="en-GB"/>
        </w:rPr>
      </w:pPr>
      <w:r w:rsidRPr="00147013">
        <w:rPr>
          <w:sz w:val="28"/>
          <w:szCs w:val="28"/>
          <w:lang w:val="en-GB"/>
        </w:rPr>
        <w:t xml:space="preserve">Increase reliability </w:t>
      </w:r>
    </w:p>
    <w:p w14:paraId="1D47D2E5" w14:textId="77777777" w:rsidR="00147013" w:rsidRPr="00147013" w:rsidRDefault="00147013" w:rsidP="002B4F7D">
      <w:pPr>
        <w:numPr>
          <w:ilvl w:val="0"/>
          <w:numId w:val="54"/>
        </w:numPr>
        <w:rPr>
          <w:sz w:val="28"/>
          <w:szCs w:val="28"/>
          <w:lang w:val="en-GB"/>
        </w:rPr>
      </w:pPr>
      <w:r w:rsidRPr="00147013">
        <w:rPr>
          <w:sz w:val="28"/>
          <w:szCs w:val="28"/>
          <w:lang w:val="en-GB"/>
        </w:rPr>
        <w:t xml:space="preserve">Improve user experience </w:t>
      </w:r>
    </w:p>
    <w:p w14:paraId="67725A81" w14:textId="77777777" w:rsidR="00147013" w:rsidRPr="00147013" w:rsidRDefault="00147013" w:rsidP="002B4F7D">
      <w:pPr>
        <w:numPr>
          <w:ilvl w:val="0"/>
          <w:numId w:val="54"/>
        </w:numPr>
        <w:rPr>
          <w:sz w:val="28"/>
          <w:szCs w:val="28"/>
          <w:lang w:val="en-GB"/>
        </w:rPr>
      </w:pPr>
      <w:r w:rsidRPr="00147013">
        <w:rPr>
          <w:sz w:val="28"/>
          <w:szCs w:val="28"/>
          <w:lang w:val="en-GB"/>
        </w:rPr>
        <w:t xml:space="preserve">Make systems more efficient </w:t>
      </w:r>
    </w:p>
    <w:p w14:paraId="2906F35C" w14:textId="77777777" w:rsidR="00147013" w:rsidRPr="00147013" w:rsidRDefault="00147013" w:rsidP="00147013">
      <w:pPr>
        <w:rPr>
          <w:sz w:val="28"/>
          <w:szCs w:val="28"/>
          <w:lang w:val="en-GB"/>
        </w:rPr>
      </w:pPr>
      <w:r w:rsidRPr="00147013">
        <w:rPr>
          <w:sz w:val="28"/>
          <w:szCs w:val="28"/>
          <w:lang w:val="en-GB"/>
        </w:rPr>
        <w:t>Testing and repairing systems are used in real-world computing every day, especially in:</w:t>
      </w:r>
    </w:p>
    <w:p w14:paraId="0AB2EADD" w14:textId="77777777" w:rsidR="00147013" w:rsidRPr="00147013" w:rsidRDefault="00147013" w:rsidP="002B4F7D">
      <w:pPr>
        <w:numPr>
          <w:ilvl w:val="0"/>
          <w:numId w:val="55"/>
        </w:numPr>
        <w:rPr>
          <w:sz w:val="28"/>
          <w:szCs w:val="28"/>
          <w:lang w:val="en-GB"/>
        </w:rPr>
      </w:pPr>
      <w:r w:rsidRPr="00147013">
        <w:rPr>
          <w:sz w:val="28"/>
          <w:szCs w:val="28"/>
          <w:lang w:val="en-GB"/>
        </w:rPr>
        <w:t xml:space="preserve">Websites </w:t>
      </w:r>
    </w:p>
    <w:p w14:paraId="0CE8DCFB" w14:textId="77777777" w:rsidR="00147013" w:rsidRPr="00147013" w:rsidRDefault="00147013" w:rsidP="002B4F7D">
      <w:pPr>
        <w:numPr>
          <w:ilvl w:val="0"/>
          <w:numId w:val="55"/>
        </w:numPr>
        <w:rPr>
          <w:sz w:val="28"/>
          <w:szCs w:val="28"/>
          <w:lang w:val="en-GB"/>
        </w:rPr>
      </w:pPr>
      <w:r w:rsidRPr="00147013">
        <w:rPr>
          <w:sz w:val="28"/>
          <w:szCs w:val="28"/>
          <w:lang w:val="en-GB"/>
        </w:rPr>
        <w:t xml:space="preserve">Banking systems </w:t>
      </w:r>
    </w:p>
    <w:p w14:paraId="5C72419A" w14:textId="77777777" w:rsidR="00147013" w:rsidRPr="00147013" w:rsidRDefault="00147013" w:rsidP="002B4F7D">
      <w:pPr>
        <w:numPr>
          <w:ilvl w:val="0"/>
          <w:numId w:val="55"/>
        </w:numPr>
        <w:rPr>
          <w:sz w:val="28"/>
          <w:szCs w:val="28"/>
          <w:lang w:val="en-GB"/>
        </w:rPr>
      </w:pPr>
      <w:r w:rsidRPr="00147013">
        <w:rPr>
          <w:sz w:val="28"/>
          <w:szCs w:val="28"/>
          <w:lang w:val="en-GB"/>
        </w:rPr>
        <w:t xml:space="preserve">Games </w:t>
      </w:r>
    </w:p>
    <w:p w14:paraId="264BA888" w14:textId="77777777" w:rsidR="00147013" w:rsidRPr="00147013" w:rsidRDefault="00147013" w:rsidP="002B4F7D">
      <w:pPr>
        <w:numPr>
          <w:ilvl w:val="0"/>
          <w:numId w:val="55"/>
        </w:numPr>
        <w:rPr>
          <w:sz w:val="28"/>
          <w:szCs w:val="28"/>
          <w:lang w:val="en-GB"/>
        </w:rPr>
      </w:pPr>
      <w:r w:rsidRPr="00147013">
        <w:rPr>
          <w:sz w:val="28"/>
          <w:szCs w:val="28"/>
          <w:lang w:val="en-GB"/>
        </w:rPr>
        <w:t xml:space="preserve">Apps </w:t>
      </w:r>
    </w:p>
    <w:p w14:paraId="3F8D3F59" w14:textId="77777777" w:rsidR="00147013" w:rsidRPr="00147013" w:rsidRDefault="00147013" w:rsidP="002B4F7D">
      <w:pPr>
        <w:numPr>
          <w:ilvl w:val="0"/>
          <w:numId w:val="55"/>
        </w:numPr>
        <w:rPr>
          <w:sz w:val="28"/>
          <w:szCs w:val="28"/>
          <w:lang w:val="en-GB"/>
        </w:rPr>
      </w:pPr>
      <w:r w:rsidRPr="00147013">
        <w:rPr>
          <w:sz w:val="28"/>
          <w:szCs w:val="28"/>
          <w:lang w:val="en-GB"/>
        </w:rPr>
        <w:lastRenderedPageBreak/>
        <w:t xml:space="preserve">Databases </w:t>
      </w:r>
    </w:p>
    <w:p w14:paraId="07175A07" w14:textId="3E918937" w:rsidR="00147013" w:rsidRPr="00147013" w:rsidRDefault="00147013" w:rsidP="00147013">
      <w:pPr>
        <w:rPr>
          <w:sz w:val="28"/>
          <w:szCs w:val="28"/>
          <w:lang w:val="en-GB"/>
        </w:rPr>
      </w:pPr>
      <w:r w:rsidRPr="00147013">
        <w:rPr>
          <w:sz w:val="28"/>
          <w:szCs w:val="28"/>
          <w:lang w:val="en-GB"/>
        </w:rPr>
        <w:t>Without proper testing and repairs, systems may produce incorrect results or stop working correctly.</w:t>
      </w:r>
    </w:p>
    <w:p w14:paraId="6F6ACEF1" w14:textId="77777777" w:rsidR="00147013" w:rsidRPr="00147013" w:rsidRDefault="00147013" w:rsidP="00147013">
      <w:pPr>
        <w:rPr>
          <w:sz w:val="28"/>
          <w:szCs w:val="28"/>
          <w:lang w:val="en-GB"/>
        </w:rPr>
      </w:pPr>
      <w:r w:rsidRPr="00147013">
        <w:rPr>
          <w:sz w:val="28"/>
          <w:szCs w:val="28"/>
          <w:lang w:val="en-GB"/>
        </w:rPr>
        <w:t>Repairing faults helped improve my sorting model and made the spreadsheet more accurate and easier to use. I fixed formula problems, improved the layout, and tested the model again using different datasets.</w:t>
      </w:r>
    </w:p>
    <w:p w14:paraId="0C7173F1" w14:textId="3052A2F0" w:rsidR="00147013" w:rsidRDefault="00147013" w:rsidP="00317B52">
      <w:pPr>
        <w:rPr>
          <w:sz w:val="28"/>
          <w:szCs w:val="28"/>
          <w:lang w:val="en-GB"/>
        </w:rPr>
      </w:pPr>
      <w:r w:rsidRPr="00147013">
        <w:rPr>
          <w:sz w:val="28"/>
          <w:szCs w:val="28"/>
          <w:lang w:val="en-GB"/>
        </w:rPr>
        <w:t>This process helped me understand the importance of testing, debugging, and improving systems in computing. It also showed how computational thinking helps solve problems step by step to create reliable digital solutions.</w:t>
      </w:r>
    </w:p>
    <w:p w14:paraId="68A2BE9C" w14:textId="467761C7" w:rsidR="00E64C09" w:rsidRDefault="00E64C09" w:rsidP="00317B52">
      <w:pPr>
        <w:rPr>
          <w:sz w:val="28"/>
          <w:szCs w:val="28"/>
          <w:lang w:val="en-GB"/>
        </w:rPr>
      </w:pPr>
      <w:r w:rsidRPr="00F44925">
        <w:rPr>
          <w:noProof/>
        </w:rPr>
        <w:drawing>
          <wp:inline distT="0" distB="0" distL="0" distR="0" wp14:anchorId="6CEEF9D7" wp14:editId="26F39230">
            <wp:extent cx="5321210" cy="3467100"/>
            <wp:effectExtent l="0" t="0" r="0" b="0"/>
            <wp:docPr id="17467315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6731559" name=""/>
                    <pic:cNvPicPr/>
                  </pic:nvPicPr>
                  <pic:blipFill>
                    <a:blip r:embed="rId18"/>
                    <a:stretch>
                      <a:fillRect/>
                    </a:stretch>
                  </pic:blipFill>
                  <pic:spPr>
                    <a:xfrm>
                      <a:off x="0" y="0"/>
                      <a:ext cx="5337763" cy="3477885"/>
                    </a:xfrm>
                    <a:prstGeom prst="rect">
                      <a:avLst/>
                    </a:prstGeom>
                  </pic:spPr>
                </pic:pic>
              </a:graphicData>
            </a:graphic>
          </wp:inline>
        </w:drawing>
      </w:r>
    </w:p>
    <w:p w14:paraId="0C6C2671" w14:textId="77777777" w:rsidR="00E703A6" w:rsidRPr="00821BC2" w:rsidRDefault="00E703A6" w:rsidP="00821BC2">
      <w:pPr>
        <w:pStyle w:val="Heading1"/>
        <w:rPr>
          <w:color w:val="auto"/>
          <w:sz w:val="56"/>
          <w:szCs w:val="56"/>
          <w:lang w:val="en-GB"/>
        </w:rPr>
      </w:pPr>
      <w:r w:rsidRPr="00821BC2">
        <w:rPr>
          <w:color w:val="auto"/>
          <w:sz w:val="56"/>
          <w:szCs w:val="56"/>
          <w:lang w:val="en-GB"/>
        </w:rPr>
        <w:t>8. Refining the Model</w:t>
      </w:r>
    </w:p>
    <w:p w14:paraId="2C0B8103" w14:textId="77777777" w:rsidR="00E703A6" w:rsidRPr="00E703A6" w:rsidRDefault="00E703A6" w:rsidP="00E703A6">
      <w:pPr>
        <w:rPr>
          <w:sz w:val="28"/>
          <w:szCs w:val="28"/>
          <w:lang w:val="en-GB"/>
        </w:rPr>
      </w:pPr>
      <w:r w:rsidRPr="00E703A6">
        <w:rPr>
          <w:sz w:val="28"/>
          <w:szCs w:val="28"/>
          <w:lang w:val="en-GB"/>
        </w:rPr>
        <w:t>After creating and testing my sorting model, I made further improvements to refine the system. Refining the model is an important step in computational thinking because it helps improve the quality, usability, and performance of the final solution. During this stage, I focused on:</w:t>
      </w:r>
    </w:p>
    <w:p w14:paraId="50612043" w14:textId="77777777" w:rsidR="00E703A6" w:rsidRPr="00E703A6" w:rsidRDefault="00E703A6" w:rsidP="002B4F7D">
      <w:pPr>
        <w:numPr>
          <w:ilvl w:val="0"/>
          <w:numId w:val="32"/>
        </w:numPr>
        <w:rPr>
          <w:sz w:val="28"/>
          <w:szCs w:val="28"/>
          <w:lang w:val="en-GB"/>
        </w:rPr>
      </w:pPr>
      <w:r w:rsidRPr="00E703A6">
        <w:rPr>
          <w:sz w:val="28"/>
          <w:szCs w:val="28"/>
          <w:lang w:val="en-GB"/>
        </w:rPr>
        <w:t xml:space="preserve">Conditional formatting </w:t>
      </w:r>
    </w:p>
    <w:p w14:paraId="391F91D1" w14:textId="77777777" w:rsidR="00E703A6" w:rsidRPr="00E703A6" w:rsidRDefault="00E703A6" w:rsidP="002B4F7D">
      <w:pPr>
        <w:numPr>
          <w:ilvl w:val="0"/>
          <w:numId w:val="32"/>
        </w:numPr>
        <w:rPr>
          <w:sz w:val="28"/>
          <w:szCs w:val="28"/>
          <w:lang w:val="en-GB"/>
        </w:rPr>
      </w:pPr>
      <w:r w:rsidRPr="00E703A6">
        <w:rPr>
          <w:sz w:val="28"/>
          <w:szCs w:val="28"/>
          <w:lang w:val="en-GB"/>
        </w:rPr>
        <w:t xml:space="preserve">Better instructions </w:t>
      </w:r>
    </w:p>
    <w:p w14:paraId="0B29D2D9" w14:textId="77777777" w:rsidR="00E703A6" w:rsidRPr="00E703A6" w:rsidRDefault="00E703A6" w:rsidP="002B4F7D">
      <w:pPr>
        <w:numPr>
          <w:ilvl w:val="0"/>
          <w:numId w:val="32"/>
        </w:numPr>
        <w:rPr>
          <w:sz w:val="28"/>
          <w:szCs w:val="28"/>
          <w:lang w:val="en-GB"/>
        </w:rPr>
      </w:pPr>
      <w:r w:rsidRPr="00E703A6">
        <w:rPr>
          <w:sz w:val="28"/>
          <w:szCs w:val="28"/>
          <w:lang w:val="en-GB"/>
        </w:rPr>
        <w:lastRenderedPageBreak/>
        <w:t xml:space="preserve">Improved usability </w:t>
      </w:r>
    </w:p>
    <w:p w14:paraId="5E8A9317" w14:textId="77777777" w:rsidR="00E703A6" w:rsidRPr="00E703A6" w:rsidRDefault="00E703A6" w:rsidP="002B4F7D">
      <w:pPr>
        <w:numPr>
          <w:ilvl w:val="0"/>
          <w:numId w:val="32"/>
        </w:numPr>
        <w:rPr>
          <w:sz w:val="28"/>
          <w:szCs w:val="28"/>
          <w:lang w:val="en-GB"/>
        </w:rPr>
      </w:pPr>
      <w:r w:rsidRPr="00E703A6">
        <w:rPr>
          <w:sz w:val="28"/>
          <w:szCs w:val="28"/>
          <w:lang w:val="en-GB"/>
        </w:rPr>
        <w:t xml:space="preserve">Scalability </w:t>
      </w:r>
    </w:p>
    <w:p w14:paraId="1456D76A" w14:textId="7DB0EBAD" w:rsidR="00E703A6" w:rsidRPr="00821BC2" w:rsidRDefault="00E703A6" w:rsidP="00E703A6">
      <w:pPr>
        <w:rPr>
          <w:sz w:val="28"/>
          <w:szCs w:val="28"/>
          <w:lang w:val="en-GB"/>
        </w:rPr>
      </w:pPr>
      <w:r w:rsidRPr="00E703A6">
        <w:rPr>
          <w:sz w:val="28"/>
          <w:szCs w:val="28"/>
          <w:lang w:val="en-GB"/>
        </w:rPr>
        <w:t>These improvements helped make the spreadsheet more professional, easier to use, and more efficient for handling larger datasets.</w:t>
      </w:r>
    </w:p>
    <w:p w14:paraId="6292AC90" w14:textId="77777777" w:rsidR="00E703A6" w:rsidRPr="00821BC2" w:rsidRDefault="00E703A6" w:rsidP="00E703A6">
      <w:pPr>
        <w:rPr>
          <w:sz w:val="40"/>
          <w:szCs w:val="40"/>
          <w:lang w:val="en-GB"/>
        </w:rPr>
      </w:pPr>
      <w:r w:rsidRPr="00821BC2">
        <w:rPr>
          <w:sz w:val="40"/>
          <w:szCs w:val="40"/>
          <w:lang w:val="en-GB"/>
        </w:rPr>
        <w:t>Conditional Formatting</w:t>
      </w:r>
    </w:p>
    <w:p w14:paraId="2FF2ECDA" w14:textId="77777777" w:rsidR="00E703A6" w:rsidRPr="00E703A6" w:rsidRDefault="00E703A6" w:rsidP="00E703A6">
      <w:pPr>
        <w:rPr>
          <w:sz w:val="28"/>
          <w:szCs w:val="28"/>
          <w:lang w:val="en-GB"/>
        </w:rPr>
      </w:pPr>
      <w:r w:rsidRPr="00E703A6">
        <w:rPr>
          <w:sz w:val="28"/>
          <w:szCs w:val="28"/>
          <w:lang w:val="en-GB"/>
        </w:rPr>
        <w:t>One of the improvements I added was conditional formatting in Microsoft Excel. Conditional formatting is a feature that automatically changes the colour or style of cells depending on the data inside them.</w:t>
      </w:r>
    </w:p>
    <w:p w14:paraId="15752730" w14:textId="77777777" w:rsidR="00E703A6" w:rsidRPr="00E703A6" w:rsidRDefault="00E703A6" w:rsidP="00E703A6">
      <w:pPr>
        <w:rPr>
          <w:sz w:val="28"/>
          <w:szCs w:val="28"/>
          <w:lang w:val="en-GB"/>
        </w:rPr>
      </w:pPr>
      <w:r w:rsidRPr="00E703A6">
        <w:rPr>
          <w:sz w:val="28"/>
          <w:szCs w:val="28"/>
          <w:lang w:val="en-GB"/>
        </w:rPr>
        <w:t>I used conditional formatting to:</w:t>
      </w:r>
    </w:p>
    <w:p w14:paraId="4A6D148F" w14:textId="77777777" w:rsidR="00E703A6" w:rsidRPr="00E703A6" w:rsidRDefault="00E703A6" w:rsidP="002B4F7D">
      <w:pPr>
        <w:numPr>
          <w:ilvl w:val="0"/>
          <w:numId w:val="33"/>
        </w:numPr>
        <w:rPr>
          <w:sz w:val="28"/>
          <w:szCs w:val="28"/>
          <w:lang w:val="en-GB"/>
        </w:rPr>
      </w:pPr>
      <w:r w:rsidRPr="00E703A6">
        <w:rPr>
          <w:sz w:val="28"/>
          <w:szCs w:val="28"/>
          <w:lang w:val="en-GB"/>
        </w:rPr>
        <w:t xml:space="preserve">Highlight large numbers </w:t>
      </w:r>
    </w:p>
    <w:p w14:paraId="55BA8DA9" w14:textId="77777777" w:rsidR="00E703A6" w:rsidRPr="00E703A6" w:rsidRDefault="00E703A6" w:rsidP="002B4F7D">
      <w:pPr>
        <w:numPr>
          <w:ilvl w:val="0"/>
          <w:numId w:val="33"/>
        </w:numPr>
        <w:rPr>
          <w:sz w:val="28"/>
          <w:szCs w:val="28"/>
          <w:lang w:val="en-GB"/>
        </w:rPr>
      </w:pPr>
      <w:r w:rsidRPr="00E703A6">
        <w:rPr>
          <w:sz w:val="28"/>
          <w:szCs w:val="28"/>
          <w:lang w:val="en-GB"/>
        </w:rPr>
        <w:t xml:space="preserve">Show duplicate values </w:t>
      </w:r>
    </w:p>
    <w:p w14:paraId="70D972D2" w14:textId="77777777" w:rsidR="00E703A6" w:rsidRPr="00E703A6" w:rsidRDefault="00E703A6" w:rsidP="002B4F7D">
      <w:pPr>
        <w:numPr>
          <w:ilvl w:val="0"/>
          <w:numId w:val="33"/>
        </w:numPr>
        <w:rPr>
          <w:sz w:val="28"/>
          <w:szCs w:val="28"/>
          <w:lang w:val="en-GB"/>
        </w:rPr>
      </w:pPr>
      <w:r w:rsidRPr="00E703A6">
        <w:rPr>
          <w:sz w:val="28"/>
          <w:szCs w:val="28"/>
          <w:lang w:val="en-GB"/>
        </w:rPr>
        <w:t xml:space="preserve">Separate sorted and unsorted data </w:t>
      </w:r>
    </w:p>
    <w:p w14:paraId="6116C7BE" w14:textId="77777777" w:rsidR="00E703A6" w:rsidRPr="00E703A6" w:rsidRDefault="00E703A6" w:rsidP="002B4F7D">
      <w:pPr>
        <w:numPr>
          <w:ilvl w:val="0"/>
          <w:numId w:val="33"/>
        </w:numPr>
        <w:rPr>
          <w:sz w:val="28"/>
          <w:szCs w:val="28"/>
          <w:lang w:val="en-GB"/>
        </w:rPr>
      </w:pPr>
      <w:r w:rsidRPr="00E703A6">
        <w:rPr>
          <w:sz w:val="28"/>
          <w:szCs w:val="28"/>
          <w:lang w:val="en-GB"/>
        </w:rPr>
        <w:t xml:space="preserve">Make important results easier to see </w:t>
      </w:r>
    </w:p>
    <w:p w14:paraId="41F99BC4" w14:textId="77777777" w:rsidR="00E703A6" w:rsidRPr="00E703A6" w:rsidRDefault="00E703A6" w:rsidP="00E703A6">
      <w:pPr>
        <w:rPr>
          <w:sz w:val="28"/>
          <w:szCs w:val="28"/>
          <w:lang w:val="en-GB"/>
        </w:rPr>
      </w:pPr>
      <w:r w:rsidRPr="00E703A6">
        <w:rPr>
          <w:sz w:val="28"/>
          <w:szCs w:val="28"/>
          <w:lang w:val="en-GB"/>
        </w:rPr>
        <w:t>For example:</w:t>
      </w:r>
    </w:p>
    <w:p w14:paraId="1FD97C95" w14:textId="77777777" w:rsidR="00E703A6" w:rsidRPr="00E703A6" w:rsidRDefault="00E703A6" w:rsidP="002B4F7D">
      <w:pPr>
        <w:numPr>
          <w:ilvl w:val="0"/>
          <w:numId w:val="34"/>
        </w:numPr>
        <w:rPr>
          <w:sz w:val="28"/>
          <w:szCs w:val="28"/>
          <w:lang w:val="en-GB"/>
        </w:rPr>
      </w:pPr>
      <w:r w:rsidRPr="00E703A6">
        <w:rPr>
          <w:sz w:val="28"/>
          <w:szCs w:val="28"/>
          <w:lang w:val="en-GB"/>
        </w:rPr>
        <w:t xml:space="preserve">Large values were highlighted in green </w:t>
      </w:r>
    </w:p>
    <w:p w14:paraId="758D1374" w14:textId="77777777" w:rsidR="00E703A6" w:rsidRPr="00E703A6" w:rsidRDefault="00E703A6" w:rsidP="002B4F7D">
      <w:pPr>
        <w:numPr>
          <w:ilvl w:val="0"/>
          <w:numId w:val="34"/>
        </w:numPr>
        <w:rPr>
          <w:sz w:val="28"/>
          <w:szCs w:val="28"/>
          <w:lang w:val="en-GB"/>
        </w:rPr>
      </w:pPr>
      <w:r w:rsidRPr="00E703A6">
        <w:rPr>
          <w:sz w:val="28"/>
          <w:szCs w:val="28"/>
          <w:lang w:val="en-GB"/>
        </w:rPr>
        <w:t xml:space="preserve">Errors or missing values appeared in red </w:t>
      </w:r>
    </w:p>
    <w:p w14:paraId="4030333D" w14:textId="77777777" w:rsidR="00E703A6" w:rsidRPr="00E703A6" w:rsidRDefault="00E703A6" w:rsidP="002B4F7D">
      <w:pPr>
        <w:numPr>
          <w:ilvl w:val="0"/>
          <w:numId w:val="34"/>
        </w:numPr>
        <w:rPr>
          <w:sz w:val="28"/>
          <w:szCs w:val="28"/>
          <w:lang w:val="en-GB"/>
        </w:rPr>
      </w:pPr>
      <w:r w:rsidRPr="00E703A6">
        <w:rPr>
          <w:sz w:val="28"/>
          <w:szCs w:val="28"/>
          <w:lang w:val="en-GB"/>
        </w:rPr>
        <w:t xml:space="preserve">Sorted results were highlighted in blue </w:t>
      </w:r>
    </w:p>
    <w:p w14:paraId="142A8CCB" w14:textId="77777777" w:rsidR="00E703A6" w:rsidRPr="00E703A6" w:rsidRDefault="00E703A6" w:rsidP="00E703A6">
      <w:pPr>
        <w:rPr>
          <w:sz w:val="28"/>
          <w:szCs w:val="28"/>
          <w:lang w:val="en-GB"/>
        </w:rPr>
      </w:pPr>
      <w:r w:rsidRPr="00E703A6">
        <w:rPr>
          <w:sz w:val="28"/>
          <w:szCs w:val="28"/>
          <w:lang w:val="en-GB"/>
        </w:rPr>
        <w:t>This made the spreadsheet easier to read and helped users identify important information quickly.</w:t>
      </w:r>
    </w:p>
    <w:p w14:paraId="1702FE81" w14:textId="4765E06B" w:rsidR="00E703A6" w:rsidRPr="00E703A6" w:rsidRDefault="00E703A6" w:rsidP="00E703A6">
      <w:pPr>
        <w:rPr>
          <w:sz w:val="28"/>
          <w:szCs w:val="28"/>
          <w:lang w:val="en-GB"/>
        </w:rPr>
      </w:pPr>
      <w:r w:rsidRPr="00E703A6">
        <w:rPr>
          <w:sz w:val="28"/>
          <w:szCs w:val="28"/>
          <w:lang w:val="en-GB"/>
        </w:rPr>
        <w:t>Conditional formatting also improved the visual appearance of the model and made the sorting process more understandable for junior learners and interns.</w:t>
      </w:r>
    </w:p>
    <w:p w14:paraId="68EA69B0" w14:textId="77777777" w:rsidR="00E703A6" w:rsidRPr="00821BC2" w:rsidRDefault="00E703A6" w:rsidP="00E703A6">
      <w:pPr>
        <w:rPr>
          <w:sz w:val="40"/>
          <w:szCs w:val="40"/>
          <w:lang w:val="en-GB"/>
        </w:rPr>
      </w:pPr>
      <w:r w:rsidRPr="00821BC2">
        <w:rPr>
          <w:sz w:val="40"/>
          <w:szCs w:val="40"/>
          <w:lang w:val="en-GB"/>
        </w:rPr>
        <w:t>Better Instructions</w:t>
      </w:r>
    </w:p>
    <w:p w14:paraId="03E56214" w14:textId="77777777" w:rsidR="00E703A6" w:rsidRPr="00E703A6" w:rsidRDefault="00E703A6" w:rsidP="00E703A6">
      <w:pPr>
        <w:rPr>
          <w:sz w:val="28"/>
          <w:szCs w:val="28"/>
          <w:lang w:val="en-GB"/>
        </w:rPr>
      </w:pPr>
      <w:r w:rsidRPr="00E703A6">
        <w:rPr>
          <w:sz w:val="28"/>
          <w:szCs w:val="28"/>
          <w:lang w:val="en-GB"/>
        </w:rPr>
        <w:t>Another improvement I made was adding clearer instructions inside the spreadsheet. At first, some users may not understand where to enter data or how to use the model correctly.</w:t>
      </w:r>
    </w:p>
    <w:p w14:paraId="11F04447" w14:textId="77777777" w:rsidR="00E703A6" w:rsidRPr="00E703A6" w:rsidRDefault="00E703A6" w:rsidP="00E703A6">
      <w:pPr>
        <w:rPr>
          <w:sz w:val="28"/>
          <w:szCs w:val="28"/>
          <w:lang w:val="en-GB"/>
        </w:rPr>
      </w:pPr>
      <w:r w:rsidRPr="00E703A6">
        <w:rPr>
          <w:sz w:val="28"/>
          <w:szCs w:val="28"/>
          <w:lang w:val="en-GB"/>
        </w:rPr>
        <w:t>To solve this problem, I added:</w:t>
      </w:r>
    </w:p>
    <w:p w14:paraId="4978154F" w14:textId="77777777" w:rsidR="00E703A6" w:rsidRPr="00E703A6" w:rsidRDefault="00E703A6" w:rsidP="002B4F7D">
      <w:pPr>
        <w:numPr>
          <w:ilvl w:val="0"/>
          <w:numId w:val="35"/>
        </w:numPr>
        <w:rPr>
          <w:sz w:val="28"/>
          <w:szCs w:val="28"/>
          <w:lang w:val="en-GB"/>
        </w:rPr>
      </w:pPr>
      <w:r w:rsidRPr="00E703A6">
        <w:rPr>
          <w:sz w:val="28"/>
          <w:szCs w:val="28"/>
          <w:lang w:val="en-GB"/>
        </w:rPr>
        <w:lastRenderedPageBreak/>
        <w:t xml:space="preserve">Labels for input and output areas </w:t>
      </w:r>
    </w:p>
    <w:p w14:paraId="1ED65669" w14:textId="77777777" w:rsidR="00E703A6" w:rsidRPr="00E703A6" w:rsidRDefault="00E703A6" w:rsidP="002B4F7D">
      <w:pPr>
        <w:numPr>
          <w:ilvl w:val="0"/>
          <w:numId w:val="35"/>
        </w:numPr>
        <w:rPr>
          <w:sz w:val="28"/>
          <w:szCs w:val="28"/>
          <w:lang w:val="en-GB"/>
        </w:rPr>
      </w:pPr>
      <w:r w:rsidRPr="00E703A6">
        <w:rPr>
          <w:sz w:val="28"/>
          <w:szCs w:val="28"/>
          <w:lang w:val="en-GB"/>
        </w:rPr>
        <w:t xml:space="preserve">Step-by-step instructions </w:t>
      </w:r>
    </w:p>
    <w:p w14:paraId="1FBDC467" w14:textId="77777777" w:rsidR="00E703A6" w:rsidRPr="00E703A6" w:rsidRDefault="00E703A6" w:rsidP="002B4F7D">
      <w:pPr>
        <w:numPr>
          <w:ilvl w:val="0"/>
          <w:numId w:val="35"/>
        </w:numPr>
        <w:rPr>
          <w:sz w:val="28"/>
          <w:szCs w:val="28"/>
          <w:lang w:val="en-GB"/>
        </w:rPr>
      </w:pPr>
      <w:r w:rsidRPr="00E703A6">
        <w:rPr>
          <w:sz w:val="28"/>
          <w:szCs w:val="28"/>
          <w:lang w:val="en-GB"/>
        </w:rPr>
        <w:t xml:space="preserve">Example values </w:t>
      </w:r>
    </w:p>
    <w:p w14:paraId="4E24571E" w14:textId="77777777" w:rsidR="00E703A6" w:rsidRPr="00E703A6" w:rsidRDefault="00E703A6" w:rsidP="002B4F7D">
      <w:pPr>
        <w:numPr>
          <w:ilvl w:val="0"/>
          <w:numId w:val="35"/>
        </w:numPr>
        <w:rPr>
          <w:sz w:val="28"/>
          <w:szCs w:val="28"/>
          <w:lang w:val="en-GB"/>
        </w:rPr>
      </w:pPr>
      <w:r w:rsidRPr="00E703A6">
        <w:rPr>
          <w:sz w:val="28"/>
          <w:szCs w:val="28"/>
          <w:lang w:val="en-GB"/>
        </w:rPr>
        <w:t xml:space="preserve">Notes explaining how the sorting works </w:t>
      </w:r>
    </w:p>
    <w:p w14:paraId="632F0079" w14:textId="77777777" w:rsidR="00E703A6" w:rsidRPr="00E703A6" w:rsidRDefault="00E703A6" w:rsidP="00E703A6">
      <w:pPr>
        <w:rPr>
          <w:sz w:val="28"/>
          <w:szCs w:val="28"/>
          <w:lang w:val="en-GB"/>
        </w:rPr>
      </w:pPr>
      <w:r w:rsidRPr="00E703A6">
        <w:rPr>
          <w:sz w:val="28"/>
          <w:szCs w:val="28"/>
          <w:lang w:val="en-GB"/>
        </w:rPr>
        <w:t>For example, I added instructions such as:</w:t>
      </w:r>
    </w:p>
    <w:p w14:paraId="1D321559" w14:textId="77777777" w:rsidR="00E703A6" w:rsidRPr="00E703A6" w:rsidRDefault="00E703A6" w:rsidP="002B4F7D">
      <w:pPr>
        <w:numPr>
          <w:ilvl w:val="0"/>
          <w:numId w:val="36"/>
        </w:numPr>
        <w:rPr>
          <w:sz w:val="28"/>
          <w:szCs w:val="28"/>
          <w:lang w:val="en-GB"/>
        </w:rPr>
      </w:pPr>
      <w:r w:rsidRPr="00E703A6">
        <w:rPr>
          <w:sz w:val="28"/>
          <w:szCs w:val="28"/>
          <w:lang w:val="en-GB"/>
        </w:rPr>
        <w:t xml:space="preserve">“Enter numbers in Column A” </w:t>
      </w:r>
    </w:p>
    <w:p w14:paraId="2569C6AF" w14:textId="77777777" w:rsidR="00E703A6" w:rsidRPr="00E703A6" w:rsidRDefault="00E703A6" w:rsidP="002B4F7D">
      <w:pPr>
        <w:numPr>
          <w:ilvl w:val="0"/>
          <w:numId w:val="36"/>
        </w:numPr>
        <w:rPr>
          <w:sz w:val="28"/>
          <w:szCs w:val="28"/>
          <w:lang w:val="en-GB"/>
        </w:rPr>
      </w:pPr>
      <w:r w:rsidRPr="00E703A6">
        <w:rPr>
          <w:sz w:val="28"/>
          <w:szCs w:val="28"/>
          <w:lang w:val="en-GB"/>
        </w:rPr>
        <w:t xml:space="preserve">“Sorted results will appear in Column B” </w:t>
      </w:r>
    </w:p>
    <w:p w14:paraId="65F7E8C3" w14:textId="77777777" w:rsidR="00E703A6" w:rsidRPr="00E703A6" w:rsidRDefault="00E703A6" w:rsidP="002B4F7D">
      <w:pPr>
        <w:numPr>
          <w:ilvl w:val="0"/>
          <w:numId w:val="36"/>
        </w:numPr>
        <w:rPr>
          <w:sz w:val="28"/>
          <w:szCs w:val="28"/>
          <w:lang w:val="en-GB"/>
        </w:rPr>
      </w:pPr>
      <w:r w:rsidRPr="00E703A6">
        <w:rPr>
          <w:sz w:val="28"/>
          <w:szCs w:val="28"/>
          <w:lang w:val="en-GB"/>
        </w:rPr>
        <w:t xml:space="preserve">“Do not leave blank spaces inside the dataset” </w:t>
      </w:r>
    </w:p>
    <w:p w14:paraId="6630D512" w14:textId="36981B2A" w:rsidR="00E703A6" w:rsidRPr="00821BC2" w:rsidRDefault="00E703A6" w:rsidP="00E703A6">
      <w:pPr>
        <w:rPr>
          <w:sz w:val="28"/>
          <w:szCs w:val="28"/>
          <w:lang w:val="en-GB"/>
        </w:rPr>
      </w:pPr>
      <w:r w:rsidRPr="00E703A6">
        <w:rPr>
          <w:sz w:val="28"/>
          <w:szCs w:val="28"/>
          <w:lang w:val="en-GB"/>
        </w:rPr>
        <w:t>These instructions made the model more user-friendly and easier to follow. Clear instructions are important because they reduce confusion and help users avoid mistakes.</w:t>
      </w:r>
    </w:p>
    <w:p w14:paraId="7A6AFFF5" w14:textId="77777777" w:rsidR="00E703A6" w:rsidRPr="00821BC2" w:rsidRDefault="00E703A6" w:rsidP="00E703A6">
      <w:pPr>
        <w:rPr>
          <w:sz w:val="40"/>
          <w:szCs w:val="40"/>
          <w:lang w:val="en-GB"/>
        </w:rPr>
      </w:pPr>
      <w:r w:rsidRPr="00821BC2">
        <w:rPr>
          <w:sz w:val="40"/>
          <w:szCs w:val="40"/>
          <w:lang w:val="en-GB"/>
        </w:rPr>
        <w:t>Improved Usability</w:t>
      </w:r>
    </w:p>
    <w:p w14:paraId="75EA53D6" w14:textId="77777777" w:rsidR="00E703A6" w:rsidRPr="00E703A6" w:rsidRDefault="00E703A6" w:rsidP="00E703A6">
      <w:pPr>
        <w:rPr>
          <w:sz w:val="28"/>
          <w:szCs w:val="28"/>
          <w:lang w:val="en-GB"/>
        </w:rPr>
      </w:pPr>
      <w:r w:rsidRPr="00E703A6">
        <w:rPr>
          <w:sz w:val="28"/>
          <w:szCs w:val="28"/>
          <w:lang w:val="en-GB"/>
        </w:rPr>
        <w:t>Usability means how easy and comfortable a system is for users. Improving usability was important because the spreadsheet needed to be simple enough for beginners to understand.</w:t>
      </w:r>
    </w:p>
    <w:p w14:paraId="399F2012" w14:textId="77777777" w:rsidR="00E703A6" w:rsidRPr="00E703A6" w:rsidRDefault="00E703A6" w:rsidP="00E703A6">
      <w:pPr>
        <w:rPr>
          <w:sz w:val="28"/>
          <w:szCs w:val="28"/>
          <w:lang w:val="en-GB"/>
        </w:rPr>
      </w:pPr>
      <w:r w:rsidRPr="00E703A6">
        <w:rPr>
          <w:sz w:val="28"/>
          <w:szCs w:val="28"/>
          <w:lang w:val="en-GB"/>
        </w:rPr>
        <w:t>To improve usability, I:</w:t>
      </w:r>
    </w:p>
    <w:p w14:paraId="289E1899" w14:textId="77777777" w:rsidR="00E703A6" w:rsidRPr="00E703A6" w:rsidRDefault="00E703A6" w:rsidP="002B4F7D">
      <w:pPr>
        <w:numPr>
          <w:ilvl w:val="0"/>
          <w:numId w:val="37"/>
        </w:numPr>
        <w:rPr>
          <w:sz w:val="28"/>
          <w:szCs w:val="28"/>
          <w:lang w:val="en-GB"/>
        </w:rPr>
      </w:pPr>
      <w:r w:rsidRPr="00E703A6">
        <w:rPr>
          <w:sz w:val="28"/>
          <w:szCs w:val="28"/>
          <w:lang w:val="en-GB"/>
        </w:rPr>
        <w:t xml:space="preserve">Increased text size </w:t>
      </w:r>
    </w:p>
    <w:p w14:paraId="5422790D" w14:textId="77777777" w:rsidR="00E703A6" w:rsidRPr="00E703A6" w:rsidRDefault="00E703A6" w:rsidP="002B4F7D">
      <w:pPr>
        <w:numPr>
          <w:ilvl w:val="0"/>
          <w:numId w:val="37"/>
        </w:numPr>
        <w:rPr>
          <w:sz w:val="28"/>
          <w:szCs w:val="28"/>
          <w:lang w:val="en-GB"/>
        </w:rPr>
      </w:pPr>
      <w:r w:rsidRPr="00E703A6">
        <w:rPr>
          <w:sz w:val="28"/>
          <w:szCs w:val="28"/>
          <w:lang w:val="en-GB"/>
        </w:rPr>
        <w:t xml:space="preserve">Added colours and borders </w:t>
      </w:r>
    </w:p>
    <w:p w14:paraId="498ACEE6" w14:textId="77777777" w:rsidR="00E703A6" w:rsidRPr="00E703A6" w:rsidRDefault="00E703A6" w:rsidP="002B4F7D">
      <w:pPr>
        <w:numPr>
          <w:ilvl w:val="0"/>
          <w:numId w:val="37"/>
        </w:numPr>
        <w:rPr>
          <w:sz w:val="28"/>
          <w:szCs w:val="28"/>
          <w:lang w:val="en-GB"/>
        </w:rPr>
      </w:pPr>
      <w:r w:rsidRPr="00E703A6">
        <w:rPr>
          <w:sz w:val="28"/>
          <w:szCs w:val="28"/>
          <w:lang w:val="en-GB"/>
        </w:rPr>
        <w:t xml:space="preserve">Organised sections clearly </w:t>
      </w:r>
    </w:p>
    <w:p w14:paraId="6D302BF6" w14:textId="77777777" w:rsidR="00E703A6" w:rsidRPr="00E703A6" w:rsidRDefault="00E703A6" w:rsidP="002B4F7D">
      <w:pPr>
        <w:numPr>
          <w:ilvl w:val="0"/>
          <w:numId w:val="37"/>
        </w:numPr>
        <w:rPr>
          <w:sz w:val="28"/>
          <w:szCs w:val="28"/>
          <w:lang w:val="en-GB"/>
        </w:rPr>
      </w:pPr>
      <w:r w:rsidRPr="00E703A6">
        <w:rPr>
          <w:sz w:val="28"/>
          <w:szCs w:val="28"/>
          <w:lang w:val="en-GB"/>
        </w:rPr>
        <w:t xml:space="preserve">Improved spacing between columns </w:t>
      </w:r>
    </w:p>
    <w:p w14:paraId="6C137779" w14:textId="77777777" w:rsidR="00E703A6" w:rsidRPr="00E703A6" w:rsidRDefault="00E703A6" w:rsidP="002B4F7D">
      <w:pPr>
        <w:numPr>
          <w:ilvl w:val="0"/>
          <w:numId w:val="37"/>
        </w:numPr>
        <w:rPr>
          <w:sz w:val="28"/>
          <w:szCs w:val="28"/>
          <w:lang w:val="en-GB"/>
        </w:rPr>
      </w:pPr>
      <w:r w:rsidRPr="00E703A6">
        <w:rPr>
          <w:sz w:val="28"/>
          <w:szCs w:val="28"/>
          <w:lang w:val="en-GB"/>
        </w:rPr>
        <w:t xml:space="preserve">Used headings and titles </w:t>
      </w:r>
    </w:p>
    <w:p w14:paraId="41DB4795" w14:textId="77777777" w:rsidR="00E703A6" w:rsidRPr="00E703A6" w:rsidRDefault="00E703A6" w:rsidP="00E703A6">
      <w:pPr>
        <w:rPr>
          <w:sz w:val="28"/>
          <w:szCs w:val="28"/>
          <w:lang w:val="en-GB"/>
        </w:rPr>
      </w:pPr>
      <w:r w:rsidRPr="00E703A6">
        <w:rPr>
          <w:sz w:val="28"/>
          <w:szCs w:val="28"/>
          <w:lang w:val="en-GB"/>
        </w:rPr>
        <w:t>I also arranged the spreadsheet in a logical order so users could easily follow the sorting process from input to output.</w:t>
      </w:r>
    </w:p>
    <w:p w14:paraId="1455E4E4" w14:textId="77777777" w:rsidR="00E703A6" w:rsidRPr="00E703A6" w:rsidRDefault="00E703A6" w:rsidP="00E703A6">
      <w:pPr>
        <w:rPr>
          <w:sz w:val="28"/>
          <w:szCs w:val="28"/>
          <w:lang w:val="en-GB"/>
        </w:rPr>
      </w:pPr>
      <w:r w:rsidRPr="00E703A6">
        <w:rPr>
          <w:sz w:val="28"/>
          <w:szCs w:val="28"/>
          <w:lang w:val="en-GB"/>
        </w:rPr>
        <w:t>These changes made the spreadsheet:</w:t>
      </w:r>
    </w:p>
    <w:p w14:paraId="3E3AB66D" w14:textId="77777777" w:rsidR="00E703A6" w:rsidRPr="00E703A6" w:rsidRDefault="00E703A6" w:rsidP="002B4F7D">
      <w:pPr>
        <w:numPr>
          <w:ilvl w:val="0"/>
          <w:numId w:val="38"/>
        </w:numPr>
        <w:rPr>
          <w:sz w:val="28"/>
          <w:szCs w:val="28"/>
          <w:lang w:val="en-GB"/>
        </w:rPr>
      </w:pPr>
      <w:r w:rsidRPr="00E703A6">
        <w:rPr>
          <w:sz w:val="28"/>
          <w:szCs w:val="28"/>
          <w:lang w:val="en-GB"/>
        </w:rPr>
        <w:t xml:space="preserve">Easier to read </w:t>
      </w:r>
    </w:p>
    <w:p w14:paraId="6D7544E4" w14:textId="77777777" w:rsidR="00E703A6" w:rsidRPr="00E703A6" w:rsidRDefault="00E703A6" w:rsidP="002B4F7D">
      <w:pPr>
        <w:numPr>
          <w:ilvl w:val="0"/>
          <w:numId w:val="38"/>
        </w:numPr>
        <w:rPr>
          <w:sz w:val="28"/>
          <w:szCs w:val="28"/>
          <w:lang w:val="en-GB"/>
        </w:rPr>
      </w:pPr>
      <w:r w:rsidRPr="00E703A6">
        <w:rPr>
          <w:sz w:val="28"/>
          <w:szCs w:val="28"/>
          <w:lang w:val="en-GB"/>
        </w:rPr>
        <w:t xml:space="preserve">More organised </w:t>
      </w:r>
    </w:p>
    <w:p w14:paraId="46E0E21A" w14:textId="77777777" w:rsidR="00E703A6" w:rsidRPr="00E703A6" w:rsidRDefault="00E703A6" w:rsidP="002B4F7D">
      <w:pPr>
        <w:numPr>
          <w:ilvl w:val="0"/>
          <w:numId w:val="38"/>
        </w:numPr>
        <w:rPr>
          <w:sz w:val="28"/>
          <w:szCs w:val="28"/>
          <w:lang w:val="en-GB"/>
        </w:rPr>
      </w:pPr>
      <w:r w:rsidRPr="00E703A6">
        <w:rPr>
          <w:sz w:val="28"/>
          <w:szCs w:val="28"/>
          <w:lang w:val="en-GB"/>
        </w:rPr>
        <w:lastRenderedPageBreak/>
        <w:t xml:space="preserve">More professional </w:t>
      </w:r>
    </w:p>
    <w:p w14:paraId="3C4EE247" w14:textId="77777777" w:rsidR="00E703A6" w:rsidRPr="00E703A6" w:rsidRDefault="00E703A6" w:rsidP="002B4F7D">
      <w:pPr>
        <w:numPr>
          <w:ilvl w:val="0"/>
          <w:numId w:val="38"/>
        </w:numPr>
        <w:rPr>
          <w:sz w:val="28"/>
          <w:szCs w:val="28"/>
          <w:lang w:val="en-GB"/>
        </w:rPr>
      </w:pPr>
      <w:r w:rsidRPr="00E703A6">
        <w:rPr>
          <w:sz w:val="28"/>
          <w:szCs w:val="28"/>
          <w:lang w:val="en-GB"/>
        </w:rPr>
        <w:t xml:space="preserve">Simpler to use </w:t>
      </w:r>
    </w:p>
    <w:p w14:paraId="21A0AF12" w14:textId="7F1D34A3" w:rsidR="00E703A6" w:rsidRPr="00E703A6" w:rsidRDefault="00E703A6" w:rsidP="00E703A6">
      <w:pPr>
        <w:rPr>
          <w:sz w:val="28"/>
          <w:szCs w:val="28"/>
          <w:lang w:val="en-GB"/>
        </w:rPr>
      </w:pPr>
      <w:r w:rsidRPr="00E703A6">
        <w:rPr>
          <w:sz w:val="28"/>
          <w:szCs w:val="28"/>
          <w:lang w:val="en-GB"/>
        </w:rPr>
        <w:t>Improving usability is very important in computing because systems should always be designed for the user experience.</w:t>
      </w:r>
    </w:p>
    <w:p w14:paraId="2C691A5C" w14:textId="77777777" w:rsidR="00E703A6" w:rsidRPr="00821BC2" w:rsidRDefault="00E703A6" w:rsidP="00E703A6">
      <w:pPr>
        <w:rPr>
          <w:sz w:val="40"/>
          <w:szCs w:val="40"/>
          <w:lang w:val="en-GB"/>
        </w:rPr>
      </w:pPr>
      <w:r w:rsidRPr="00821BC2">
        <w:rPr>
          <w:sz w:val="40"/>
          <w:szCs w:val="40"/>
          <w:lang w:val="en-GB"/>
        </w:rPr>
        <w:t>Scalability</w:t>
      </w:r>
    </w:p>
    <w:p w14:paraId="57250693" w14:textId="77777777" w:rsidR="00E703A6" w:rsidRPr="00E703A6" w:rsidRDefault="00E703A6" w:rsidP="00E703A6">
      <w:pPr>
        <w:rPr>
          <w:sz w:val="28"/>
          <w:szCs w:val="28"/>
          <w:lang w:val="en-GB"/>
        </w:rPr>
      </w:pPr>
      <w:r w:rsidRPr="00E703A6">
        <w:rPr>
          <w:sz w:val="28"/>
          <w:szCs w:val="28"/>
          <w:lang w:val="en-GB"/>
        </w:rPr>
        <w:t>Scalability means a system’s ability to handle larger amounts of data without major problems. A good sorting model should still work correctly even when more data is added.</w:t>
      </w:r>
    </w:p>
    <w:p w14:paraId="427A165C" w14:textId="77777777" w:rsidR="00E703A6" w:rsidRPr="00E703A6" w:rsidRDefault="00E703A6" w:rsidP="00E703A6">
      <w:pPr>
        <w:rPr>
          <w:sz w:val="28"/>
          <w:szCs w:val="28"/>
          <w:lang w:val="en-GB"/>
        </w:rPr>
      </w:pPr>
      <w:r w:rsidRPr="00E703A6">
        <w:rPr>
          <w:sz w:val="28"/>
          <w:szCs w:val="28"/>
          <w:lang w:val="en-GB"/>
        </w:rPr>
        <w:t>To improve scalability, I tested the model using:</w:t>
      </w:r>
    </w:p>
    <w:p w14:paraId="60B8A2E8" w14:textId="77777777" w:rsidR="00E703A6" w:rsidRPr="00E703A6" w:rsidRDefault="00E703A6" w:rsidP="002B4F7D">
      <w:pPr>
        <w:numPr>
          <w:ilvl w:val="0"/>
          <w:numId w:val="39"/>
        </w:numPr>
        <w:rPr>
          <w:sz w:val="28"/>
          <w:szCs w:val="28"/>
          <w:lang w:val="en-GB"/>
        </w:rPr>
      </w:pPr>
      <w:r w:rsidRPr="00E703A6">
        <w:rPr>
          <w:sz w:val="28"/>
          <w:szCs w:val="28"/>
          <w:lang w:val="en-GB"/>
        </w:rPr>
        <w:t xml:space="preserve">Small datasets </w:t>
      </w:r>
    </w:p>
    <w:p w14:paraId="264E962B" w14:textId="77777777" w:rsidR="00E703A6" w:rsidRPr="00E703A6" w:rsidRDefault="00E703A6" w:rsidP="002B4F7D">
      <w:pPr>
        <w:numPr>
          <w:ilvl w:val="0"/>
          <w:numId w:val="39"/>
        </w:numPr>
        <w:rPr>
          <w:sz w:val="28"/>
          <w:szCs w:val="28"/>
          <w:lang w:val="en-GB"/>
        </w:rPr>
      </w:pPr>
      <w:r w:rsidRPr="00E703A6">
        <w:rPr>
          <w:sz w:val="28"/>
          <w:szCs w:val="28"/>
          <w:lang w:val="en-GB"/>
        </w:rPr>
        <w:t xml:space="preserve">Medium datasets </w:t>
      </w:r>
    </w:p>
    <w:p w14:paraId="2FE3BB13" w14:textId="77777777" w:rsidR="00E703A6" w:rsidRPr="00E703A6" w:rsidRDefault="00E703A6" w:rsidP="002B4F7D">
      <w:pPr>
        <w:numPr>
          <w:ilvl w:val="0"/>
          <w:numId w:val="39"/>
        </w:numPr>
        <w:rPr>
          <w:sz w:val="28"/>
          <w:szCs w:val="28"/>
          <w:lang w:val="en-GB"/>
        </w:rPr>
      </w:pPr>
      <w:r w:rsidRPr="00E703A6">
        <w:rPr>
          <w:sz w:val="28"/>
          <w:szCs w:val="28"/>
          <w:lang w:val="en-GB"/>
        </w:rPr>
        <w:t xml:space="preserve">Large datasets </w:t>
      </w:r>
    </w:p>
    <w:p w14:paraId="4E8C9E5E" w14:textId="77777777" w:rsidR="00E703A6" w:rsidRPr="00E703A6" w:rsidRDefault="00E703A6" w:rsidP="00E703A6">
      <w:pPr>
        <w:rPr>
          <w:sz w:val="28"/>
          <w:szCs w:val="28"/>
          <w:lang w:val="en-GB"/>
        </w:rPr>
      </w:pPr>
      <w:r w:rsidRPr="00E703A6">
        <w:rPr>
          <w:sz w:val="28"/>
          <w:szCs w:val="28"/>
          <w:lang w:val="en-GB"/>
        </w:rPr>
        <w:t>I also improved the formulas so they could process larger ranges of numbers more efficiently.</w:t>
      </w:r>
    </w:p>
    <w:p w14:paraId="03A46D85" w14:textId="77777777" w:rsidR="00E703A6" w:rsidRPr="00E703A6" w:rsidRDefault="00E703A6" w:rsidP="00E703A6">
      <w:pPr>
        <w:rPr>
          <w:sz w:val="28"/>
          <w:szCs w:val="28"/>
          <w:lang w:val="en-GB"/>
        </w:rPr>
      </w:pPr>
      <w:r w:rsidRPr="00E703A6">
        <w:rPr>
          <w:sz w:val="28"/>
          <w:szCs w:val="28"/>
          <w:lang w:val="en-GB"/>
        </w:rPr>
        <w:t>For example:</w:t>
      </w:r>
    </w:p>
    <w:p w14:paraId="560A33F9" w14:textId="77777777" w:rsidR="00E703A6" w:rsidRPr="00E703A6" w:rsidRDefault="00E703A6" w:rsidP="002B4F7D">
      <w:pPr>
        <w:numPr>
          <w:ilvl w:val="0"/>
          <w:numId w:val="40"/>
        </w:numPr>
        <w:rPr>
          <w:sz w:val="28"/>
          <w:szCs w:val="28"/>
          <w:lang w:val="en-GB"/>
        </w:rPr>
      </w:pPr>
      <w:r w:rsidRPr="00E703A6">
        <w:rPr>
          <w:sz w:val="28"/>
          <w:szCs w:val="28"/>
          <w:lang w:val="en-GB"/>
        </w:rPr>
        <w:t xml:space="preserve">The original model sorted only 10 numbers </w:t>
      </w:r>
    </w:p>
    <w:p w14:paraId="6078BB2F" w14:textId="77777777" w:rsidR="00E703A6" w:rsidRPr="00E703A6" w:rsidRDefault="00E703A6" w:rsidP="002B4F7D">
      <w:pPr>
        <w:numPr>
          <w:ilvl w:val="0"/>
          <w:numId w:val="40"/>
        </w:numPr>
        <w:rPr>
          <w:sz w:val="28"/>
          <w:szCs w:val="28"/>
          <w:lang w:val="en-GB"/>
        </w:rPr>
      </w:pPr>
      <w:r w:rsidRPr="00E703A6">
        <w:rPr>
          <w:sz w:val="28"/>
          <w:szCs w:val="28"/>
          <w:lang w:val="en-GB"/>
        </w:rPr>
        <w:t xml:space="preserve">The improved model could sort much larger lists without changing the structure </w:t>
      </w:r>
    </w:p>
    <w:p w14:paraId="12B1F137" w14:textId="77777777" w:rsidR="00E703A6" w:rsidRPr="00E703A6" w:rsidRDefault="00E703A6" w:rsidP="00E703A6">
      <w:pPr>
        <w:rPr>
          <w:sz w:val="28"/>
          <w:szCs w:val="28"/>
          <w:lang w:val="en-GB"/>
        </w:rPr>
      </w:pPr>
      <w:r w:rsidRPr="00E703A6">
        <w:rPr>
          <w:sz w:val="28"/>
          <w:szCs w:val="28"/>
          <w:lang w:val="en-GB"/>
        </w:rPr>
        <w:t>This showed that the model could handle more data while still producing accurate results.</w:t>
      </w:r>
    </w:p>
    <w:p w14:paraId="68096CD9" w14:textId="7868428B" w:rsidR="00E703A6" w:rsidRPr="00E703A6" w:rsidRDefault="00E703A6" w:rsidP="00E703A6">
      <w:pPr>
        <w:rPr>
          <w:sz w:val="28"/>
          <w:szCs w:val="28"/>
          <w:lang w:val="en-GB"/>
        </w:rPr>
      </w:pPr>
      <w:r w:rsidRPr="00E703A6">
        <w:rPr>
          <w:sz w:val="28"/>
          <w:szCs w:val="28"/>
          <w:lang w:val="en-GB"/>
        </w:rPr>
        <w:t>Scalability is important in real-world systems because databases and applications often grow over time. Systems must be able to process increasing amounts of information efficiently.</w:t>
      </w:r>
    </w:p>
    <w:p w14:paraId="4CA1AE74" w14:textId="77777777" w:rsidR="00E703A6" w:rsidRPr="00821BC2" w:rsidRDefault="00E703A6" w:rsidP="00E703A6">
      <w:pPr>
        <w:rPr>
          <w:sz w:val="40"/>
          <w:szCs w:val="40"/>
          <w:lang w:val="en-GB"/>
        </w:rPr>
      </w:pPr>
      <w:r w:rsidRPr="00821BC2">
        <w:rPr>
          <w:sz w:val="40"/>
          <w:szCs w:val="40"/>
          <w:lang w:val="en-GB"/>
        </w:rPr>
        <w:t>Importance of Refining the Model</w:t>
      </w:r>
    </w:p>
    <w:p w14:paraId="71AE6803" w14:textId="77777777" w:rsidR="00E703A6" w:rsidRPr="00E703A6" w:rsidRDefault="00E703A6" w:rsidP="00E703A6">
      <w:pPr>
        <w:rPr>
          <w:sz w:val="28"/>
          <w:szCs w:val="28"/>
          <w:lang w:val="en-GB"/>
        </w:rPr>
      </w:pPr>
      <w:r w:rsidRPr="00E703A6">
        <w:rPr>
          <w:sz w:val="28"/>
          <w:szCs w:val="28"/>
          <w:lang w:val="en-GB"/>
        </w:rPr>
        <w:t>Refining a model is an important part of software development and computational thinking. Most systems are improved many times before becoming final products.</w:t>
      </w:r>
    </w:p>
    <w:p w14:paraId="4AD92D0E" w14:textId="77777777" w:rsidR="00E703A6" w:rsidRPr="00E703A6" w:rsidRDefault="00E703A6" w:rsidP="00E703A6">
      <w:pPr>
        <w:rPr>
          <w:sz w:val="28"/>
          <w:szCs w:val="28"/>
          <w:lang w:val="en-GB"/>
        </w:rPr>
      </w:pPr>
      <w:r w:rsidRPr="00E703A6">
        <w:rPr>
          <w:sz w:val="28"/>
          <w:szCs w:val="28"/>
          <w:lang w:val="en-GB"/>
        </w:rPr>
        <w:t>Refining helps:</w:t>
      </w:r>
    </w:p>
    <w:p w14:paraId="08A25692" w14:textId="77777777" w:rsidR="00E703A6" w:rsidRPr="00E703A6" w:rsidRDefault="00E703A6" w:rsidP="002B4F7D">
      <w:pPr>
        <w:numPr>
          <w:ilvl w:val="0"/>
          <w:numId w:val="41"/>
        </w:numPr>
        <w:rPr>
          <w:sz w:val="28"/>
          <w:szCs w:val="28"/>
          <w:lang w:val="en-GB"/>
        </w:rPr>
      </w:pPr>
      <w:r w:rsidRPr="00E703A6">
        <w:rPr>
          <w:sz w:val="28"/>
          <w:szCs w:val="28"/>
          <w:lang w:val="en-GB"/>
        </w:rPr>
        <w:lastRenderedPageBreak/>
        <w:t xml:space="preserve">Improve performance </w:t>
      </w:r>
    </w:p>
    <w:p w14:paraId="56DFC267" w14:textId="77777777" w:rsidR="00E703A6" w:rsidRPr="00E703A6" w:rsidRDefault="00E703A6" w:rsidP="002B4F7D">
      <w:pPr>
        <w:numPr>
          <w:ilvl w:val="0"/>
          <w:numId w:val="41"/>
        </w:numPr>
        <w:rPr>
          <w:sz w:val="28"/>
          <w:szCs w:val="28"/>
          <w:lang w:val="en-GB"/>
        </w:rPr>
      </w:pPr>
      <w:r w:rsidRPr="00E703A6">
        <w:rPr>
          <w:sz w:val="28"/>
          <w:szCs w:val="28"/>
          <w:lang w:val="en-GB"/>
        </w:rPr>
        <w:t xml:space="preserve">Reduce user mistakes </w:t>
      </w:r>
    </w:p>
    <w:p w14:paraId="6131DF6E" w14:textId="77777777" w:rsidR="00E703A6" w:rsidRPr="00E703A6" w:rsidRDefault="00E703A6" w:rsidP="002B4F7D">
      <w:pPr>
        <w:numPr>
          <w:ilvl w:val="0"/>
          <w:numId w:val="41"/>
        </w:numPr>
        <w:rPr>
          <w:sz w:val="28"/>
          <w:szCs w:val="28"/>
          <w:lang w:val="en-GB"/>
        </w:rPr>
      </w:pPr>
      <w:r w:rsidRPr="00E703A6">
        <w:rPr>
          <w:sz w:val="28"/>
          <w:szCs w:val="28"/>
          <w:lang w:val="en-GB"/>
        </w:rPr>
        <w:t xml:space="preserve">Make systems easier to use </w:t>
      </w:r>
    </w:p>
    <w:p w14:paraId="51555C05" w14:textId="77777777" w:rsidR="00E703A6" w:rsidRPr="00E703A6" w:rsidRDefault="00E703A6" w:rsidP="002B4F7D">
      <w:pPr>
        <w:numPr>
          <w:ilvl w:val="0"/>
          <w:numId w:val="41"/>
        </w:numPr>
        <w:rPr>
          <w:sz w:val="28"/>
          <w:szCs w:val="28"/>
          <w:lang w:val="en-GB"/>
        </w:rPr>
      </w:pPr>
      <w:r w:rsidRPr="00E703A6">
        <w:rPr>
          <w:sz w:val="28"/>
          <w:szCs w:val="28"/>
          <w:lang w:val="en-GB"/>
        </w:rPr>
        <w:t xml:space="preserve">Improve appearance </w:t>
      </w:r>
    </w:p>
    <w:p w14:paraId="52B81C95" w14:textId="77777777" w:rsidR="00E703A6" w:rsidRPr="00E703A6" w:rsidRDefault="00E703A6" w:rsidP="002B4F7D">
      <w:pPr>
        <w:numPr>
          <w:ilvl w:val="0"/>
          <w:numId w:val="41"/>
        </w:numPr>
        <w:rPr>
          <w:sz w:val="28"/>
          <w:szCs w:val="28"/>
          <w:lang w:val="en-GB"/>
        </w:rPr>
      </w:pPr>
      <w:r w:rsidRPr="00E703A6">
        <w:rPr>
          <w:sz w:val="28"/>
          <w:szCs w:val="28"/>
          <w:lang w:val="en-GB"/>
        </w:rPr>
        <w:t xml:space="preserve">Increase reliability </w:t>
      </w:r>
    </w:p>
    <w:p w14:paraId="7C2D6820" w14:textId="77777777" w:rsidR="00E703A6" w:rsidRPr="00E703A6" w:rsidRDefault="00E703A6" w:rsidP="002B4F7D">
      <w:pPr>
        <w:numPr>
          <w:ilvl w:val="0"/>
          <w:numId w:val="41"/>
        </w:numPr>
        <w:rPr>
          <w:sz w:val="28"/>
          <w:szCs w:val="28"/>
          <w:lang w:val="en-GB"/>
        </w:rPr>
      </w:pPr>
      <w:r w:rsidRPr="00E703A6">
        <w:rPr>
          <w:sz w:val="28"/>
          <w:szCs w:val="28"/>
          <w:lang w:val="en-GB"/>
        </w:rPr>
        <w:t xml:space="preserve">Handle larger datasets </w:t>
      </w:r>
    </w:p>
    <w:p w14:paraId="75009852" w14:textId="77777777" w:rsidR="00E703A6" w:rsidRPr="00E703A6" w:rsidRDefault="00E703A6" w:rsidP="00E703A6">
      <w:pPr>
        <w:rPr>
          <w:sz w:val="28"/>
          <w:szCs w:val="28"/>
          <w:lang w:val="en-GB"/>
        </w:rPr>
      </w:pPr>
      <w:r w:rsidRPr="00E703A6">
        <w:rPr>
          <w:sz w:val="28"/>
          <w:szCs w:val="28"/>
          <w:lang w:val="en-GB"/>
        </w:rPr>
        <w:t>Many real-world systems such as websites, banking software, and mobile apps are constantly refined and updated to improve user experience and system performance.</w:t>
      </w:r>
    </w:p>
    <w:p w14:paraId="0E95D4AC" w14:textId="77777777" w:rsidR="00E703A6" w:rsidRPr="00E703A6" w:rsidRDefault="00E703A6" w:rsidP="00E703A6">
      <w:pPr>
        <w:rPr>
          <w:sz w:val="28"/>
          <w:szCs w:val="28"/>
          <w:lang w:val="en-GB"/>
        </w:rPr>
      </w:pPr>
      <w:r w:rsidRPr="00E703A6">
        <w:rPr>
          <w:sz w:val="28"/>
          <w:szCs w:val="28"/>
          <w:lang w:val="en-GB"/>
        </w:rPr>
        <w:t>Refining the model helped improve the overall quality of my sorting system. By adding conditional formatting, clearer instructions, better usability, and scalability improvements, the spreadsheet became more professional and easier to understand.</w:t>
      </w:r>
    </w:p>
    <w:p w14:paraId="250C7F03" w14:textId="77777777" w:rsidR="00E703A6" w:rsidRPr="00E703A6" w:rsidRDefault="00E703A6" w:rsidP="00E703A6">
      <w:pPr>
        <w:rPr>
          <w:sz w:val="28"/>
          <w:szCs w:val="28"/>
          <w:lang w:val="en-GB"/>
        </w:rPr>
      </w:pPr>
      <w:r w:rsidRPr="00E703A6">
        <w:rPr>
          <w:sz w:val="28"/>
          <w:szCs w:val="28"/>
          <w:lang w:val="en-GB"/>
        </w:rPr>
        <w:t>This process also helped me understand how real computing systems are improved through testing, feedback, and updates. Refining systems is an important part of computational thinking because it helps create efficient, reliable, and user-friendly digital solutions.</w:t>
      </w:r>
    </w:p>
    <w:p w14:paraId="7605DB7D" w14:textId="77777777" w:rsidR="00E703A6" w:rsidRPr="00821BC2" w:rsidRDefault="00E703A6" w:rsidP="00821BC2">
      <w:pPr>
        <w:pStyle w:val="Heading1"/>
        <w:rPr>
          <w:color w:val="auto"/>
          <w:sz w:val="56"/>
          <w:szCs w:val="56"/>
          <w:lang w:val="en-GB"/>
        </w:rPr>
      </w:pPr>
      <w:r w:rsidRPr="00821BC2">
        <w:rPr>
          <w:color w:val="auto"/>
          <w:sz w:val="56"/>
          <w:szCs w:val="56"/>
          <w:lang w:val="en-GB"/>
        </w:rPr>
        <w:t>9. Final Testing Table</w:t>
      </w:r>
    </w:p>
    <w:p w14:paraId="59C24451" w14:textId="77777777" w:rsidR="00E703A6" w:rsidRPr="00E703A6" w:rsidRDefault="00E703A6" w:rsidP="00E703A6">
      <w:pPr>
        <w:rPr>
          <w:sz w:val="28"/>
          <w:szCs w:val="28"/>
          <w:lang w:val="en-GB"/>
        </w:rPr>
      </w:pPr>
      <w:r w:rsidRPr="00E703A6">
        <w:rPr>
          <w:sz w:val="28"/>
          <w:szCs w:val="28"/>
          <w:lang w:val="en-GB"/>
        </w:rPr>
        <w:t>Testing is one of the most important parts of computational thinking and software development. After creating and improving my sorting model, I completed final testing to make sure the system worked correctly in different situations. Testing helped me identify whether the model could sort data accurately, handle errors, and work efficiently with different datasets.</w:t>
      </w:r>
    </w:p>
    <w:p w14:paraId="0CC3C5A6" w14:textId="77777777" w:rsidR="00E703A6" w:rsidRPr="00E703A6" w:rsidRDefault="00E703A6" w:rsidP="00E703A6">
      <w:pPr>
        <w:rPr>
          <w:sz w:val="28"/>
          <w:szCs w:val="28"/>
          <w:lang w:val="en-GB"/>
        </w:rPr>
      </w:pPr>
      <w:r w:rsidRPr="00E703A6">
        <w:rPr>
          <w:sz w:val="28"/>
          <w:szCs w:val="28"/>
          <w:lang w:val="en-GB"/>
        </w:rPr>
        <w:t>I tested the model using:</w:t>
      </w:r>
    </w:p>
    <w:p w14:paraId="4D822C33" w14:textId="77777777" w:rsidR="00E703A6" w:rsidRPr="00E703A6" w:rsidRDefault="00E703A6" w:rsidP="002B4F7D">
      <w:pPr>
        <w:numPr>
          <w:ilvl w:val="0"/>
          <w:numId w:val="42"/>
        </w:numPr>
        <w:rPr>
          <w:sz w:val="28"/>
          <w:szCs w:val="28"/>
          <w:lang w:val="en-GB"/>
        </w:rPr>
      </w:pPr>
      <w:r w:rsidRPr="00E703A6">
        <w:rPr>
          <w:sz w:val="28"/>
          <w:szCs w:val="28"/>
          <w:lang w:val="en-GB"/>
        </w:rPr>
        <w:t xml:space="preserve">Random numbers </w:t>
      </w:r>
    </w:p>
    <w:p w14:paraId="15E67187" w14:textId="77777777" w:rsidR="00E703A6" w:rsidRPr="00E703A6" w:rsidRDefault="00E703A6" w:rsidP="002B4F7D">
      <w:pPr>
        <w:numPr>
          <w:ilvl w:val="0"/>
          <w:numId w:val="42"/>
        </w:numPr>
        <w:rPr>
          <w:sz w:val="28"/>
          <w:szCs w:val="28"/>
          <w:lang w:val="en-GB"/>
        </w:rPr>
      </w:pPr>
      <w:r w:rsidRPr="00E703A6">
        <w:rPr>
          <w:sz w:val="28"/>
          <w:szCs w:val="28"/>
          <w:lang w:val="en-GB"/>
        </w:rPr>
        <w:t xml:space="preserve">Empty lists </w:t>
      </w:r>
    </w:p>
    <w:p w14:paraId="449E0915" w14:textId="77777777" w:rsidR="00E703A6" w:rsidRPr="00E703A6" w:rsidRDefault="00E703A6" w:rsidP="002B4F7D">
      <w:pPr>
        <w:numPr>
          <w:ilvl w:val="0"/>
          <w:numId w:val="42"/>
        </w:numPr>
        <w:rPr>
          <w:sz w:val="28"/>
          <w:szCs w:val="28"/>
          <w:lang w:val="en-GB"/>
        </w:rPr>
      </w:pPr>
      <w:r w:rsidRPr="00E703A6">
        <w:rPr>
          <w:sz w:val="28"/>
          <w:szCs w:val="28"/>
          <w:lang w:val="en-GB"/>
        </w:rPr>
        <w:t xml:space="preserve">Duplicate values </w:t>
      </w:r>
    </w:p>
    <w:p w14:paraId="7DCF3794" w14:textId="77777777" w:rsidR="00E703A6" w:rsidRPr="00E703A6" w:rsidRDefault="00E703A6" w:rsidP="002B4F7D">
      <w:pPr>
        <w:numPr>
          <w:ilvl w:val="0"/>
          <w:numId w:val="42"/>
        </w:numPr>
        <w:rPr>
          <w:sz w:val="28"/>
          <w:szCs w:val="28"/>
          <w:lang w:val="en-GB"/>
        </w:rPr>
      </w:pPr>
      <w:r w:rsidRPr="00E703A6">
        <w:rPr>
          <w:sz w:val="28"/>
          <w:szCs w:val="28"/>
          <w:lang w:val="en-GB"/>
        </w:rPr>
        <w:t xml:space="preserve">Reverse order values </w:t>
      </w:r>
    </w:p>
    <w:p w14:paraId="11941783" w14:textId="77777777" w:rsidR="00E703A6" w:rsidRPr="00E703A6" w:rsidRDefault="00E703A6" w:rsidP="002B4F7D">
      <w:pPr>
        <w:numPr>
          <w:ilvl w:val="0"/>
          <w:numId w:val="42"/>
        </w:numPr>
        <w:rPr>
          <w:sz w:val="28"/>
          <w:szCs w:val="28"/>
          <w:lang w:val="en-GB"/>
        </w:rPr>
      </w:pPr>
      <w:r w:rsidRPr="00E703A6">
        <w:rPr>
          <w:sz w:val="28"/>
          <w:szCs w:val="28"/>
          <w:lang w:val="en-GB"/>
        </w:rPr>
        <w:lastRenderedPageBreak/>
        <w:t xml:space="preserve">Large inputs </w:t>
      </w:r>
    </w:p>
    <w:p w14:paraId="105F2ED0" w14:textId="22210C53" w:rsidR="00E703A6" w:rsidRPr="00E703A6" w:rsidRDefault="00E703A6" w:rsidP="00E703A6">
      <w:pPr>
        <w:rPr>
          <w:sz w:val="28"/>
          <w:szCs w:val="28"/>
          <w:lang w:val="en-GB"/>
        </w:rPr>
      </w:pPr>
      <w:r w:rsidRPr="00E703A6">
        <w:rPr>
          <w:sz w:val="28"/>
          <w:szCs w:val="28"/>
          <w:lang w:val="en-GB"/>
        </w:rPr>
        <w:t>These tests helped confirm that the sorting system was reliable and functional.</w:t>
      </w:r>
    </w:p>
    <w:p w14:paraId="2E939D22" w14:textId="77777777" w:rsidR="00E703A6" w:rsidRPr="00821BC2" w:rsidRDefault="00E703A6" w:rsidP="00E703A6">
      <w:pPr>
        <w:rPr>
          <w:sz w:val="40"/>
          <w:szCs w:val="40"/>
          <w:lang w:val="en-GB"/>
        </w:rPr>
      </w:pPr>
      <w:r w:rsidRPr="00821BC2">
        <w:rPr>
          <w:sz w:val="40"/>
          <w:szCs w:val="40"/>
          <w:lang w:val="en-GB"/>
        </w:rPr>
        <w:t>Test 1 – Random Numbers</w:t>
      </w:r>
    </w:p>
    <w:p w14:paraId="6FFFE456" w14:textId="77777777" w:rsidR="00E703A6" w:rsidRPr="00E703A6" w:rsidRDefault="00E703A6" w:rsidP="00E703A6">
      <w:pPr>
        <w:rPr>
          <w:sz w:val="28"/>
          <w:szCs w:val="28"/>
          <w:lang w:val="en-GB"/>
        </w:rPr>
      </w:pPr>
      <w:r w:rsidRPr="00E703A6">
        <w:rPr>
          <w:sz w:val="28"/>
          <w:szCs w:val="28"/>
          <w:lang w:val="en-GB"/>
        </w:rPr>
        <w:t>This test checked whether the model could correctly sort numbers entered in a random order.</w:t>
      </w:r>
    </w:p>
    <w:tbl>
      <w:tblPr>
        <w:tblW w:w="9024" w:type="dxa"/>
        <w:tblCellSpacing w:w="15" w:type="dxa"/>
        <w:tblCellMar>
          <w:top w:w="15" w:type="dxa"/>
          <w:left w:w="15" w:type="dxa"/>
          <w:bottom w:w="15" w:type="dxa"/>
          <w:right w:w="15" w:type="dxa"/>
        </w:tblCellMar>
        <w:tblLook w:val="04A0" w:firstRow="1" w:lastRow="0" w:firstColumn="1" w:lastColumn="0" w:noHBand="0" w:noVBand="1"/>
      </w:tblPr>
      <w:tblGrid>
        <w:gridCol w:w="2505"/>
        <w:gridCol w:w="2827"/>
        <w:gridCol w:w="2490"/>
        <w:gridCol w:w="1202"/>
      </w:tblGrid>
      <w:tr w:rsidR="00E703A6" w:rsidRPr="00E703A6" w14:paraId="7794171A" w14:textId="77777777" w:rsidTr="00200413">
        <w:trPr>
          <w:trHeight w:val="811"/>
          <w:tblHeader/>
          <w:tblCellSpacing w:w="15" w:type="dxa"/>
        </w:trPr>
        <w:tc>
          <w:tcPr>
            <w:tcW w:w="0" w:type="auto"/>
            <w:tcBorders>
              <w:top w:val="single" w:sz="12" w:space="0" w:color="auto"/>
              <w:left w:val="single" w:sz="12" w:space="0" w:color="auto"/>
              <w:bottom w:val="single" w:sz="12" w:space="0" w:color="auto"/>
            </w:tcBorders>
            <w:vAlign w:val="center"/>
            <w:hideMark/>
          </w:tcPr>
          <w:p w14:paraId="46E79FEB" w14:textId="77777777" w:rsidR="00E703A6" w:rsidRPr="00E703A6" w:rsidRDefault="00E703A6" w:rsidP="00E703A6">
            <w:pPr>
              <w:rPr>
                <w:b/>
                <w:bCs/>
                <w:sz w:val="28"/>
                <w:szCs w:val="28"/>
                <w:lang w:val="en-GB"/>
              </w:rPr>
            </w:pPr>
            <w:r w:rsidRPr="00E703A6">
              <w:rPr>
                <w:b/>
                <w:bCs/>
                <w:sz w:val="28"/>
                <w:szCs w:val="28"/>
                <w:lang w:val="en-GB"/>
              </w:rPr>
              <w:t>Input Data</w:t>
            </w:r>
          </w:p>
        </w:tc>
        <w:tc>
          <w:tcPr>
            <w:tcW w:w="0" w:type="auto"/>
            <w:tcBorders>
              <w:top w:val="single" w:sz="12" w:space="0" w:color="auto"/>
              <w:left w:val="single" w:sz="12" w:space="0" w:color="auto"/>
              <w:bottom w:val="single" w:sz="12" w:space="0" w:color="auto"/>
            </w:tcBorders>
            <w:vAlign w:val="center"/>
            <w:hideMark/>
          </w:tcPr>
          <w:p w14:paraId="3EEECAC5" w14:textId="77777777" w:rsidR="00E703A6" w:rsidRPr="00E703A6" w:rsidRDefault="00E703A6" w:rsidP="00E703A6">
            <w:pPr>
              <w:rPr>
                <w:b/>
                <w:bCs/>
                <w:sz w:val="28"/>
                <w:szCs w:val="28"/>
                <w:lang w:val="en-GB"/>
              </w:rPr>
            </w:pPr>
            <w:r w:rsidRPr="00E703A6">
              <w:rPr>
                <w:b/>
                <w:bCs/>
                <w:sz w:val="28"/>
                <w:szCs w:val="28"/>
                <w:lang w:val="en-GB"/>
              </w:rPr>
              <w:t>Expected Output</w:t>
            </w:r>
          </w:p>
        </w:tc>
        <w:tc>
          <w:tcPr>
            <w:tcW w:w="0" w:type="auto"/>
            <w:tcBorders>
              <w:top w:val="single" w:sz="12" w:space="0" w:color="auto"/>
              <w:left w:val="single" w:sz="12" w:space="0" w:color="auto"/>
              <w:bottom w:val="single" w:sz="12" w:space="0" w:color="auto"/>
            </w:tcBorders>
            <w:vAlign w:val="center"/>
            <w:hideMark/>
          </w:tcPr>
          <w:p w14:paraId="69E5BD95" w14:textId="77777777" w:rsidR="00E703A6" w:rsidRPr="00E703A6" w:rsidRDefault="00E703A6" w:rsidP="00E703A6">
            <w:pPr>
              <w:rPr>
                <w:b/>
                <w:bCs/>
                <w:sz w:val="28"/>
                <w:szCs w:val="28"/>
                <w:lang w:val="en-GB"/>
              </w:rPr>
            </w:pPr>
            <w:r w:rsidRPr="00E703A6">
              <w:rPr>
                <w:b/>
                <w:bCs/>
                <w:sz w:val="28"/>
                <w:szCs w:val="28"/>
                <w:lang w:val="en-GB"/>
              </w:rPr>
              <w:t>Actual Output</w:t>
            </w:r>
          </w:p>
        </w:tc>
        <w:tc>
          <w:tcPr>
            <w:tcW w:w="0" w:type="auto"/>
            <w:tcBorders>
              <w:top w:val="single" w:sz="12" w:space="0" w:color="auto"/>
              <w:left w:val="single" w:sz="12" w:space="0" w:color="auto"/>
              <w:bottom w:val="single" w:sz="12" w:space="0" w:color="auto"/>
              <w:right w:val="single" w:sz="12" w:space="0" w:color="auto"/>
            </w:tcBorders>
            <w:vAlign w:val="center"/>
            <w:hideMark/>
          </w:tcPr>
          <w:p w14:paraId="2DA6EB0D" w14:textId="77777777" w:rsidR="00E703A6" w:rsidRPr="00E703A6" w:rsidRDefault="00E703A6" w:rsidP="00E703A6">
            <w:pPr>
              <w:rPr>
                <w:b/>
                <w:bCs/>
                <w:sz w:val="28"/>
                <w:szCs w:val="28"/>
                <w:lang w:val="en-GB"/>
              </w:rPr>
            </w:pPr>
            <w:r w:rsidRPr="00E703A6">
              <w:rPr>
                <w:b/>
                <w:bCs/>
                <w:sz w:val="28"/>
                <w:szCs w:val="28"/>
                <w:lang w:val="en-GB"/>
              </w:rPr>
              <w:t>Result</w:t>
            </w:r>
          </w:p>
        </w:tc>
      </w:tr>
      <w:tr w:rsidR="00E703A6" w:rsidRPr="00E703A6" w14:paraId="5BA5000F" w14:textId="77777777" w:rsidTr="00200413">
        <w:trPr>
          <w:trHeight w:val="790"/>
          <w:tblCellSpacing w:w="15" w:type="dxa"/>
        </w:trPr>
        <w:tc>
          <w:tcPr>
            <w:tcW w:w="0" w:type="auto"/>
            <w:tcBorders>
              <w:top w:val="single" w:sz="12" w:space="0" w:color="auto"/>
              <w:left w:val="single" w:sz="12" w:space="0" w:color="auto"/>
              <w:bottom w:val="single" w:sz="12" w:space="0" w:color="auto"/>
            </w:tcBorders>
            <w:vAlign w:val="center"/>
            <w:hideMark/>
          </w:tcPr>
          <w:p w14:paraId="0747484B" w14:textId="77777777" w:rsidR="00E703A6" w:rsidRPr="00E703A6" w:rsidRDefault="00E703A6" w:rsidP="00E703A6">
            <w:pPr>
              <w:rPr>
                <w:sz w:val="28"/>
                <w:szCs w:val="28"/>
                <w:lang w:val="en-GB"/>
              </w:rPr>
            </w:pPr>
            <w:r w:rsidRPr="00E703A6">
              <w:rPr>
                <w:sz w:val="28"/>
                <w:szCs w:val="28"/>
                <w:lang w:val="en-GB"/>
              </w:rPr>
              <w:t>45, 12, 78, 3, 56</w:t>
            </w:r>
          </w:p>
        </w:tc>
        <w:tc>
          <w:tcPr>
            <w:tcW w:w="0" w:type="auto"/>
            <w:tcBorders>
              <w:top w:val="single" w:sz="12" w:space="0" w:color="auto"/>
              <w:left w:val="single" w:sz="12" w:space="0" w:color="auto"/>
              <w:bottom w:val="single" w:sz="12" w:space="0" w:color="auto"/>
            </w:tcBorders>
            <w:vAlign w:val="center"/>
            <w:hideMark/>
          </w:tcPr>
          <w:p w14:paraId="54AD24DC" w14:textId="77777777" w:rsidR="00E703A6" w:rsidRPr="00E703A6" w:rsidRDefault="00E703A6" w:rsidP="00E703A6">
            <w:pPr>
              <w:rPr>
                <w:sz w:val="28"/>
                <w:szCs w:val="28"/>
                <w:lang w:val="en-GB"/>
              </w:rPr>
            </w:pPr>
            <w:r w:rsidRPr="00E703A6">
              <w:rPr>
                <w:sz w:val="28"/>
                <w:szCs w:val="28"/>
                <w:lang w:val="en-GB"/>
              </w:rPr>
              <w:t>3, 12, 45, 56, 78</w:t>
            </w:r>
          </w:p>
        </w:tc>
        <w:tc>
          <w:tcPr>
            <w:tcW w:w="0" w:type="auto"/>
            <w:tcBorders>
              <w:top w:val="single" w:sz="12" w:space="0" w:color="auto"/>
              <w:left w:val="single" w:sz="12" w:space="0" w:color="auto"/>
              <w:bottom w:val="single" w:sz="12" w:space="0" w:color="auto"/>
            </w:tcBorders>
            <w:vAlign w:val="center"/>
            <w:hideMark/>
          </w:tcPr>
          <w:p w14:paraId="116BEDEE" w14:textId="77777777" w:rsidR="00E703A6" w:rsidRPr="00E703A6" w:rsidRDefault="00E703A6" w:rsidP="00E703A6">
            <w:pPr>
              <w:rPr>
                <w:sz w:val="28"/>
                <w:szCs w:val="28"/>
                <w:lang w:val="en-GB"/>
              </w:rPr>
            </w:pPr>
            <w:r w:rsidRPr="00E703A6">
              <w:rPr>
                <w:sz w:val="28"/>
                <w:szCs w:val="28"/>
                <w:lang w:val="en-GB"/>
              </w:rPr>
              <w:t>3, 12, 45, 56, 78</w:t>
            </w:r>
          </w:p>
        </w:tc>
        <w:tc>
          <w:tcPr>
            <w:tcW w:w="0" w:type="auto"/>
            <w:tcBorders>
              <w:top w:val="single" w:sz="12" w:space="0" w:color="auto"/>
              <w:left w:val="single" w:sz="12" w:space="0" w:color="auto"/>
              <w:bottom w:val="single" w:sz="12" w:space="0" w:color="auto"/>
              <w:right w:val="single" w:sz="12" w:space="0" w:color="auto"/>
            </w:tcBorders>
            <w:vAlign w:val="center"/>
            <w:hideMark/>
          </w:tcPr>
          <w:p w14:paraId="74938D6A" w14:textId="77777777" w:rsidR="00E703A6" w:rsidRPr="00E703A6" w:rsidRDefault="00E703A6" w:rsidP="00E703A6">
            <w:pPr>
              <w:rPr>
                <w:sz w:val="28"/>
                <w:szCs w:val="28"/>
                <w:lang w:val="en-GB"/>
              </w:rPr>
            </w:pPr>
            <w:r w:rsidRPr="00E703A6">
              <w:rPr>
                <w:sz w:val="28"/>
                <w:szCs w:val="28"/>
                <w:lang w:val="en-GB"/>
              </w:rPr>
              <w:t>Pass</w:t>
            </w:r>
          </w:p>
        </w:tc>
      </w:tr>
    </w:tbl>
    <w:p w14:paraId="640036A9" w14:textId="77777777" w:rsidR="00E703A6" w:rsidRPr="00200413" w:rsidRDefault="00E703A6" w:rsidP="00E703A6">
      <w:pPr>
        <w:rPr>
          <w:sz w:val="40"/>
          <w:szCs w:val="40"/>
          <w:lang w:val="en-GB"/>
        </w:rPr>
      </w:pPr>
      <w:r w:rsidRPr="00200413">
        <w:rPr>
          <w:sz w:val="40"/>
          <w:szCs w:val="40"/>
          <w:lang w:val="en-GB"/>
        </w:rPr>
        <w:t>Explanation</w:t>
      </w:r>
    </w:p>
    <w:p w14:paraId="773DCADB" w14:textId="77777777" w:rsidR="00E703A6" w:rsidRPr="00E703A6" w:rsidRDefault="00E703A6" w:rsidP="00E703A6">
      <w:pPr>
        <w:rPr>
          <w:sz w:val="28"/>
          <w:szCs w:val="28"/>
          <w:lang w:val="en-GB"/>
        </w:rPr>
      </w:pPr>
      <w:r w:rsidRPr="00E703A6">
        <w:rPr>
          <w:sz w:val="28"/>
          <w:szCs w:val="28"/>
          <w:lang w:val="en-GB"/>
        </w:rPr>
        <w:t>The model successfully arranged the random numbers from smallest to largest. This showed that the sorting algorithm worked correctly with unsorted data.</w:t>
      </w:r>
    </w:p>
    <w:p w14:paraId="189C2F1E" w14:textId="72F3EB2D" w:rsidR="00E703A6" w:rsidRPr="00E703A6" w:rsidRDefault="00E703A6" w:rsidP="00E703A6">
      <w:pPr>
        <w:rPr>
          <w:sz w:val="28"/>
          <w:szCs w:val="28"/>
          <w:lang w:val="en-GB"/>
        </w:rPr>
      </w:pPr>
    </w:p>
    <w:p w14:paraId="3AC8599B" w14:textId="77777777" w:rsidR="00E703A6" w:rsidRPr="00200413" w:rsidRDefault="00E703A6" w:rsidP="00E703A6">
      <w:pPr>
        <w:rPr>
          <w:sz w:val="40"/>
          <w:szCs w:val="40"/>
          <w:lang w:val="en-GB"/>
        </w:rPr>
      </w:pPr>
      <w:r w:rsidRPr="00200413">
        <w:rPr>
          <w:sz w:val="40"/>
          <w:szCs w:val="40"/>
          <w:lang w:val="en-GB"/>
        </w:rPr>
        <w:t>Test 2 – Empty List</w:t>
      </w:r>
    </w:p>
    <w:p w14:paraId="332262A1" w14:textId="77777777" w:rsidR="00E703A6" w:rsidRPr="00E703A6" w:rsidRDefault="00E703A6" w:rsidP="00E703A6">
      <w:pPr>
        <w:rPr>
          <w:sz w:val="28"/>
          <w:szCs w:val="28"/>
          <w:lang w:val="en-GB"/>
        </w:rPr>
      </w:pPr>
      <w:r w:rsidRPr="00E703A6">
        <w:rPr>
          <w:sz w:val="28"/>
          <w:szCs w:val="28"/>
          <w:lang w:val="en-GB"/>
        </w:rPr>
        <w:t>This test checked how the model handled situations where no data was entered.</w:t>
      </w:r>
    </w:p>
    <w:tbl>
      <w:tblPr>
        <w:tblW w:w="9643" w:type="dxa"/>
        <w:tblCellSpacing w:w="15" w:type="dxa"/>
        <w:tblCellMar>
          <w:top w:w="15" w:type="dxa"/>
          <w:left w:w="15" w:type="dxa"/>
          <w:bottom w:w="15" w:type="dxa"/>
          <w:right w:w="15" w:type="dxa"/>
        </w:tblCellMar>
        <w:tblLook w:val="04A0" w:firstRow="1" w:lastRow="0" w:firstColumn="1" w:lastColumn="0" w:noHBand="0" w:noVBand="1"/>
      </w:tblPr>
      <w:tblGrid>
        <w:gridCol w:w="2182"/>
        <w:gridCol w:w="3301"/>
        <w:gridCol w:w="2780"/>
        <w:gridCol w:w="1380"/>
      </w:tblGrid>
      <w:tr w:rsidR="00E703A6" w:rsidRPr="00E703A6" w14:paraId="7C827852" w14:textId="77777777" w:rsidTr="00200413">
        <w:trPr>
          <w:trHeight w:val="1303"/>
          <w:tblHeader/>
          <w:tblCellSpacing w:w="15" w:type="dxa"/>
        </w:trPr>
        <w:tc>
          <w:tcPr>
            <w:tcW w:w="0" w:type="auto"/>
            <w:tcBorders>
              <w:top w:val="single" w:sz="12" w:space="0" w:color="auto"/>
              <w:left w:val="single" w:sz="12" w:space="0" w:color="auto"/>
              <w:bottom w:val="single" w:sz="12" w:space="0" w:color="auto"/>
              <w:right w:val="single" w:sz="12" w:space="0" w:color="auto"/>
            </w:tcBorders>
            <w:vAlign w:val="center"/>
            <w:hideMark/>
          </w:tcPr>
          <w:p w14:paraId="492E93BA" w14:textId="77777777" w:rsidR="00E703A6" w:rsidRPr="00E703A6" w:rsidRDefault="00E703A6" w:rsidP="00E703A6">
            <w:pPr>
              <w:rPr>
                <w:b/>
                <w:bCs/>
                <w:sz w:val="28"/>
                <w:szCs w:val="28"/>
                <w:lang w:val="en-GB"/>
              </w:rPr>
            </w:pPr>
            <w:r w:rsidRPr="00E703A6">
              <w:rPr>
                <w:b/>
                <w:bCs/>
                <w:sz w:val="28"/>
                <w:szCs w:val="28"/>
                <w:lang w:val="en-GB"/>
              </w:rPr>
              <w:t>Input Data</w:t>
            </w:r>
          </w:p>
        </w:tc>
        <w:tc>
          <w:tcPr>
            <w:tcW w:w="0" w:type="auto"/>
            <w:tcBorders>
              <w:top w:val="single" w:sz="12" w:space="0" w:color="auto"/>
              <w:left w:val="single" w:sz="12" w:space="0" w:color="auto"/>
              <w:bottom w:val="single" w:sz="12" w:space="0" w:color="auto"/>
              <w:right w:val="single" w:sz="12" w:space="0" w:color="auto"/>
            </w:tcBorders>
            <w:vAlign w:val="center"/>
            <w:hideMark/>
          </w:tcPr>
          <w:p w14:paraId="1AE62D3A" w14:textId="77777777" w:rsidR="00E703A6" w:rsidRPr="00E703A6" w:rsidRDefault="00E703A6" w:rsidP="00E703A6">
            <w:pPr>
              <w:rPr>
                <w:b/>
                <w:bCs/>
                <w:sz w:val="28"/>
                <w:szCs w:val="28"/>
                <w:lang w:val="en-GB"/>
              </w:rPr>
            </w:pPr>
            <w:r w:rsidRPr="00E703A6">
              <w:rPr>
                <w:b/>
                <w:bCs/>
                <w:sz w:val="28"/>
                <w:szCs w:val="28"/>
                <w:lang w:val="en-GB"/>
              </w:rPr>
              <w:t>Expected Output</w:t>
            </w:r>
          </w:p>
        </w:tc>
        <w:tc>
          <w:tcPr>
            <w:tcW w:w="0" w:type="auto"/>
            <w:tcBorders>
              <w:top w:val="single" w:sz="12" w:space="0" w:color="auto"/>
              <w:left w:val="single" w:sz="12" w:space="0" w:color="auto"/>
              <w:bottom w:val="single" w:sz="12" w:space="0" w:color="auto"/>
              <w:right w:val="single" w:sz="12" w:space="0" w:color="auto"/>
            </w:tcBorders>
            <w:vAlign w:val="center"/>
            <w:hideMark/>
          </w:tcPr>
          <w:p w14:paraId="0B61B7B5" w14:textId="77777777" w:rsidR="00E703A6" w:rsidRPr="00E703A6" w:rsidRDefault="00E703A6" w:rsidP="00E703A6">
            <w:pPr>
              <w:rPr>
                <w:b/>
                <w:bCs/>
                <w:sz w:val="28"/>
                <w:szCs w:val="28"/>
                <w:lang w:val="en-GB"/>
              </w:rPr>
            </w:pPr>
            <w:r w:rsidRPr="00E703A6">
              <w:rPr>
                <w:b/>
                <w:bCs/>
                <w:sz w:val="28"/>
                <w:szCs w:val="28"/>
                <w:lang w:val="en-GB"/>
              </w:rPr>
              <w:t>Actual Output</w:t>
            </w:r>
          </w:p>
        </w:tc>
        <w:tc>
          <w:tcPr>
            <w:tcW w:w="0" w:type="auto"/>
            <w:tcBorders>
              <w:top w:val="single" w:sz="12" w:space="0" w:color="auto"/>
              <w:left w:val="single" w:sz="12" w:space="0" w:color="auto"/>
              <w:bottom w:val="single" w:sz="12" w:space="0" w:color="auto"/>
              <w:right w:val="single" w:sz="12" w:space="0" w:color="auto"/>
            </w:tcBorders>
            <w:vAlign w:val="center"/>
            <w:hideMark/>
          </w:tcPr>
          <w:p w14:paraId="3ED13F9E" w14:textId="77777777" w:rsidR="00E703A6" w:rsidRPr="00E703A6" w:rsidRDefault="00E703A6" w:rsidP="00E703A6">
            <w:pPr>
              <w:rPr>
                <w:b/>
                <w:bCs/>
                <w:sz w:val="28"/>
                <w:szCs w:val="28"/>
                <w:lang w:val="en-GB"/>
              </w:rPr>
            </w:pPr>
            <w:r w:rsidRPr="00E703A6">
              <w:rPr>
                <w:b/>
                <w:bCs/>
                <w:sz w:val="28"/>
                <w:szCs w:val="28"/>
                <w:lang w:val="en-GB"/>
              </w:rPr>
              <w:t>Result</w:t>
            </w:r>
          </w:p>
        </w:tc>
      </w:tr>
      <w:tr w:rsidR="00E703A6" w:rsidRPr="00E703A6" w14:paraId="4C44DE4B" w14:textId="77777777" w:rsidTr="00200413">
        <w:trPr>
          <w:trHeight w:val="1271"/>
          <w:tblCellSpacing w:w="15" w:type="dxa"/>
        </w:trPr>
        <w:tc>
          <w:tcPr>
            <w:tcW w:w="0" w:type="auto"/>
            <w:tcBorders>
              <w:left w:val="single" w:sz="12" w:space="0" w:color="auto"/>
              <w:bottom w:val="single" w:sz="12" w:space="0" w:color="auto"/>
              <w:right w:val="single" w:sz="12" w:space="0" w:color="auto"/>
            </w:tcBorders>
            <w:vAlign w:val="center"/>
            <w:hideMark/>
          </w:tcPr>
          <w:p w14:paraId="344EDF85" w14:textId="77777777" w:rsidR="00E703A6" w:rsidRPr="00E703A6" w:rsidRDefault="00E703A6" w:rsidP="00E703A6">
            <w:pPr>
              <w:rPr>
                <w:sz w:val="28"/>
                <w:szCs w:val="28"/>
                <w:lang w:val="en-GB"/>
              </w:rPr>
            </w:pPr>
            <w:r w:rsidRPr="00E703A6">
              <w:rPr>
                <w:sz w:val="28"/>
                <w:szCs w:val="28"/>
                <w:lang w:val="en-GB"/>
              </w:rPr>
              <w:t>Empty</w:t>
            </w:r>
          </w:p>
        </w:tc>
        <w:tc>
          <w:tcPr>
            <w:tcW w:w="0" w:type="auto"/>
            <w:tcBorders>
              <w:left w:val="single" w:sz="12" w:space="0" w:color="auto"/>
              <w:bottom w:val="single" w:sz="12" w:space="0" w:color="auto"/>
              <w:right w:val="single" w:sz="12" w:space="0" w:color="auto"/>
            </w:tcBorders>
            <w:vAlign w:val="center"/>
            <w:hideMark/>
          </w:tcPr>
          <w:p w14:paraId="50E1C35D" w14:textId="77777777" w:rsidR="00E703A6" w:rsidRPr="00E703A6" w:rsidRDefault="00E703A6" w:rsidP="00E703A6">
            <w:pPr>
              <w:rPr>
                <w:sz w:val="28"/>
                <w:szCs w:val="28"/>
                <w:lang w:val="en-GB"/>
              </w:rPr>
            </w:pPr>
            <w:r w:rsidRPr="00E703A6">
              <w:rPr>
                <w:sz w:val="28"/>
                <w:szCs w:val="28"/>
                <w:lang w:val="en-GB"/>
              </w:rPr>
              <w:t>Empty Output</w:t>
            </w:r>
          </w:p>
        </w:tc>
        <w:tc>
          <w:tcPr>
            <w:tcW w:w="0" w:type="auto"/>
            <w:tcBorders>
              <w:left w:val="single" w:sz="12" w:space="0" w:color="auto"/>
              <w:bottom w:val="single" w:sz="12" w:space="0" w:color="auto"/>
              <w:right w:val="single" w:sz="12" w:space="0" w:color="auto"/>
            </w:tcBorders>
            <w:vAlign w:val="center"/>
            <w:hideMark/>
          </w:tcPr>
          <w:p w14:paraId="00109CA8" w14:textId="77777777" w:rsidR="00E703A6" w:rsidRPr="00E703A6" w:rsidRDefault="00E703A6" w:rsidP="00E703A6">
            <w:pPr>
              <w:rPr>
                <w:sz w:val="28"/>
                <w:szCs w:val="28"/>
                <w:lang w:val="en-GB"/>
              </w:rPr>
            </w:pPr>
            <w:r w:rsidRPr="00E703A6">
              <w:rPr>
                <w:sz w:val="28"/>
                <w:szCs w:val="28"/>
                <w:lang w:val="en-GB"/>
              </w:rPr>
              <w:t>Empty Output</w:t>
            </w:r>
          </w:p>
        </w:tc>
        <w:tc>
          <w:tcPr>
            <w:tcW w:w="0" w:type="auto"/>
            <w:tcBorders>
              <w:left w:val="single" w:sz="12" w:space="0" w:color="auto"/>
              <w:bottom w:val="single" w:sz="12" w:space="0" w:color="auto"/>
              <w:right w:val="single" w:sz="12" w:space="0" w:color="auto"/>
            </w:tcBorders>
            <w:vAlign w:val="center"/>
            <w:hideMark/>
          </w:tcPr>
          <w:p w14:paraId="185692A7" w14:textId="77777777" w:rsidR="00E703A6" w:rsidRPr="00E703A6" w:rsidRDefault="00E703A6" w:rsidP="00E703A6">
            <w:pPr>
              <w:rPr>
                <w:sz w:val="28"/>
                <w:szCs w:val="28"/>
                <w:lang w:val="en-GB"/>
              </w:rPr>
            </w:pPr>
            <w:r w:rsidRPr="00E703A6">
              <w:rPr>
                <w:sz w:val="28"/>
                <w:szCs w:val="28"/>
                <w:lang w:val="en-GB"/>
              </w:rPr>
              <w:t>Pass</w:t>
            </w:r>
          </w:p>
        </w:tc>
      </w:tr>
    </w:tbl>
    <w:p w14:paraId="0910D1A3" w14:textId="77777777" w:rsidR="00E703A6" w:rsidRPr="00200413" w:rsidRDefault="00E703A6" w:rsidP="00E703A6">
      <w:pPr>
        <w:rPr>
          <w:sz w:val="40"/>
          <w:szCs w:val="40"/>
          <w:lang w:val="en-GB"/>
        </w:rPr>
      </w:pPr>
      <w:r w:rsidRPr="00200413">
        <w:rPr>
          <w:sz w:val="40"/>
          <w:szCs w:val="40"/>
          <w:lang w:val="en-GB"/>
        </w:rPr>
        <w:t>Explanation</w:t>
      </w:r>
    </w:p>
    <w:p w14:paraId="73EA79B1" w14:textId="7E1022B7" w:rsidR="00E703A6" w:rsidRPr="00E703A6" w:rsidRDefault="00E703A6" w:rsidP="00E703A6">
      <w:pPr>
        <w:rPr>
          <w:sz w:val="28"/>
          <w:szCs w:val="28"/>
          <w:lang w:val="en-GB"/>
        </w:rPr>
      </w:pPr>
      <w:r w:rsidRPr="00E703A6">
        <w:rPr>
          <w:sz w:val="28"/>
          <w:szCs w:val="28"/>
          <w:lang w:val="en-GB"/>
        </w:rPr>
        <w:t>The model handled the empty dataset correctly without crashing or producing errors. This is important because real systems must be able to handle missing or empty inputs safely.</w:t>
      </w:r>
    </w:p>
    <w:p w14:paraId="054B6E2B" w14:textId="77777777" w:rsidR="00E703A6" w:rsidRPr="00200413" w:rsidRDefault="00E703A6" w:rsidP="00E703A6">
      <w:pPr>
        <w:rPr>
          <w:sz w:val="40"/>
          <w:szCs w:val="40"/>
          <w:lang w:val="en-GB"/>
        </w:rPr>
      </w:pPr>
      <w:r w:rsidRPr="00200413">
        <w:rPr>
          <w:sz w:val="40"/>
          <w:szCs w:val="40"/>
          <w:lang w:val="en-GB"/>
        </w:rPr>
        <w:t>Test 3 – Duplicate Values</w:t>
      </w:r>
    </w:p>
    <w:p w14:paraId="39CE2CA1" w14:textId="77777777" w:rsidR="00E703A6" w:rsidRPr="00E703A6" w:rsidRDefault="00E703A6" w:rsidP="00E703A6">
      <w:pPr>
        <w:rPr>
          <w:sz w:val="28"/>
          <w:szCs w:val="28"/>
          <w:lang w:val="en-GB"/>
        </w:rPr>
      </w:pPr>
      <w:r w:rsidRPr="00E703A6">
        <w:rPr>
          <w:sz w:val="28"/>
          <w:szCs w:val="28"/>
          <w:lang w:val="en-GB"/>
        </w:rPr>
        <w:lastRenderedPageBreak/>
        <w:t>This test checked whether the model could correctly sort repeated numbers.</w:t>
      </w:r>
    </w:p>
    <w:tbl>
      <w:tblPr>
        <w:tblW w:w="9255" w:type="dxa"/>
        <w:tblCellSpacing w:w="15" w:type="dxa"/>
        <w:tblCellMar>
          <w:top w:w="15" w:type="dxa"/>
          <w:left w:w="15" w:type="dxa"/>
          <w:bottom w:w="15" w:type="dxa"/>
          <w:right w:w="15" w:type="dxa"/>
        </w:tblCellMar>
        <w:tblLook w:val="04A0" w:firstRow="1" w:lastRow="0" w:firstColumn="1" w:lastColumn="0" w:noHBand="0" w:noVBand="1"/>
      </w:tblPr>
      <w:tblGrid>
        <w:gridCol w:w="2122"/>
        <w:gridCol w:w="3122"/>
        <w:gridCol w:w="2658"/>
        <w:gridCol w:w="1353"/>
      </w:tblGrid>
      <w:tr w:rsidR="00E703A6" w:rsidRPr="00E703A6" w14:paraId="2E888F43" w14:textId="77777777" w:rsidTr="00200413">
        <w:trPr>
          <w:trHeight w:val="1085"/>
          <w:tblHeader/>
          <w:tblCellSpacing w:w="15" w:type="dxa"/>
        </w:trPr>
        <w:tc>
          <w:tcPr>
            <w:tcW w:w="0" w:type="auto"/>
            <w:tcBorders>
              <w:top w:val="single" w:sz="12" w:space="0" w:color="auto"/>
              <w:left w:val="single" w:sz="12" w:space="0" w:color="auto"/>
              <w:right w:val="single" w:sz="12" w:space="0" w:color="auto"/>
            </w:tcBorders>
            <w:vAlign w:val="center"/>
            <w:hideMark/>
          </w:tcPr>
          <w:p w14:paraId="3593017E" w14:textId="77777777" w:rsidR="00E703A6" w:rsidRPr="00E703A6" w:rsidRDefault="00E703A6" w:rsidP="00E703A6">
            <w:pPr>
              <w:rPr>
                <w:b/>
                <w:bCs/>
                <w:sz w:val="28"/>
                <w:szCs w:val="28"/>
                <w:lang w:val="en-GB"/>
              </w:rPr>
            </w:pPr>
            <w:r w:rsidRPr="00E703A6">
              <w:rPr>
                <w:b/>
                <w:bCs/>
                <w:sz w:val="28"/>
                <w:szCs w:val="28"/>
                <w:lang w:val="en-GB"/>
              </w:rPr>
              <w:t>Input Data</w:t>
            </w:r>
          </w:p>
        </w:tc>
        <w:tc>
          <w:tcPr>
            <w:tcW w:w="0" w:type="auto"/>
            <w:tcBorders>
              <w:top w:val="single" w:sz="12" w:space="0" w:color="auto"/>
            </w:tcBorders>
            <w:vAlign w:val="center"/>
            <w:hideMark/>
          </w:tcPr>
          <w:p w14:paraId="63AD12EB" w14:textId="77777777" w:rsidR="00E703A6" w:rsidRPr="00E703A6" w:rsidRDefault="00E703A6" w:rsidP="00E703A6">
            <w:pPr>
              <w:rPr>
                <w:b/>
                <w:bCs/>
                <w:sz w:val="28"/>
                <w:szCs w:val="28"/>
                <w:lang w:val="en-GB"/>
              </w:rPr>
            </w:pPr>
            <w:r w:rsidRPr="00E703A6">
              <w:rPr>
                <w:b/>
                <w:bCs/>
                <w:sz w:val="28"/>
                <w:szCs w:val="28"/>
                <w:lang w:val="en-GB"/>
              </w:rPr>
              <w:t>Expected Output</w:t>
            </w:r>
          </w:p>
        </w:tc>
        <w:tc>
          <w:tcPr>
            <w:tcW w:w="0" w:type="auto"/>
            <w:tcBorders>
              <w:top w:val="single" w:sz="12" w:space="0" w:color="auto"/>
              <w:left w:val="single" w:sz="12" w:space="0" w:color="auto"/>
            </w:tcBorders>
            <w:vAlign w:val="center"/>
            <w:hideMark/>
          </w:tcPr>
          <w:p w14:paraId="01BB9A8A" w14:textId="77777777" w:rsidR="00E703A6" w:rsidRPr="00E703A6" w:rsidRDefault="00E703A6" w:rsidP="00E703A6">
            <w:pPr>
              <w:rPr>
                <w:b/>
                <w:bCs/>
                <w:sz w:val="28"/>
                <w:szCs w:val="28"/>
                <w:lang w:val="en-GB"/>
              </w:rPr>
            </w:pPr>
            <w:r w:rsidRPr="00E703A6">
              <w:rPr>
                <w:b/>
                <w:bCs/>
                <w:sz w:val="28"/>
                <w:szCs w:val="28"/>
                <w:lang w:val="en-GB"/>
              </w:rPr>
              <w:t>Actual Output</w:t>
            </w:r>
          </w:p>
        </w:tc>
        <w:tc>
          <w:tcPr>
            <w:tcW w:w="1308" w:type="dxa"/>
            <w:tcBorders>
              <w:top w:val="single" w:sz="12" w:space="0" w:color="auto"/>
              <w:left w:val="single" w:sz="12" w:space="0" w:color="auto"/>
              <w:right w:val="single" w:sz="12" w:space="0" w:color="auto"/>
            </w:tcBorders>
            <w:vAlign w:val="center"/>
            <w:hideMark/>
          </w:tcPr>
          <w:p w14:paraId="15245975" w14:textId="77777777" w:rsidR="00E703A6" w:rsidRPr="00E703A6" w:rsidRDefault="00E703A6" w:rsidP="00E703A6">
            <w:pPr>
              <w:rPr>
                <w:b/>
                <w:bCs/>
                <w:sz w:val="28"/>
                <w:szCs w:val="28"/>
                <w:lang w:val="en-GB"/>
              </w:rPr>
            </w:pPr>
            <w:r w:rsidRPr="00E703A6">
              <w:rPr>
                <w:b/>
                <w:bCs/>
                <w:sz w:val="28"/>
                <w:szCs w:val="28"/>
                <w:lang w:val="en-GB"/>
              </w:rPr>
              <w:t>Result</w:t>
            </w:r>
          </w:p>
        </w:tc>
      </w:tr>
      <w:tr w:rsidR="00E703A6" w:rsidRPr="00E703A6" w14:paraId="738EC4CE" w14:textId="77777777" w:rsidTr="00200413">
        <w:trPr>
          <w:trHeight w:val="1057"/>
          <w:tblCellSpacing w:w="15" w:type="dxa"/>
        </w:trPr>
        <w:tc>
          <w:tcPr>
            <w:tcW w:w="0" w:type="auto"/>
            <w:tcBorders>
              <w:top w:val="single" w:sz="12" w:space="0" w:color="auto"/>
              <w:left w:val="single" w:sz="12" w:space="0" w:color="auto"/>
              <w:bottom w:val="single" w:sz="12" w:space="0" w:color="auto"/>
              <w:right w:val="single" w:sz="12" w:space="0" w:color="auto"/>
            </w:tcBorders>
            <w:vAlign w:val="center"/>
            <w:hideMark/>
          </w:tcPr>
          <w:p w14:paraId="47ECB8D5" w14:textId="77777777" w:rsidR="00E703A6" w:rsidRPr="00E703A6" w:rsidRDefault="00E703A6" w:rsidP="00E703A6">
            <w:pPr>
              <w:rPr>
                <w:sz w:val="28"/>
                <w:szCs w:val="28"/>
                <w:lang w:val="en-GB"/>
              </w:rPr>
            </w:pPr>
            <w:r w:rsidRPr="00E703A6">
              <w:rPr>
                <w:sz w:val="28"/>
                <w:szCs w:val="28"/>
                <w:lang w:val="en-GB"/>
              </w:rPr>
              <w:t>5, 2, 5, 1, 2</w:t>
            </w:r>
          </w:p>
        </w:tc>
        <w:tc>
          <w:tcPr>
            <w:tcW w:w="0" w:type="auto"/>
            <w:tcBorders>
              <w:top w:val="single" w:sz="12" w:space="0" w:color="auto"/>
              <w:bottom w:val="single" w:sz="12" w:space="0" w:color="auto"/>
            </w:tcBorders>
            <w:vAlign w:val="center"/>
            <w:hideMark/>
          </w:tcPr>
          <w:p w14:paraId="5F7BA5C2" w14:textId="77777777" w:rsidR="00E703A6" w:rsidRPr="00E703A6" w:rsidRDefault="00E703A6" w:rsidP="00E703A6">
            <w:pPr>
              <w:rPr>
                <w:sz w:val="28"/>
                <w:szCs w:val="28"/>
                <w:lang w:val="en-GB"/>
              </w:rPr>
            </w:pPr>
            <w:r w:rsidRPr="00E703A6">
              <w:rPr>
                <w:sz w:val="28"/>
                <w:szCs w:val="28"/>
                <w:lang w:val="en-GB"/>
              </w:rPr>
              <w:t>1, 2, 2, 5, 5</w:t>
            </w:r>
          </w:p>
        </w:tc>
        <w:tc>
          <w:tcPr>
            <w:tcW w:w="0" w:type="auto"/>
            <w:tcBorders>
              <w:top w:val="single" w:sz="12" w:space="0" w:color="auto"/>
              <w:left w:val="single" w:sz="12" w:space="0" w:color="auto"/>
              <w:bottom w:val="single" w:sz="12" w:space="0" w:color="auto"/>
            </w:tcBorders>
            <w:vAlign w:val="center"/>
            <w:hideMark/>
          </w:tcPr>
          <w:p w14:paraId="2592F046" w14:textId="77777777" w:rsidR="00E703A6" w:rsidRPr="00E703A6" w:rsidRDefault="00E703A6" w:rsidP="00E703A6">
            <w:pPr>
              <w:rPr>
                <w:sz w:val="28"/>
                <w:szCs w:val="28"/>
                <w:lang w:val="en-GB"/>
              </w:rPr>
            </w:pPr>
            <w:r w:rsidRPr="00E703A6">
              <w:rPr>
                <w:sz w:val="28"/>
                <w:szCs w:val="28"/>
                <w:lang w:val="en-GB"/>
              </w:rPr>
              <w:t>1, 2, 2, 5, 5</w:t>
            </w:r>
          </w:p>
        </w:tc>
        <w:tc>
          <w:tcPr>
            <w:tcW w:w="1308" w:type="dxa"/>
            <w:tcBorders>
              <w:top w:val="single" w:sz="12" w:space="0" w:color="auto"/>
              <w:left w:val="single" w:sz="12" w:space="0" w:color="auto"/>
              <w:bottom w:val="single" w:sz="12" w:space="0" w:color="auto"/>
              <w:right w:val="single" w:sz="12" w:space="0" w:color="auto"/>
            </w:tcBorders>
            <w:vAlign w:val="center"/>
            <w:hideMark/>
          </w:tcPr>
          <w:p w14:paraId="11187D62" w14:textId="77777777" w:rsidR="00E703A6" w:rsidRPr="00E703A6" w:rsidRDefault="00E703A6" w:rsidP="00E703A6">
            <w:pPr>
              <w:rPr>
                <w:sz w:val="28"/>
                <w:szCs w:val="28"/>
                <w:lang w:val="en-GB"/>
              </w:rPr>
            </w:pPr>
            <w:r w:rsidRPr="00E703A6">
              <w:rPr>
                <w:sz w:val="28"/>
                <w:szCs w:val="28"/>
                <w:lang w:val="en-GB"/>
              </w:rPr>
              <w:t>Pass</w:t>
            </w:r>
          </w:p>
        </w:tc>
      </w:tr>
    </w:tbl>
    <w:p w14:paraId="4721197B" w14:textId="77777777" w:rsidR="00E703A6" w:rsidRPr="00200413" w:rsidRDefault="00E703A6" w:rsidP="00E703A6">
      <w:pPr>
        <w:rPr>
          <w:sz w:val="40"/>
          <w:szCs w:val="40"/>
          <w:lang w:val="en-GB"/>
        </w:rPr>
      </w:pPr>
      <w:r w:rsidRPr="00200413">
        <w:rPr>
          <w:sz w:val="40"/>
          <w:szCs w:val="40"/>
          <w:lang w:val="en-GB"/>
        </w:rPr>
        <w:t>Explanation</w:t>
      </w:r>
    </w:p>
    <w:p w14:paraId="0BFB5432" w14:textId="4AABF5F8" w:rsidR="00E703A6" w:rsidRPr="00E703A6" w:rsidRDefault="00E703A6" w:rsidP="00E703A6">
      <w:pPr>
        <w:rPr>
          <w:sz w:val="28"/>
          <w:szCs w:val="28"/>
          <w:lang w:val="en-GB"/>
        </w:rPr>
      </w:pPr>
      <w:r w:rsidRPr="00E703A6">
        <w:rPr>
          <w:sz w:val="28"/>
          <w:szCs w:val="28"/>
          <w:lang w:val="en-GB"/>
        </w:rPr>
        <w:t>The model successfully sorted the duplicate values into the correct order. This showed that the algorithm could handle repeated numbers without errors.</w:t>
      </w:r>
    </w:p>
    <w:p w14:paraId="43D9C620" w14:textId="77777777" w:rsidR="00E703A6" w:rsidRPr="00200413" w:rsidRDefault="00E703A6" w:rsidP="00E703A6">
      <w:pPr>
        <w:rPr>
          <w:sz w:val="40"/>
          <w:szCs w:val="40"/>
          <w:lang w:val="en-GB"/>
        </w:rPr>
      </w:pPr>
      <w:r w:rsidRPr="00200413">
        <w:rPr>
          <w:sz w:val="40"/>
          <w:szCs w:val="40"/>
          <w:lang w:val="en-GB"/>
        </w:rPr>
        <w:t>Test 4 – Reverse Order</w:t>
      </w:r>
    </w:p>
    <w:p w14:paraId="149289CD" w14:textId="77777777" w:rsidR="00E703A6" w:rsidRPr="00E703A6" w:rsidRDefault="00E703A6" w:rsidP="00E703A6">
      <w:pPr>
        <w:rPr>
          <w:sz w:val="28"/>
          <w:szCs w:val="28"/>
          <w:lang w:val="en-GB"/>
        </w:rPr>
      </w:pPr>
      <w:r w:rsidRPr="00E703A6">
        <w:rPr>
          <w:sz w:val="28"/>
          <w:szCs w:val="28"/>
          <w:lang w:val="en-GB"/>
        </w:rPr>
        <w:t>This test checked whether the model could sort numbers that were entered from largest to smallest.</w:t>
      </w:r>
    </w:p>
    <w:tbl>
      <w:tblPr>
        <w:tblW w:w="9756" w:type="dxa"/>
        <w:tblCellSpacing w:w="15" w:type="dxa"/>
        <w:tblCellMar>
          <w:top w:w="15" w:type="dxa"/>
          <w:left w:w="15" w:type="dxa"/>
          <w:bottom w:w="15" w:type="dxa"/>
          <w:right w:w="15" w:type="dxa"/>
        </w:tblCellMar>
        <w:tblLook w:val="04A0" w:firstRow="1" w:lastRow="0" w:firstColumn="1" w:lastColumn="0" w:noHBand="0" w:noVBand="1"/>
      </w:tblPr>
      <w:tblGrid>
        <w:gridCol w:w="2799"/>
        <w:gridCol w:w="2929"/>
        <w:gridCol w:w="2784"/>
        <w:gridCol w:w="1244"/>
      </w:tblGrid>
      <w:tr w:rsidR="00E703A6" w:rsidRPr="00E703A6" w14:paraId="03B7071E" w14:textId="77777777" w:rsidTr="00200413">
        <w:trPr>
          <w:trHeight w:val="999"/>
          <w:tblHeader/>
          <w:tblCellSpacing w:w="15" w:type="dxa"/>
        </w:trPr>
        <w:tc>
          <w:tcPr>
            <w:tcW w:w="0" w:type="auto"/>
            <w:tcBorders>
              <w:top w:val="single" w:sz="12" w:space="0" w:color="auto"/>
              <w:left w:val="single" w:sz="12" w:space="0" w:color="auto"/>
            </w:tcBorders>
            <w:vAlign w:val="center"/>
            <w:hideMark/>
          </w:tcPr>
          <w:p w14:paraId="54BD3E96" w14:textId="77777777" w:rsidR="00E703A6" w:rsidRPr="00E703A6" w:rsidRDefault="00E703A6" w:rsidP="00E703A6">
            <w:pPr>
              <w:rPr>
                <w:b/>
                <w:bCs/>
                <w:sz w:val="28"/>
                <w:szCs w:val="28"/>
                <w:lang w:val="en-GB"/>
              </w:rPr>
            </w:pPr>
            <w:r w:rsidRPr="00E703A6">
              <w:rPr>
                <w:b/>
                <w:bCs/>
                <w:sz w:val="28"/>
                <w:szCs w:val="28"/>
                <w:lang w:val="en-GB"/>
              </w:rPr>
              <w:t>Input Data</w:t>
            </w:r>
          </w:p>
        </w:tc>
        <w:tc>
          <w:tcPr>
            <w:tcW w:w="0" w:type="auto"/>
            <w:tcBorders>
              <w:top w:val="single" w:sz="12" w:space="0" w:color="auto"/>
              <w:left w:val="single" w:sz="12" w:space="0" w:color="auto"/>
            </w:tcBorders>
            <w:vAlign w:val="center"/>
            <w:hideMark/>
          </w:tcPr>
          <w:p w14:paraId="7B16D469" w14:textId="77777777" w:rsidR="00E703A6" w:rsidRPr="00E703A6" w:rsidRDefault="00E703A6" w:rsidP="00E703A6">
            <w:pPr>
              <w:rPr>
                <w:b/>
                <w:bCs/>
                <w:sz w:val="28"/>
                <w:szCs w:val="28"/>
                <w:lang w:val="en-GB"/>
              </w:rPr>
            </w:pPr>
            <w:r w:rsidRPr="00E703A6">
              <w:rPr>
                <w:b/>
                <w:bCs/>
                <w:sz w:val="28"/>
                <w:szCs w:val="28"/>
                <w:lang w:val="en-GB"/>
              </w:rPr>
              <w:t>Expected Output</w:t>
            </w:r>
          </w:p>
        </w:tc>
        <w:tc>
          <w:tcPr>
            <w:tcW w:w="0" w:type="auto"/>
            <w:tcBorders>
              <w:top w:val="single" w:sz="12" w:space="0" w:color="auto"/>
              <w:left w:val="single" w:sz="12" w:space="0" w:color="auto"/>
            </w:tcBorders>
            <w:vAlign w:val="center"/>
            <w:hideMark/>
          </w:tcPr>
          <w:p w14:paraId="35DFAAC5" w14:textId="77777777" w:rsidR="00E703A6" w:rsidRPr="00E703A6" w:rsidRDefault="00E703A6" w:rsidP="00E703A6">
            <w:pPr>
              <w:rPr>
                <w:b/>
                <w:bCs/>
                <w:sz w:val="28"/>
                <w:szCs w:val="28"/>
                <w:lang w:val="en-GB"/>
              </w:rPr>
            </w:pPr>
            <w:r w:rsidRPr="00E703A6">
              <w:rPr>
                <w:b/>
                <w:bCs/>
                <w:sz w:val="28"/>
                <w:szCs w:val="28"/>
                <w:lang w:val="en-GB"/>
              </w:rPr>
              <w:t>Actual Output</w:t>
            </w:r>
          </w:p>
        </w:tc>
        <w:tc>
          <w:tcPr>
            <w:tcW w:w="0" w:type="auto"/>
            <w:tcBorders>
              <w:top w:val="single" w:sz="12" w:space="0" w:color="auto"/>
              <w:left w:val="single" w:sz="12" w:space="0" w:color="auto"/>
              <w:right w:val="single" w:sz="12" w:space="0" w:color="auto"/>
            </w:tcBorders>
            <w:vAlign w:val="center"/>
            <w:hideMark/>
          </w:tcPr>
          <w:p w14:paraId="60A70D53" w14:textId="77777777" w:rsidR="00E703A6" w:rsidRPr="00E703A6" w:rsidRDefault="00E703A6" w:rsidP="00E703A6">
            <w:pPr>
              <w:rPr>
                <w:b/>
                <w:bCs/>
                <w:sz w:val="28"/>
                <w:szCs w:val="28"/>
                <w:lang w:val="en-GB"/>
              </w:rPr>
            </w:pPr>
            <w:r w:rsidRPr="00E703A6">
              <w:rPr>
                <w:b/>
                <w:bCs/>
                <w:sz w:val="28"/>
                <w:szCs w:val="28"/>
                <w:lang w:val="en-GB"/>
              </w:rPr>
              <w:t>Result</w:t>
            </w:r>
          </w:p>
        </w:tc>
      </w:tr>
      <w:tr w:rsidR="00E703A6" w:rsidRPr="00E703A6" w14:paraId="4898A228" w14:textId="77777777" w:rsidTr="00200413">
        <w:trPr>
          <w:trHeight w:val="973"/>
          <w:tblCellSpacing w:w="15" w:type="dxa"/>
        </w:trPr>
        <w:tc>
          <w:tcPr>
            <w:tcW w:w="0" w:type="auto"/>
            <w:tcBorders>
              <w:top w:val="single" w:sz="12" w:space="0" w:color="auto"/>
              <w:left w:val="single" w:sz="12" w:space="0" w:color="auto"/>
              <w:bottom w:val="single" w:sz="12" w:space="0" w:color="auto"/>
            </w:tcBorders>
            <w:vAlign w:val="center"/>
            <w:hideMark/>
          </w:tcPr>
          <w:p w14:paraId="1F98B4D6" w14:textId="77777777" w:rsidR="00E703A6" w:rsidRPr="00E703A6" w:rsidRDefault="00E703A6" w:rsidP="00E703A6">
            <w:pPr>
              <w:rPr>
                <w:sz w:val="28"/>
                <w:szCs w:val="28"/>
                <w:lang w:val="en-GB"/>
              </w:rPr>
            </w:pPr>
            <w:r w:rsidRPr="00E703A6">
              <w:rPr>
                <w:sz w:val="28"/>
                <w:szCs w:val="28"/>
                <w:lang w:val="en-GB"/>
              </w:rPr>
              <w:t>90, 70, 50, 30, 10</w:t>
            </w:r>
          </w:p>
        </w:tc>
        <w:tc>
          <w:tcPr>
            <w:tcW w:w="0" w:type="auto"/>
            <w:tcBorders>
              <w:top w:val="single" w:sz="12" w:space="0" w:color="auto"/>
              <w:left w:val="single" w:sz="12" w:space="0" w:color="auto"/>
              <w:bottom w:val="single" w:sz="12" w:space="0" w:color="auto"/>
            </w:tcBorders>
            <w:vAlign w:val="center"/>
            <w:hideMark/>
          </w:tcPr>
          <w:p w14:paraId="405E2C4A" w14:textId="77777777" w:rsidR="00E703A6" w:rsidRPr="00E703A6" w:rsidRDefault="00E703A6" w:rsidP="00E703A6">
            <w:pPr>
              <w:rPr>
                <w:sz w:val="28"/>
                <w:szCs w:val="28"/>
                <w:lang w:val="en-GB"/>
              </w:rPr>
            </w:pPr>
            <w:r w:rsidRPr="00E703A6">
              <w:rPr>
                <w:sz w:val="28"/>
                <w:szCs w:val="28"/>
                <w:lang w:val="en-GB"/>
              </w:rPr>
              <w:t>10, 30, 50, 70, 90</w:t>
            </w:r>
          </w:p>
        </w:tc>
        <w:tc>
          <w:tcPr>
            <w:tcW w:w="0" w:type="auto"/>
            <w:tcBorders>
              <w:top w:val="single" w:sz="12" w:space="0" w:color="auto"/>
              <w:left w:val="single" w:sz="12" w:space="0" w:color="auto"/>
              <w:bottom w:val="single" w:sz="12" w:space="0" w:color="auto"/>
            </w:tcBorders>
            <w:vAlign w:val="center"/>
            <w:hideMark/>
          </w:tcPr>
          <w:p w14:paraId="77D5F5B6" w14:textId="77777777" w:rsidR="00E703A6" w:rsidRPr="00E703A6" w:rsidRDefault="00E703A6" w:rsidP="00E703A6">
            <w:pPr>
              <w:rPr>
                <w:sz w:val="28"/>
                <w:szCs w:val="28"/>
                <w:lang w:val="en-GB"/>
              </w:rPr>
            </w:pPr>
            <w:r w:rsidRPr="00E703A6">
              <w:rPr>
                <w:sz w:val="28"/>
                <w:szCs w:val="28"/>
                <w:lang w:val="en-GB"/>
              </w:rPr>
              <w:t>10, 30, 50, 70, 90</w:t>
            </w:r>
          </w:p>
        </w:tc>
        <w:tc>
          <w:tcPr>
            <w:tcW w:w="0" w:type="auto"/>
            <w:tcBorders>
              <w:top w:val="single" w:sz="12" w:space="0" w:color="auto"/>
              <w:left w:val="single" w:sz="12" w:space="0" w:color="auto"/>
              <w:bottom w:val="single" w:sz="12" w:space="0" w:color="auto"/>
              <w:right w:val="single" w:sz="12" w:space="0" w:color="auto"/>
            </w:tcBorders>
            <w:vAlign w:val="center"/>
            <w:hideMark/>
          </w:tcPr>
          <w:p w14:paraId="6640375C" w14:textId="77777777" w:rsidR="00E703A6" w:rsidRPr="00E703A6" w:rsidRDefault="00E703A6" w:rsidP="00E703A6">
            <w:pPr>
              <w:rPr>
                <w:sz w:val="28"/>
                <w:szCs w:val="28"/>
                <w:lang w:val="en-GB"/>
              </w:rPr>
            </w:pPr>
            <w:r w:rsidRPr="00E703A6">
              <w:rPr>
                <w:sz w:val="28"/>
                <w:szCs w:val="28"/>
                <w:lang w:val="en-GB"/>
              </w:rPr>
              <w:t>Pass</w:t>
            </w:r>
          </w:p>
        </w:tc>
      </w:tr>
    </w:tbl>
    <w:p w14:paraId="2291BB4A" w14:textId="77777777" w:rsidR="00E703A6" w:rsidRPr="00200413" w:rsidRDefault="00E703A6" w:rsidP="00E703A6">
      <w:pPr>
        <w:rPr>
          <w:sz w:val="40"/>
          <w:szCs w:val="40"/>
          <w:lang w:val="en-GB"/>
        </w:rPr>
      </w:pPr>
      <w:r w:rsidRPr="00200413">
        <w:rPr>
          <w:sz w:val="40"/>
          <w:szCs w:val="40"/>
          <w:lang w:val="en-GB"/>
        </w:rPr>
        <w:t>Explanation</w:t>
      </w:r>
    </w:p>
    <w:p w14:paraId="3D85F574" w14:textId="36180867" w:rsidR="00E703A6" w:rsidRPr="00E703A6" w:rsidRDefault="00E703A6" w:rsidP="00E703A6">
      <w:pPr>
        <w:rPr>
          <w:sz w:val="28"/>
          <w:szCs w:val="28"/>
          <w:lang w:val="en-GB"/>
        </w:rPr>
      </w:pPr>
      <w:r w:rsidRPr="00E703A6">
        <w:rPr>
          <w:sz w:val="28"/>
          <w:szCs w:val="28"/>
          <w:lang w:val="en-GB"/>
        </w:rPr>
        <w:t>The model successfully rearranged the reverse-ordered dataset into ascending order. This test was important because reverse order datasets can sometimes increase sorting difficulty.</w:t>
      </w:r>
    </w:p>
    <w:p w14:paraId="57263795" w14:textId="77777777" w:rsidR="00E703A6" w:rsidRPr="00200413" w:rsidRDefault="00E703A6" w:rsidP="00E703A6">
      <w:pPr>
        <w:rPr>
          <w:sz w:val="40"/>
          <w:szCs w:val="40"/>
          <w:lang w:val="en-GB"/>
        </w:rPr>
      </w:pPr>
      <w:r w:rsidRPr="00200413">
        <w:rPr>
          <w:sz w:val="40"/>
          <w:szCs w:val="40"/>
          <w:lang w:val="en-GB"/>
        </w:rPr>
        <w:t>Test 5 – Large Input</w:t>
      </w:r>
    </w:p>
    <w:p w14:paraId="702F442A" w14:textId="77777777" w:rsidR="00E703A6" w:rsidRPr="00E703A6" w:rsidRDefault="00E703A6" w:rsidP="00E703A6">
      <w:pPr>
        <w:rPr>
          <w:sz w:val="28"/>
          <w:szCs w:val="28"/>
          <w:lang w:val="en-GB"/>
        </w:rPr>
      </w:pPr>
      <w:r w:rsidRPr="00E703A6">
        <w:rPr>
          <w:sz w:val="28"/>
          <w:szCs w:val="28"/>
          <w:lang w:val="en-GB"/>
        </w:rPr>
        <w:t>This test checked whether the model could handle a larger amount of data.</w:t>
      </w:r>
    </w:p>
    <w:tbl>
      <w:tblPr>
        <w:tblW w:w="10365" w:type="dxa"/>
        <w:tblCellSpacing w:w="15" w:type="dxa"/>
        <w:tblCellMar>
          <w:top w:w="15" w:type="dxa"/>
          <w:left w:w="15" w:type="dxa"/>
          <w:bottom w:w="15" w:type="dxa"/>
          <w:right w:w="15" w:type="dxa"/>
        </w:tblCellMar>
        <w:tblLook w:val="04A0" w:firstRow="1" w:lastRow="0" w:firstColumn="1" w:lastColumn="0" w:noHBand="0" w:noVBand="1"/>
      </w:tblPr>
      <w:tblGrid>
        <w:gridCol w:w="2842"/>
        <w:gridCol w:w="3283"/>
        <w:gridCol w:w="3252"/>
        <w:gridCol w:w="988"/>
      </w:tblGrid>
      <w:tr w:rsidR="00E703A6" w:rsidRPr="00E703A6" w14:paraId="57F848D7" w14:textId="77777777" w:rsidTr="00200413">
        <w:trPr>
          <w:trHeight w:val="1163"/>
          <w:tblHeader/>
          <w:tblCellSpacing w:w="15" w:type="dxa"/>
        </w:trPr>
        <w:tc>
          <w:tcPr>
            <w:tcW w:w="0" w:type="auto"/>
            <w:tcBorders>
              <w:top w:val="single" w:sz="12" w:space="0" w:color="auto"/>
              <w:left w:val="single" w:sz="12" w:space="0" w:color="auto"/>
              <w:bottom w:val="single" w:sz="12" w:space="0" w:color="auto"/>
              <w:right w:val="single" w:sz="12" w:space="0" w:color="auto"/>
            </w:tcBorders>
            <w:vAlign w:val="center"/>
            <w:hideMark/>
          </w:tcPr>
          <w:p w14:paraId="6056F4D2" w14:textId="77777777" w:rsidR="00E703A6" w:rsidRPr="00E703A6" w:rsidRDefault="00E703A6" w:rsidP="00E703A6">
            <w:pPr>
              <w:rPr>
                <w:b/>
                <w:bCs/>
                <w:sz w:val="28"/>
                <w:szCs w:val="28"/>
                <w:lang w:val="en-GB"/>
              </w:rPr>
            </w:pPr>
            <w:r w:rsidRPr="00E703A6">
              <w:rPr>
                <w:b/>
                <w:bCs/>
                <w:sz w:val="28"/>
                <w:szCs w:val="28"/>
                <w:lang w:val="en-GB"/>
              </w:rPr>
              <w:t>Input Data</w:t>
            </w:r>
          </w:p>
        </w:tc>
        <w:tc>
          <w:tcPr>
            <w:tcW w:w="0" w:type="auto"/>
            <w:tcBorders>
              <w:top w:val="single" w:sz="12" w:space="0" w:color="auto"/>
              <w:bottom w:val="single" w:sz="12" w:space="0" w:color="auto"/>
              <w:right w:val="single" w:sz="12" w:space="0" w:color="auto"/>
            </w:tcBorders>
            <w:vAlign w:val="center"/>
            <w:hideMark/>
          </w:tcPr>
          <w:p w14:paraId="02FAF5FB" w14:textId="77777777" w:rsidR="00E703A6" w:rsidRPr="00E703A6" w:rsidRDefault="00E703A6" w:rsidP="00E703A6">
            <w:pPr>
              <w:rPr>
                <w:b/>
                <w:bCs/>
                <w:sz w:val="28"/>
                <w:szCs w:val="28"/>
                <w:lang w:val="en-GB"/>
              </w:rPr>
            </w:pPr>
            <w:r w:rsidRPr="00E703A6">
              <w:rPr>
                <w:b/>
                <w:bCs/>
                <w:sz w:val="28"/>
                <w:szCs w:val="28"/>
                <w:lang w:val="en-GB"/>
              </w:rPr>
              <w:t>Expected Output</w:t>
            </w:r>
          </w:p>
        </w:tc>
        <w:tc>
          <w:tcPr>
            <w:tcW w:w="0" w:type="auto"/>
            <w:tcBorders>
              <w:top w:val="single" w:sz="12" w:space="0" w:color="auto"/>
              <w:bottom w:val="single" w:sz="12" w:space="0" w:color="auto"/>
            </w:tcBorders>
            <w:vAlign w:val="center"/>
            <w:hideMark/>
          </w:tcPr>
          <w:p w14:paraId="70BB61EB" w14:textId="77777777" w:rsidR="00E703A6" w:rsidRPr="00E703A6" w:rsidRDefault="00E703A6" w:rsidP="00E703A6">
            <w:pPr>
              <w:rPr>
                <w:b/>
                <w:bCs/>
                <w:sz w:val="28"/>
                <w:szCs w:val="28"/>
                <w:lang w:val="en-GB"/>
              </w:rPr>
            </w:pPr>
            <w:r w:rsidRPr="00E703A6">
              <w:rPr>
                <w:b/>
                <w:bCs/>
                <w:sz w:val="28"/>
                <w:szCs w:val="28"/>
                <w:lang w:val="en-GB"/>
              </w:rPr>
              <w:t>Actual Output</w:t>
            </w:r>
          </w:p>
        </w:tc>
        <w:tc>
          <w:tcPr>
            <w:tcW w:w="0" w:type="auto"/>
            <w:tcBorders>
              <w:top w:val="single" w:sz="12" w:space="0" w:color="auto"/>
              <w:left w:val="single" w:sz="12" w:space="0" w:color="auto"/>
              <w:bottom w:val="single" w:sz="12" w:space="0" w:color="auto"/>
              <w:right w:val="single" w:sz="12" w:space="0" w:color="auto"/>
            </w:tcBorders>
            <w:vAlign w:val="center"/>
            <w:hideMark/>
          </w:tcPr>
          <w:p w14:paraId="5FA85601" w14:textId="77777777" w:rsidR="00E703A6" w:rsidRPr="00E703A6" w:rsidRDefault="00E703A6" w:rsidP="00E703A6">
            <w:pPr>
              <w:rPr>
                <w:b/>
                <w:bCs/>
                <w:sz w:val="28"/>
                <w:szCs w:val="28"/>
                <w:lang w:val="en-GB"/>
              </w:rPr>
            </w:pPr>
            <w:r w:rsidRPr="00E703A6">
              <w:rPr>
                <w:b/>
                <w:bCs/>
                <w:sz w:val="28"/>
                <w:szCs w:val="28"/>
                <w:lang w:val="en-GB"/>
              </w:rPr>
              <w:t>Result</w:t>
            </w:r>
          </w:p>
        </w:tc>
      </w:tr>
      <w:tr w:rsidR="00E703A6" w:rsidRPr="00E703A6" w14:paraId="2E3341C0" w14:textId="77777777" w:rsidTr="00200413">
        <w:trPr>
          <w:trHeight w:val="1133"/>
          <w:tblCellSpacing w:w="15" w:type="dxa"/>
        </w:trPr>
        <w:tc>
          <w:tcPr>
            <w:tcW w:w="0" w:type="auto"/>
            <w:tcBorders>
              <w:left w:val="single" w:sz="12" w:space="0" w:color="auto"/>
              <w:bottom w:val="single" w:sz="12" w:space="0" w:color="auto"/>
              <w:right w:val="single" w:sz="12" w:space="0" w:color="auto"/>
            </w:tcBorders>
            <w:vAlign w:val="center"/>
            <w:hideMark/>
          </w:tcPr>
          <w:p w14:paraId="6B0F5032" w14:textId="77777777" w:rsidR="00E703A6" w:rsidRPr="00E703A6" w:rsidRDefault="00E703A6" w:rsidP="00E703A6">
            <w:pPr>
              <w:rPr>
                <w:sz w:val="28"/>
                <w:szCs w:val="28"/>
                <w:lang w:val="en-GB"/>
              </w:rPr>
            </w:pPr>
            <w:r w:rsidRPr="00E703A6">
              <w:rPr>
                <w:sz w:val="28"/>
                <w:szCs w:val="28"/>
                <w:lang w:val="en-GB"/>
              </w:rPr>
              <w:lastRenderedPageBreak/>
              <w:t>100 random numbers</w:t>
            </w:r>
          </w:p>
        </w:tc>
        <w:tc>
          <w:tcPr>
            <w:tcW w:w="0" w:type="auto"/>
            <w:tcBorders>
              <w:bottom w:val="single" w:sz="12" w:space="0" w:color="auto"/>
              <w:right w:val="single" w:sz="12" w:space="0" w:color="auto"/>
            </w:tcBorders>
            <w:vAlign w:val="center"/>
            <w:hideMark/>
          </w:tcPr>
          <w:p w14:paraId="4584842D" w14:textId="77777777" w:rsidR="00E703A6" w:rsidRPr="00E703A6" w:rsidRDefault="00E703A6" w:rsidP="00E703A6">
            <w:pPr>
              <w:rPr>
                <w:sz w:val="28"/>
                <w:szCs w:val="28"/>
                <w:lang w:val="en-GB"/>
              </w:rPr>
            </w:pPr>
            <w:r w:rsidRPr="00E703A6">
              <w:rPr>
                <w:sz w:val="28"/>
                <w:szCs w:val="28"/>
                <w:lang w:val="en-GB"/>
              </w:rPr>
              <w:t>Numbers sorted correctly</w:t>
            </w:r>
          </w:p>
        </w:tc>
        <w:tc>
          <w:tcPr>
            <w:tcW w:w="0" w:type="auto"/>
            <w:tcBorders>
              <w:bottom w:val="single" w:sz="12" w:space="0" w:color="auto"/>
            </w:tcBorders>
            <w:vAlign w:val="center"/>
            <w:hideMark/>
          </w:tcPr>
          <w:p w14:paraId="07CF8F7D" w14:textId="77777777" w:rsidR="00E703A6" w:rsidRPr="00E703A6" w:rsidRDefault="00E703A6" w:rsidP="00E703A6">
            <w:pPr>
              <w:rPr>
                <w:sz w:val="28"/>
                <w:szCs w:val="28"/>
                <w:lang w:val="en-GB"/>
              </w:rPr>
            </w:pPr>
            <w:r w:rsidRPr="00E703A6">
              <w:rPr>
                <w:sz w:val="28"/>
                <w:szCs w:val="28"/>
                <w:lang w:val="en-GB"/>
              </w:rPr>
              <w:t>Numbers sorted correctly</w:t>
            </w:r>
          </w:p>
        </w:tc>
        <w:tc>
          <w:tcPr>
            <w:tcW w:w="0" w:type="auto"/>
            <w:tcBorders>
              <w:left w:val="single" w:sz="12" w:space="0" w:color="auto"/>
              <w:bottom w:val="single" w:sz="12" w:space="0" w:color="auto"/>
              <w:right w:val="single" w:sz="12" w:space="0" w:color="auto"/>
            </w:tcBorders>
            <w:vAlign w:val="center"/>
            <w:hideMark/>
          </w:tcPr>
          <w:p w14:paraId="40C0596B" w14:textId="77777777" w:rsidR="00E703A6" w:rsidRPr="00E703A6" w:rsidRDefault="00E703A6" w:rsidP="00E703A6">
            <w:pPr>
              <w:rPr>
                <w:sz w:val="28"/>
                <w:szCs w:val="28"/>
                <w:lang w:val="en-GB"/>
              </w:rPr>
            </w:pPr>
            <w:r w:rsidRPr="00E703A6">
              <w:rPr>
                <w:sz w:val="28"/>
                <w:szCs w:val="28"/>
                <w:lang w:val="en-GB"/>
              </w:rPr>
              <w:t>Pass</w:t>
            </w:r>
          </w:p>
        </w:tc>
      </w:tr>
    </w:tbl>
    <w:p w14:paraId="7F6E4175" w14:textId="77777777" w:rsidR="00E703A6" w:rsidRPr="00200413" w:rsidRDefault="00E703A6" w:rsidP="00E703A6">
      <w:pPr>
        <w:rPr>
          <w:sz w:val="40"/>
          <w:szCs w:val="40"/>
          <w:lang w:val="en-GB"/>
        </w:rPr>
      </w:pPr>
      <w:r w:rsidRPr="00200413">
        <w:rPr>
          <w:sz w:val="40"/>
          <w:szCs w:val="40"/>
          <w:lang w:val="en-GB"/>
        </w:rPr>
        <w:t>Explanation</w:t>
      </w:r>
    </w:p>
    <w:p w14:paraId="43D2161F" w14:textId="77777777" w:rsidR="00E703A6" w:rsidRPr="00E703A6" w:rsidRDefault="00E703A6" w:rsidP="00E703A6">
      <w:pPr>
        <w:rPr>
          <w:sz w:val="28"/>
          <w:szCs w:val="28"/>
          <w:lang w:val="en-GB"/>
        </w:rPr>
      </w:pPr>
      <w:r w:rsidRPr="00E703A6">
        <w:rPr>
          <w:sz w:val="28"/>
          <w:szCs w:val="28"/>
          <w:lang w:val="en-GB"/>
        </w:rPr>
        <w:t>The model sorted the larger dataset successfully without major issues. The processing time increased slightly because of the larger dataset, but the output remained accurate.</w:t>
      </w:r>
    </w:p>
    <w:p w14:paraId="4D829F99" w14:textId="3374C110" w:rsidR="00E703A6" w:rsidRPr="00E703A6" w:rsidRDefault="00E703A6" w:rsidP="00E703A6">
      <w:pPr>
        <w:rPr>
          <w:sz w:val="28"/>
          <w:szCs w:val="28"/>
          <w:lang w:val="en-GB"/>
        </w:rPr>
      </w:pPr>
      <w:r w:rsidRPr="00E703A6">
        <w:rPr>
          <w:sz w:val="28"/>
          <w:szCs w:val="28"/>
          <w:lang w:val="en-GB"/>
        </w:rPr>
        <w:t>This test showed that the model was scalable and could work with larger amounts of information.</w:t>
      </w:r>
    </w:p>
    <w:p w14:paraId="2731A001" w14:textId="77777777" w:rsidR="00E703A6" w:rsidRPr="00200413" w:rsidRDefault="00E703A6" w:rsidP="00E703A6">
      <w:pPr>
        <w:rPr>
          <w:sz w:val="40"/>
          <w:szCs w:val="40"/>
          <w:lang w:val="en-GB"/>
        </w:rPr>
      </w:pPr>
      <w:r w:rsidRPr="00200413">
        <w:rPr>
          <w:sz w:val="40"/>
          <w:szCs w:val="40"/>
          <w:lang w:val="en-GB"/>
        </w:rPr>
        <w:t>Importance of Final Testing</w:t>
      </w:r>
    </w:p>
    <w:p w14:paraId="35D3FDA9" w14:textId="77777777" w:rsidR="00E703A6" w:rsidRPr="00E703A6" w:rsidRDefault="00E703A6" w:rsidP="00E703A6">
      <w:pPr>
        <w:rPr>
          <w:sz w:val="28"/>
          <w:szCs w:val="28"/>
          <w:lang w:val="en-GB"/>
        </w:rPr>
      </w:pPr>
      <w:r w:rsidRPr="00E703A6">
        <w:rPr>
          <w:sz w:val="28"/>
          <w:szCs w:val="28"/>
          <w:lang w:val="en-GB"/>
        </w:rPr>
        <w:t>Final testing is very important because it helps confirm that the model works correctly before completion. Testing allows programmers to:</w:t>
      </w:r>
    </w:p>
    <w:p w14:paraId="20B7182F" w14:textId="77777777" w:rsidR="00E703A6" w:rsidRPr="00E703A6" w:rsidRDefault="00E703A6" w:rsidP="002B4F7D">
      <w:pPr>
        <w:numPr>
          <w:ilvl w:val="0"/>
          <w:numId w:val="43"/>
        </w:numPr>
        <w:rPr>
          <w:sz w:val="28"/>
          <w:szCs w:val="28"/>
          <w:lang w:val="en-GB"/>
        </w:rPr>
      </w:pPr>
      <w:r w:rsidRPr="00E703A6">
        <w:rPr>
          <w:sz w:val="28"/>
          <w:szCs w:val="28"/>
          <w:lang w:val="en-GB"/>
        </w:rPr>
        <w:t xml:space="preserve">Identify errors </w:t>
      </w:r>
    </w:p>
    <w:p w14:paraId="2B278A1C" w14:textId="77777777" w:rsidR="00E703A6" w:rsidRPr="00E703A6" w:rsidRDefault="00E703A6" w:rsidP="002B4F7D">
      <w:pPr>
        <w:numPr>
          <w:ilvl w:val="0"/>
          <w:numId w:val="43"/>
        </w:numPr>
        <w:rPr>
          <w:sz w:val="28"/>
          <w:szCs w:val="28"/>
          <w:lang w:val="en-GB"/>
        </w:rPr>
      </w:pPr>
      <w:r w:rsidRPr="00E703A6">
        <w:rPr>
          <w:sz w:val="28"/>
          <w:szCs w:val="28"/>
          <w:lang w:val="en-GB"/>
        </w:rPr>
        <w:t xml:space="preserve">Improve accuracy </w:t>
      </w:r>
    </w:p>
    <w:p w14:paraId="26EA0F24" w14:textId="77777777" w:rsidR="00E703A6" w:rsidRPr="00E703A6" w:rsidRDefault="00E703A6" w:rsidP="002B4F7D">
      <w:pPr>
        <w:numPr>
          <w:ilvl w:val="0"/>
          <w:numId w:val="43"/>
        </w:numPr>
        <w:rPr>
          <w:sz w:val="28"/>
          <w:szCs w:val="28"/>
          <w:lang w:val="en-GB"/>
        </w:rPr>
      </w:pPr>
      <w:r w:rsidRPr="00E703A6">
        <w:rPr>
          <w:sz w:val="28"/>
          <w:szCs w:val="28"/>
          <w:lang w:val="en-GB"/>
        </w:rPr>
        <w:t xml:space="preserve">Check performance </w:t>
      </w:r>
    </w:p>
    <w:p w14:paraId="7C53B00A" w14:textId="77777777" w:rsidR="00E703A6" w:rsidRPr="00E703A6" w:rsidRDefault="00E703A6" w:rsidP="002B4F7D">
      <w:pPr>
        <w:numPr>
          <w:ilvl w:val="0"/>
          <w:numId w:val="43"/>
        </w:numPr>
        <w:rPr>
          <w:sz w:val="28"/>
          <w:szCs w:val="28"/>
          <w:lang w:val="en-GB"/>
        </w:rPr>
      </w:pPr>
      <w:r w:rsidRPr="00E703A6">
        <w:rPr>
          <w:sz w:val="28"/>
          <w:szCs w:val="28"/>
          <w:lang w:val="en-GB"/>
        </w:rPr>
        <w:t xml:space="preserve">Improve reliability </w:t>
      </w:r>
    </w:p>
    <w:p w14:paraId="31957947" w14:textId="77777777" w:rsidR="00E703A6" w:rsidRPr="00E703A6" w:rsidRDefault="00E703A6" w:rsidP="002B4F7D">
      <w:pPr>
        <w:numPr>
          <w:ilvl w:val="0"/>
          <w:numId w:val="43"/>
        </w:numPr>
        <w:rPr>
          <w:sz w:val="28"/>
          <w:szCs w:val="28"/>
          <w:lang w:val="en-GB"/>
        </w:rPr>
      </w:pPr>
      <w:r w:rsidRPr="00E703A6">
        <w:rPr>
          <w:sz w:val="28"/>
          <w:szCs w:val="28"/>
          <w:lang w:val="en-GB"/>
        </w:rPr>
        <w:t xml:space="preserve">Ensure correct outputs </w:t>
      </w:r>
    </w:p>
    <w:p w14:paraId="4E5A6631" w14:textId="77777777" w:rsidR="00E703A6" w:rsidRPr="00E703A6" w:rsidRDefault="00E703A6" w:rsidP="00E703A6">
      <w:pPr>
        <w:rPr>
          <w:sz w:val="28"/>
          <w:szCs w:val="28"/>
          <w:lang w:val="en-GB"/>
        </w:rPr>
      </w:pPr>
      <w:r w:rsidRPr="00E703A6">
        <w:rPr>
          <w:sz w:val="28"/>
          <w:szCs w:val="28"/>
          <w:lang w:val="en-GB"/>
        </w:rPr>
        <w:t>Without testing, systems may produce incorrect results or fail during real-world use.</w:t>
      </w:r>
    </w:p>
    <w:p w14:paraId="7D0F57FD" w14:textId="77777777" w:rsidR="00E703A6" w:rsidRPr="00E703A6" w:rsidRDefault="00E703A6" w:rsidP="00E703A6">
      <w:pPr>
        <w:rPr>
          <w:sz w:val="28"/>
          <w:szCs w:val="28"/>
          <w:lang w:val="en-GB"/>
        </w:rPr>
      </w:pPr>
      <w:r w:rsidRPr="00E703A6">
        <w:rPr>
          <w:sz w:val="28"/>
          <w:szCs w:val="28"/>
          <w:lang w:val="en-GB"/>
        </w:rPr>
        <w:t>Testing is used in many real-world systems such as:</w:t>
      </w:r>
    </w:p>
    <w:p w14:paraId="50AF7E38" w14:textId="77777777" w:rsidR="00E703A6" w:rsidRPr="00E703A6" w:rsidRDefault="00E703A6" w:rsidP="002B4F7D">
      <w:pPr>
        <w:numPr>
          <w:ilvl w:val="0"/>
          <w:numId w:val="44"/>
        </w:numPr>
        <w:rPr>
          <w:sz w:val="28"/>
          <w:szCs w:val="28"/>
          <w:lang w:val="en-GB"/>
        </w:rPr>
      </w:pPr>
      <w:r w:rsidRPr="00E703A6">
        <w:rPr>
          <w:sz w:val="28"/>
          <w:szCs w:val="28"/>
          <w:lang w:val="en-GB"/>
        </w:rPr>
        <w:t xml:space="preserve">Banking software </w:t>
      </w:r>
    </w:p>
    <w:p w14:paraId="778A072D" w14:textId="77777777" w:rsidR="00E703A6" w:rsidRPr="00E703A6" w:rsidRDefault="00E703A6" w:rsidP="002B4F7D">
      <w:pPr>
        <w:numPr>
          <w:ilvl w:val="0"/>
          <w:numId w:val="44"/>
        </w:numPr>
        <w:rPr>
          <w:sz w:val="28"/>
          <w:szCs w:val="28"/>
          <w:lang w:val="en-GB"/>
        </w:rPr>
      </w:pPr>
      <w:r w:rsidRPr="00E703A6">
        <w:rPr>
          <w:sz w:val="28"/>
          <w:szCs w:val="28"/>
          <w:lang w:val="en-GB"/>
        </w:rPr>
        <w:t xml:space="preserve">Websites </w:t>
      </w:r>
    </w:p>
    <w:p w14:paraId="05424B94" w14:textId="77777777" w:rsidR="00E703A6" w:rsidRPr="00E703A6" w:rsidRDefault="00E703A6" w:rsidP="002B4F7D">
      <w:pPr>
        <w:numPr>
          <w:ilvl w:val="0"/>
          <w:numId w:val="44"/>
        </w:numPr>
        <w:rPr>
          <w:sz w:val="28"/>
          <w:szCs w:val="28"/>
          <w:lang w:val="en-GB"/>
        </w:rPr>
      </w:pPr>
      <w:r w:rsidRPr="00E703A6">
        <w:rPr>
          <w:sz w:val="28"/>
          <w:szCs w:val="28"/>
          <w:lang w:val="en-GB"/>
        </w:rPr>
        <w:t xml:space="preserve">Games </w:t>
      </w:r>
    </w:p>
    <w:p w14:paraId="5B5A148D" w14:textId="77777777" w:rsidR="00E703A6" w:rsidRPr="00E703A6" w:rsidRDefault="00E703A6" w:rsidP="002B4F7D">
      <w:pPr>
        <w:numPr>
          <w:ilvl w:val="0"/>
          <w:numId w:val="44"/>
        </w:numPr>
        <w:rPr>
          <w:sz w:val="28"/>
          <w:szCs w:val="28"/>
          <w:lang w:val="en-GB"/>
        </w:rPr>
      </w:pPr>
      <w:r w:rsidRPr="00E703A6">
        <w:rPr>
          <w:sz w:val="28"/>
          <w:szCs w:val="28"/>
          <w:lang w:val="en-GB"/>
        </w:rPr>
        <w:t xml:space="preserve">School systems </w:t>
      </w:r>
    </w:p>
    <w:p w14:paraId="29D3505F" w14:textId="77777777" w:rsidR="00E703A6" w:rsidRPr="00E703A6" w:rsidRDefault="00E703A6" w:rsidP="002B4F7D">
      <w:pPr>
        <w:numPr>
          <w:ilvl w:val="0"/>
          <w:numId w:val="44"/>
        </w:numPr>
        <w:rPr>
          <w:sz w:val="28"/>
          <w:szCs w:val="28"/>
          <w:lang w:val="en-GB"/>
        </w:rPr>
      </w:pPr>
      <w:r w:rsidRPr="00E703A6">
        <w:rPr>
          <w:sz w:val="28"/>
          <w:szCs w:val="28"/>
          <w:lang w:val="en-GB"/>
        </w:rPr>
        <w:lastRenderedPageBreak/>
        <w:t xml:space="preserve">Mobile applications </w:t>
      </w:r>
    </w:p>
    <w:p w14:paraId="649E55C0" w14:textId="77777777" w:rsidR="00E703A6" w:rsidRPr="00E703A6" w:rsidRDefault="00E703A6" w:rsidP="00E703A6">
      <w:pPr>
        <w:rPr>
          <w:sz w:val="28"/>
          <w:szCs w:val="28"/>
          <w:lang w:val="en-GB"/>
        </w:rPr>
      </w:pPr>
      <w:r w:rsidRPr="00E703A6">
        <w:rPr>
          <w:sz w:val="28"/>
          <w:szCs w:val="28"/>
          <w:lang w:val="en-GB"/>
        </w:rPr>
        <w:t>The final testing stage showed that my sorting model worked correctly in different situations. The model successfully handled random numbers, empty datasets, duplicate values, reverse order lists, and large inputs.</w:t>
      </w:r>
    </w:p>
    <w:p w14:paraId="294C9100" w14:textId="77777777" w:rsidR="00E703A6" w:rsidRDefault="00E703A6" w:rsidP="00E703A6">
      <w:pPr>
        <w:rPr>
          <w:sz w:val="28"/>
          <w:szCs w:val="28"/>
          <w:lang w:val="en-GB"/>
        </w:rPr>
      </w:pPr>
      <w:r w:rsidRPr="00E703A6">
        <w:rPr>
          <w:sz w:val="28"/>
          <w:szCs w:val="28"/>
          <w:lang w:val="en-GB"/>
        </w:rPr>
        <w:t>Testing also helped improve the reliability and accuracy of the system. This process helped me understand how important testing is in computational thinking and software development because reliable systems must always be checked carefully before being fully completed.</w:t>
      </w:r>
    </w:p>
    <w:p w14:paraId="6CDD70CE" w14:textId="5F6C866E" w:rsidR="00756FC2" w:rsidRDefault="00756FC2" w:rsidP="00E703A6">
      <w:pPr>
        <w:rPr>
          <w:sz w:val="28"/>
          <w:szCs w:val="28"/>
          <w:lang w:val="en-GB"/>
        </w:rPr>
      </w:pPr>
    </w:p>
    <w:p w14:paraId="0D1DD767" w14:textId="4CDD3E31" w:rsidR="0077679C" w:rsidRDefault="0077679C" w:rsidP="00E703A6">
      <w:pPr>
        <w:rPr>
          <w:sz w:val="28"/>
          <w:szCs w:val="28"/>
          <w:lang w:val="en-GB"/>
        </w:rPr>
      </w:pPr>
      <w:r>
        <w:rPr>
          <w:noProof/>
        </w:rPr>
        <w:drawing>
          <wp:inline distT="0" distB="0" distL="0" distR="0" wp14:anchorId="5EA7CB58" wp14:editId="6630DE3C">
            <wp:extent cx="4570206" cy="2459791"/>
            <wp:effectExtent l="0" t="0" r="0" b="0"/>
            <wp:docPr id="523314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31463" name=""/>
                    <pic:cNvPicPr/>
                  </pic:nvPicPr>
                  <pic:blipFill>
                    <a:blip r:embed="rId19"/>
                    <a:stretch>
                      <a:fillRect/>
                    </a:stretch>
                  </pic:blipFill>
                  <pic:spPr>
                    <a:xfrm>
                      <a:off x="0" y="0"/>
                      <a:ext cx="4570206" cy="2459791"/>
                    </a:xfrm>
                    <a:prstGeom prst="rect">
                      <a:avLst/>
                    </a:prstGeom>
                  </pic:spPr>
                </pic:pic>
              </a:graphicData>
            </a:graphic>
          </wp:inline>
        </w:drawing>
      </w:r>
    </w:p>
    <w:p w14:paraId="054F171A" w14:textId="77777777" w:rsidR="00AF77A8" w:rsidRPr="00617E50" w:rsidRDefault="00AF77A8" w:rsidP="00AF77A8">
      <w:pPr>
        <w:rPr>
          <w:sz w:val="40"/>
          <w:szCs w:val="40"/>
        </w:rPr>
      </w:pPr>
      <w:r w:rsidRPr="00617E50">
        <w:rPr>
          <w:sz w:val="40"/>
          <w:szCs w:val="40"/>
        </w:rPr>
        <w:t>Justify the design decision taken:</w:t>
      </w:r>
    </w:p>
    <w:p w14:paraId="463605D4" w14:textId="77777777" w:rsidR="00AF77A8" w:rsidRPr="00617E50" w:rsidRDefault="00AF77A8" w:rsidP="00AF77A8">
      <w:pPr>
        <w:rPr>
          <w:sz w:val="28"/>
          <w:szCs w:val="28"/>
        </w:rPr>
      </w:pPr>
      <w:r w:rsidRPr="00617E50">
        <w:rPr>
          <w:sz w:val="28"/>
          <w:szCs w:val="28"/>
        </w:rPr>
        <w:t xml:space="preserve">The main problem for this booklet was to find the best sorting algorithm against the 3 sorting algorithms merge, bubble and insertion, </w:t>
      </w:r>
      <w:r w:rsidRPr="00617E50">
        <w:rPr>
          <w:rFonts w:hint="eastAsia"/>
          <w:sz w:val="28"/>
          <w:szCs w:val="28"/>
        </w:rPr>
        <w:t>I</w:t>
      </w:r>
      <w:r w:rsidRPr="00617E50">
        <w:rPr>
          <w:sz w:val="28"/>
          <w:szCs w:val="28"/>
        </w:rPr>
        <w:t xml:space="preserve"> based it on how efficient they can be and </w:t>
      </w:r>
      <w:r w:rsidRPr="00617E50">
        <w:rPr>
          <w:rFonts w:hint="eastAsia"/>
          <w:sz w:val="28"/>
          <w:szCs w:val="28"/>
        </w:rPr>
        <w:t>I</w:t>
      </w:r>
      <w:r w:rsidRPr="00617E50">
        <w:rPr>
          <w:sz w:val="28"/>
          <w:szCs w:val="28"/>
        </w:rPr>
        <w:t xml:space="preserve"> found out </w:t>
      </w:r>
      <w:r w:rsidRPr="00617E50">
        <w:rPr>
          <w:rFonts w:hint="eastAsia"/>
          <w:sz w:val="28"/>
          <w:szCs w:val="28"/>
        </w:rPr>
        <w:t>that</w:t>
      </w:r>
      <w:r w:rsidRPr="00617E50">
        <w:rPr>
          <w:sz w:val="28"/>
          <w:szCs w:val="28"/>
        </w:rPr>
        <w:t xml:space="preserve"> bubble sort is the easiest sort and is best for shorter lists as it will take longer to use on long lists, insertion sort is also somewhat easy but it is still inefficient for longer lists. Finally, merge sort, this </w:t>
      </w:r>
      <w:r w:rsidRPr="00617E50">
        <w:rPr>
          <w:rFonts w:hint="eastAsia"/>
          <w:sz w:val="28"/>
          <w:szCs w:val="28"/>
        </w:rPr>
        <w:t>type o</w:t>
      </w:r>
      <w:r w:rsidRPr="00617E50">
        <w:rPr>
          <w:sz w:val="28"/>
          <w:szCs w:val="28"/>
        </w:rPr>
        <w:t xml:space="preserve">f sort takes the most memory out of insertion sort and bubble sort however it is the most efficient type of sort for long lists, and it is very straight forward, so it </w:t>
      </w:r>
      <w:r w:rsidRPr="00617E50">
        <w:rPr>
          <w:rFonts w:hint="eastAsia"/>
          <w:sz w:val="28"/>
          <w:szCs w:val="28"/>
        </w:rPr>
        <w:t>does</w:t>
      </w:r>
      <w:r w:rsidRPr="00617E50">
        <w:rPr>
          <w:sz w:val="28"/>
          <w:szCs w:val="28"/>
        </w:rPr>
        <w:t xml:space="preserve"> not take long to understand how merge sort works. So, after looking at the disadvantages and advantages of the 3 types of sorts </w:t>
      </w:r>
      <w:r w:rsidRPr="00617E50">
        <w:rPr>
          <w:rFonts w:hint="eastAsia"/>
          <w:sz w:val="28"/>
          <w:szCs w:val="28"/>
        </w:rPr>
        <w:t>I</w:t>
      </w:r>
      <w:r w:rsidRPr="00617E50">
        <w:rPr>
          <w:sz w:val="28"/>
          <w:szCs w:val="28"/>
        </w:rPr>
        <w:t xml:space="preserve"> chose to use merge sort as it is easy to understand, and it is the most efficient on longer lists so it works better than how insertion sort or merge sort will work. </w:t>
      </w:r>
    </w:p>
    <w:p w14:paraId="218A7780" w14:textId="77777777" w:rsidR="00AF77A8" w:rsidRPr="00617E50" w:rsidRDefault="00AF77A8" w:rsidP="00AF77A8">
      <w:pPr>
        <w:rPr>
          <w:sz w:val="28"/>
          <w:szCs w:val="28"/>
        </w:rPr>
      </w:pPr>
      <w:r w:rsidRPr="00617E50">
        <w:rPr>
          <w:sz w:val="28"/>
          <w:szCs w:val="28"/>
        </w:rPr>
        <w:lastRenderedPageBreak/>
        <w:t>My model works by breaking down the numbers into smaller pieces then building them back up together whilst being sorted before putting the whole list back together in ascending order as merge sort only sorts list into ascending order and not descending order. My excel model represents merge sort by first showing the full list in one column, then in the next column it take the first half of the list and sorts it and leave it in the second column, in the third column the bottom half of the list gets sorted then in the final list both the second and third column get put together in ascending order to finish the sequence. This model shows you step by step how to make your own model with instructions and it step by step tells shows you how the model works.</w:t>
      </w:r>
    </w:p>
    <w:p w14:paraId="5817290A" w14:textId="77777777" w:rsidR="00AF77A8" w:rsidRPr="00617E50" w:rsidRDefault="00AF77A8" w:rsidP="00AF77A8">
      <w:pPr>
        <w:rPr>
          <w:sz w:val="28"/>
          <w:szCs w:val="28"/>
        </w:rPr>
      </w:pPr>
      <w:r w:rsidRPr="00617E50">
        <w:rPr>
          <w:sz w:val="28"/>
          <w:szCs w:val="28"/>
        </w:rPr>
        <w:t xml:space="preserve">Additionally, the model shows you how sorting works with a visual representation of it using tables and bar graphs to lay it out and show it off with the bar graphs showing how the change looks like from the unsorted list to the sorted and the table showing how the actual sorting looks like. </w:t>
      </w:r>
    </w:p>
    <w:p w14:paraId="0B8E3FAD" w14:textId="77777777" w:rsidR="00AF77A8" w:rsidRPr="00617E50" w:rsidRDefault="00AF77A8" w:rsidP="00AF77A8">
      <w:pPr>
        <w:rPr>
          <w:sz w:val="40"/>
          <w:szCs w:val="40"/>
        </w:rPr>
      </w:pPr>
      <w:r w:rsidRPr="00617E50">
        <w:rPr>
          <w:sz w:val="40"/>
          <w:szCs w:val="40"/>
        </w:rPr>
        <w:t>Design constraints that I have considered are:</w:t>
      </w:r>
    </w:p>
    <w:p w14:paraId="6B2D778F" w14:textId="77777777" w:rsidR="00AF77A8" w:rsidRPr="00617E50" w:rsidRDefault="00AF77A8" w:rsidP="00AF77A8">
      <w:pPr>
        <w:rPr>
          <w:sz w:val="28"/>
          <w:szCs w:val="28"/>
        </w:rPr>
      </w:pPr>
      <w:r w:rsidRPr="00617E50">
        <w:rPr>
          <w:sz w:val="28"/>
          <w:szCs w:val="28"/>
        </w:rPr>
        <w:t xml:space="preserve">Usability so other users can use my model which is easy and they can play around with the numbers so they can understand how merge sort works. So, </w:t>
      </w:r>
      <w:r w:rsidRPr="00617E50">
        <w:rPr>
          <w:rFonts w:hint="eastAsia"/>
          <w:sz w:val="28"/>
          <w:szCs w:val="28"/>
        </w:rPr>
        <w:t>I</w:t>
      </w:r>
      <w:r w:rsidRPr="00617E50">
        <w:rPr>
          <w:sz w:val="28"/>
          <w:szCs w:val="28"/>
        </w:rPr>
        <w:t xml:space="preserve"> used </w:t>
      </w:r>
      <w:r w:rsidRPr="00617E50">
        <w:rPr>
          <w:rFonts w:hint="eastAsia"/>
          <w:sz w:val="28"/>
          <w:szCs w:val="28"/>
        </w:rPr>
        <w:t>Microsoft</w:t>
      </w:r>
      <w:r w:rsidRPr="00617E50">
        <w:rPr>
          <w:sz w:val="28"/>
          <w:szCs w:val="28"/>
        </w:rPr>
        <w:t xml:space="preserve"> excel as it is easy to use and if anyone were to make their own model that they can use the instructions that are in the document.</w:t>
      </w:r>
    </w:p>
    <w:p w14:paraId="4A508D21" w14:textId="4A0D67BC" w:rsidR="00AF77A8" w:rsidRPr="00617E50" w:rsidRDefault="00AF77A8" w:rsidP="00AF77A8">
      <w:pPr>
        <w:rPr>
          <w:sz w:val="28"/>
          <w:szCs w:val="28"/>
        </w:rPr>
      </w:pPr>
      <w:r w:rsidRPr="00617E50">
        <w:rPr>
          <w:sz w:val="28"/>
          <w:szCs w:val="28"/>
        </w:rPr>
        <w:t xml:space="preserve">Clarity and visual feedback: I </w:t>
      </w:r>
      <w:proofErr w:type="spellStart"/>
      <w:r w:rsidRPr="00617E50">
        <w:rPr>
          <w:sz w:val="28"/>
          <w:szCs w:val="28"/>
        </w:rPr>
        <w:t>colour</w:t>
      </w:r>
      <w:proofErr w:type="spellEnd"/>
      <w:r w:rsidRPr="00617E50">
        <w:rPr>
          <w:sz w:val="28"/>
          <w:szCs w:val="28"/>
        </w:rPr>
        <w:t xml:space="preserve"> coded the bar graphs, so it is more easier for users to know which chart is the sorted one and which is the unsorted one. This also makes presentation better due to the </w:t>
      </w:r>
      <w:proofErr w:type="spellStart"/>
      <w:r w:rsidRPr="00617E50">
        <w:rPr>
          <w:sz w:val="28"/>
          <w:szCs w:val="28"/>
        </w:rPr>
        <w:t>colours</w:t>
      </w:r>
      <w:proofErr w:type="spellEnd"/>
      <w:r w:rsidRPr="00617E50">
        <w:rPr>
          <w:sz w:val="28"/>
          <w:szCs w:val="28"/>
        </w:rPr>
        <w:t xml:space="preserve"> coordinating with the sorted and unsorted charts for merge sort.</w:t>
      </w:r>
      <w:r w:rsidRPr="00617E50">
        <w:rPr>
          <w:noProof/>
          <w:sz w:val="28"/>
          <w:szCs w:val="28"/>
        </w:rPr>
        <w:t xml:space="preserve"> </w:t>
      </w:r>
    </w:p>
    <w:p w14:paraId="0F42FF49" w14:textId="77777777" w:rsidR="00AF77A8" w:rsidRPr="00617E50" w:rsidRDefault="00AF77A8" w:rsidP="00AF77A8">
      <w:pPr>
        <w:rPr>
          <w:sz w:val="40"/>
          <w:szCs w:val="40"/>
        </w:rPr>
      </w:pPr>
      <w:r w:rsidRPr="00617E50">
        <w:rPr>
          <w:sz w:val="40"/>
          <w:szCs w:val="40"/>
        </w:rPr>
        <w:t>Use optical thinking to refine the model:</w:t>
      </w:r>
    </w:p>
    <w:p w14:paraId="18485443" w14:textId="77777777" w:rsidR="00AF77A8" w:rsidRPr="00617E50" w:rsidRDefault="00AF77A8" w:rsidP="00AF77A8">
      <w:pPr>
        <w:rPr>
          <w:sz w:val="28"/>
          <w:szCs w:val="28"/>
        </w:rPr>
      </w:pPr>
      <w:r w:rsidRPr="00617E50">
        <w:rPr>
          <w:sz w:val="28"/>
          <w:szCs w:val="28"/>
        </w:rPr>
        <w:t xml:space="preserve">Once </w:t>
      </w:r>
      <w:r w:rsidRPr="00617E50">
        <w:rPr>
          <w:rFonts w:hint="eastAsia"/>
          <w:sz w:val="28"/>
          <w:szCs w:val="28"/>
        </w:rPr>
        <w:t>I</w:t>
      </w:r>
      <w:r w:rsidRPr="00617E50">
        <w:rPr>
          <w:sz w:val="28"/>
          <w:szCs w:val="28"/>
        </w:rPr>
        <w:t xml:space="preserve"> confirmed </w:t>
      </w:r>
      <w:r w:rsidRPr="00617E50">
        <w:rPr>
          <w:rFonts w:hint="eastAsia"/>
          <w:sz w:val="28"/>
          <w:szCs w:val="28"/>
        </w:rPr>
        <w:t>that</w:t>
      </w:r>
      <w:r w:rsidRPr="00617E50">
        <w:rPr>
          <w:sz w:val="28"/>
          <w:szCs w:val="28"/>
        </w:rPr>
        <w:t xml:space="preserve"> my model that </w:t>
      </w:r>
      <w:r w:rsidRPr="00617E50">
        <w:rPr>
          <w:rFonts w:hint="eastAsia"/>
          <w:sz w:val="28"/>
          <w:szCs w:val="28"/>
        </w:rPr>
        <w:t>I</w:t>
      </w:r>
      <w:r w:rsidRPr="00617E50">
        <w:rPr>
          <w:sz w:val="28"/>
          <w:szCs w:val="28"/>
        </w:rPr>
        <w:t xml:space="preserve"> made on </w:t>
      </w:r>
      <w:r w:rsidRPr="00617E50">
        <w:rPr>
          <w:rFonts w:hint="eastAsia"/>
          <w:sz w:val="28"/>
          <w:szCs w:val="28"/>
        </w:rPr>
        <w:t>Microsoft</w:t>
      </w:r>
      <w:r w:rsidRPr="00617E50">
        <w:rPr>
          <w:sz w:val="28"/>
          <w:szCs w:val="28"/>
        </w:rPr>
        <w:t xml:space="preserve"> excel works properly, </w:t>
      </w:r>
      <w:r w:rsidRPr="00617E50">
        <w:rPr>
          <w:rFonts w:hint="eastAsia"/>
          <w:sz w:val="28"/>
          <w:szCs w:val="28"/>
        </w:rPr>
        <w:t>I</w:t>
      </w:r>
      <w:r w:rsidRPr="00617E50">
        <w:rPr>
          <w:sz w:val="28"/>
          <w:szCs w:val="28"/>
        </w:rPr>
        <w:t xml:space="preserve"> wanted to change the presentation of the model, so it works well and it looks better than it is now.</w:t>
      </w:r>
    </w:p>
    <w:p w14:paraId="29D53F6B" w14:textId="77777777" w:rsidR="00AF77A8" w:rsidRPr="00617E50" w:rsidRDefault="00AF77A8" w:rsidP="00AF77A8">
      <w:pPr>
        <w:rPr>
          <w:sz w:val="28"/>
          <w:szCs w:val="28"/>
        </w:rPr>
      </w:pPr>
      <w:r w:rsidRPr="00617E50">
        <w:rPr>
          <w:sz w:val="28"/>
          <w:szCs w:val="28"/>
        </w:rPr>
        <w:t xml:space="preserve">I highlighted each part of the model so it’s more easier to know which parts are which and so it improves presentation. For this I used red for the column that contains the unsorted list, I used green for the column that contains the sorted list, I used yellow for the column that contains the first half of the list which is sorted and finally blue for the column that contains the bottom half of the list which is </w:t>
      </w:r>
      <w:r w:rsidRPr="00617E50">
        <w:rPr>
          <w:sz w:val="28"/>
          <w:szCs w:val="28"/>
        </w:rPr>
        <w:lastRenderedPageBreak/>
        <w:t>sorted. I made it like this so I could improve presentation and make it better for juniors to understand which part is which, so they do not get confused on which part of the model is which.</w:t>
      </w:r>
    </w:p>
    <w:p w14:paraId="74EEC4BC" w14:textId="4578FF3D" w:rsidR="00AF77A8" w:rsidRPr="00617E50" w:rsidRDefault="00AF77A8" w:rsidP="00AF77A8">
      <w:pPr>
        <w:rPr>
          <w:sz w:val="28"/>
          <w:szCs w:val="28"/>
        </w:rPr>
      </w:pPr>
      <w:r w:rsidRPr="00617E50">
        <w:rPr>
          <w:rFonts w:hint="eastAsia"/>
          <w:sz w:val="28"/>
          <w:szCs w:val="28"/>
        </w:rPr>
        <w:t>I</w:t>
      </w:r>
      <w:r w:rsidRPr="00617E50">
        <w:rPr>
          <w:sz w:val="28"/>
          <w:szCs w:val="28"/>
        </w:rPr>
        <w:t xml:space="preserve"> had to add an instructions section to my model as other would prefer to learn how to make their own model so to help them </w:t>
      </w:r>
      <w:r w:rsidRPr="00617E50">
        <w:rPr>
          <w:rFonts w:hint="eastAsia"/>
          <w:sz w:val="28"/>
          <w:szCs w:val="28"/>
        </w:rPr>
        <w:t>I</w:t>
      </w:r>
      <w:r w:rsidRPr="00617E50">
        <w:rPr>
          <w:sz w:val="28"/>
          <w:szCs w:val="28"/>
        </w:rPr>
        <w:t xml:space="preserve"> had made an instructions spreadsheet which tells you how to make the model from scratch easily.</w:t>
      </w:r>
      <w:r w:rsidR="007F31A7" w:rsidRPr="00617E50">
        <w:rPr>
          <w:noProof/>
          <w:sz w:val="28"/>
          <w:szCs w:val="28"/>
        </w:rPr>
        <w:t xml:space="preserve"> </w:t>
      </w:r>
    </w:p>
    <w:p w14:paraId="06FE4A79" w14:textId="77777777" w:rsidR="00AF77A8" w:rsidRPr="00617E50" w:rsidRDefault="00AF77A8" w:rsidP="00AF77A8">
      <w:pPr>
        <w:rPr>
          <w:sz w:val="28"/>
          <w:szCs w:val="28"/>
        </w:rPr>
      </w:pPr>
      <w:r w:rsidRPr="00617E50">
        <w:rPr>
          <w:sz w:val="28"/>
          <w:szCs w:val="28"/>
        </w:rPr>
        <w:t xml:space="preserve">I had also added empty </w:t>
      </w:r>
      <w:r w:rsidRPr="00617E50">
        <w:rPr>
          <w:rFonts w:hint="eastAsia"/>
          <w:sz w:val="28"/>
          <w:szCs w:val="28"/>
        </w:rPr>
        <w:t>rows</w:t>
      </w:r>
      <w:r w:rsidRPr="00617E50">
        <w:rPr>
          <w:sz w:val="28"/>
          <w:szCs w:val="28"/>
        </w:rPr>
        <w:t xml:space="preserve"> so </w:t>
      </w:r>
      <w:r w:rsidRPr="00617E50">
        <w:rPr>
          <w:rFonts w:hint="eastAsia"/>
          <w:sz w:val="28"/>
          <w:szCs w:val="28"/>
        </w:rPr>
        <w:t>I</w:t>
      </w:r>
      <w:r w:rsidRPr="00617E50">
        <w:rPr>
          <w:sz w:val="28"/>
          <w:szCs w:val="28"/>
        </w:rPr>
        <w:t xml:space="preserve"> could test longer lists with the model instead of making a whole new one to do it over again:</w:t>
      </w:r>
    </w:p>
    <w:p w14:paraId="4A6A4A99" w14:textId="77777777" w:rsidR="007F31A7" w:rsidRPr="00617E50" w:rsidRDefault="00AF77A8" w:rsidP="00AF77A8">
      <w:pPr>
        <w:rPr>
          <w:noProof/>
          <w:sz w:val="40"/>
          <w:szCs w:val="40"/>
        </w:rPr>
      </w:pPr>
      <w:r w:rsidRPr="00617E50">
        <w:rPr>
          <w:sz w:val="40"/>
          <w:szCs w:val="40"/>
        </w:rPr>
        <w:t>Before refinements:</w:t>
      </w:r>
      <w:r w:rsidR="007F31A7" w:rsidRPr="00617E50">
        <w:rPr>
          <w:noProof/>
          <w:sz w:val="40"/>
          <w:szCs w:val="40"/>
        </w:rPr>
        <w:t xml:space="preserve"> </w:t>
      </w:r>
    </w:p>
    <w:p w14:paraId="647BC644" w14:textId="08F21708" w:rsidR="00AF77A8" w:rsidRDefault="007F31A7" w:rsidP="00AF77A8">
      <w:r w:rsidRPr="00F44925">
        <w:rPr>
          <w:noProof/>
        </w:rPr>
        <w:drawing>
          <wp:inline distT="0" distB="0" distL="0" distR="0" wp14:anchorId="0DD30268" wp14:editId="218D9D5F">
            <wp:extent cx="4528186" cy="2950394"/>
            <wp:effectExtent l="0" t="0" r="5715" b="2540"/>
            <wp:docPr id="11463923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6731559" name=""/>
                    <pic:cNvPicPr/>
                  </pic:nvPicPr>
                  <pic:blipFill>
                    <a:blip r:embed="rId18"/>
                    <a:stretch>
                      <a:fillRect/>
                    </a:stretch>
                  </pic:blipFill>
                  <pic:spPr>
                    <a:xfrm>
                      <a:off x="0" y="0"/>
                      <a:ext cx="4552483" cy="2966225"/>
                    </a:xfrm>
                    <a:prstGeom prst="rect">
                      <a:avLst/>
                    </a:prstGeom>
                  </pic:spPr>
                </pic:pic>
              </a:graphicData>
            </a:graphic>
          </wp:inline>
        </w:drawing>
      </w:r>
    </w:p>
    <w:p w14:paraId="6A4C1F06" w14:textId="5392C719" w:rsidR="00AF77A8" w:rsidRDefault="00ED108B" w:rsidP="00E703A6">
      <w:pPr>
        <w:rPr>
          <w:sz w:val="28"/>
          <w:szCs w:val="28"/>
          <w:lang w:val="en-GB"/>
        </w:rPr>
      </w:pPr>
      <w:r>
        <w:rPr>
          <w:noProof/>
        </w:rPr>
        <w:drawing>
          <wp:inline distT="0" distB="0" distL="0" distR="0" wp14:anchorId="40ECDB88" wp14:editId="59AEB4E4">
            <wp:extent cx="5744471" cy="2743200"/>
            <wp:effectExtent l="0" t="0" r="8890" b="0"/>
            <wp:docPr id="108685017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562934" name="Picture 66562934"/>
                    <pic:cNvPicPr/>
                  </pic:nvPicPr>
                  <pic:blipFill>
                    <a:blip r:embed="rId10">
                      <a:extLst>
                        <a:ext uri="{28A0092B-C50C-407E-A947-70E740481C1C}">
                          <a14:useLocalDpi xmlns:a14="http://schemas.microsoft.com/office/drawing/2010/main"/>
                        </a:ext>
                      </a:extLst>
                    </a:blip>
                    <a:stretch>
                      <a:fillRect/>
                    </a:stretch>
                  </pic:blipFill>
                  <pic:spPr>
                    <a:xfrm>
                      <a:off x="0" y="0"/>
                      <a:ext cx="5780286" cy="2760303"/>
                    </a:xfrm>
                    <a:prstGeom prst="rect">
                      <a:avLst/>
                    </a:prstGeom>
                  </pic:spPr>
                </pic:pic>
              </a:graphicData>
            </a:graphic>
          </wp:inline>
        </w:drawing>
      </w:r>
    </w:p>
    <w:p w14:paraId="55D22910" w14:textId="3FBCEF23" w:rsidR="00D82A53" w:rsidRDefault="00D82A53" w:rsidP="00E703A6">
      <w:pPr>
        <w:rPr>
          <w:sz w:val="28"/>
          <w:szCs w:val="28"/>
          <w:lang w:val="en-GB"/>
        </w:rPr>
      </w:pPr>
      <w:r>
        <w:rPr>
          <w:noProof/>
        </w:rPr>
        <w:lastRenderedPageBreak/>
        <w:drawing>
          <wp:inline distT="0" distB="0" distL="0" distR="0" wp14:anchorId="22A2F7A1" wp14:editId="6102AA9C">
            <wp:extent cx="5731510" cy="2753360"/>
            <wp:effectExtent l="0" t="0" r="2540" b="8890"/>
            <wp:docPr id="4213778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1377837" name="Picture 421377837"/>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731510" cy="2753360"/>
                    </a:xfrm>
                    <a:prstGeom prst="rect">
                      <a:avLst/>
                    </a:prstGeom>
                  </pic:spPr>
                </pic:pic>
              </a:graphicData>
            </a:graphic>
          </wp:inline>
        </w:drawing>
      </w:r>
    </w:p>
    <w:p w14:paraId="00309021" w14:textId="6215E713" w:rsidR="00392682" w:rsidRDefault="00392682" w:rsidP="00E703A6">
      <w:pPr>
        <w:rPr>
          <w:sz w:val="28"/>
          <w:szCs w:val="28"/>
          <w:lang w:val="en-GB"/>
        </w:rPr>
      </w:pPr>
      <w:r>
        <w:rPr>
          <w:noProof/>
        </w:rPr>
        <w:drawing>
          <wp:inline distT="0" distB="0" distL="0" distR="0" wp14:anchorId="7D4EC0BB" wp14:editId="5144C5B0">
            <wp:extent cx="5731510" cy="2726690"/>
            <wp:effectExtent l="0" t="0" r="2540" b="0"/>
            <wp:docPr id="19583081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8308150" name="Picture 1958308150"/>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510" cy="2726690"/>
                    </a:xfrm>
                    <a:prstGeom prst="rect">
                      <a:avLst/>
                    </a:prstGeom>
                  </pic:spPr>
                </pic:pic>
              </a:graphicData>
            </a:graphic>
          </wp:inline>
        </w:drawing>
      </w:r>
    </w:p>
    <w:p w14:paraId="772C8DFB" w14:textId="2F95F4D9" w:rsidR="00392682" w:rsidRDefault="00142C93" w:rsidP="00E703A6">
      <w:pPr>
        <w:rPr>
          <w:sz w:val="28"/>
          <w:szCs w:val="28"/>
          <w:lang w:val="en-GB"/>
        </w:rPr>
      </w:pPr>
      <w:r>
        <w:rPr>
          <w:noProof/>
        </w:rPr>
        <w:drawing>
          <wp:inline distT="0" distB="0" distL="0" distR="0" wp14:anchorId="26DF05AC" wp14:editId="54E94CFB">
            <wp:extent cx="5663078" cy="3048000"/>
            <wp:effectExtent l="0" t="0" r="0" b="0"/>
            <wp:docPr id="1874626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31463" name=""/>
                    <pic:cNvPicPr/>
                  </pic:nvPicPr>
                  <pic:blipFill>
                    <a:blip r:embed="rId19"/>
                    <a:stretch>
                      <a:fillRect/>
                    </a:stretch>
                  </pic:blipFill>
                  <pic:spPr>
                    <a:xfrm>
                      <a:off x="0" y="0"/>
                      <a:ext cx="5671515" cy="3052541"/>
                    </a:xfrm>
                    <a:prstGeom prst="rect">
                      <a:avLst/>
                    </a:prstGeom>
                  </pic:spPr>
                </pic:pic>
              </a:graphicData>
            </a:graphic>
          </wp:inline>
        </w:drawing>
      </w:r>
    </w:p>
    <w:p w14:paraId="3792FF73" w14:textId="77777777" w:rsidR="00617E50" w:rsidRDefault="00617E50" w:rsidP="00617E50">
      <w:pPr>
        <w:rPr>
          <w:sz w:val="40"/>
          <w:szCs w:val="40"/>
        </w:rPr>
      </w:pPr>
      <w:r w:rsidRPr="00617E50">
        <w:rPr>
          <w:sz w:val="40"/>
          <w:szCs w:val="40"/>
        </w:rPr>
        <w:lastRenderedPageBreak/>
        <w:t>After refinements:</w:t>
      </w:r>
    </w:p>
    <w:p w14:paraId="65B6339A" w14:textId="6EEA7304" w:rsidR="00617E50" w:rsidRDefault="00D75677" w:rsidP="00617E50">
      <w:pPr>
        <w:rPr>
          <w:sz w:val="40"/>
          <w:szCs w:val="40"/>
        </w:rPr>
      </w:pPr>
      <w:r w:rsidRPr="00090139">
        <w:rPr>
          <w:noProof/>
        </w:rPr>
        <w:drawing>
          <wp:inline distT="0" distB="0" distL="0" distR="0" wp14:anchorId="334B5E09" wp14:editId="6D63433A">
            <wp:extent cx="4259386" cy="3514725"/>
            <wp:effectExtent l="0" t="0" r="8255" b="0"/>
            <wp:docPr id="2515496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549648" name=""/>
                    <pic:cNvPicPr/>
                  </pic:nvPicPr>
                  <pic:blipFill>
                    <a:blip r:embed="rId21"/>
                    <a:stretch>
                      <a:fillRect/>
                    </a:stretch>
                  </pic:blipFill>
                  <pic:spPr>
                    <a:xfrm>
                      <a:off x="0" y="0"/>
                      <a:ext cx="4267720" cy="3521602"/>
                    </a:xfrm>
                    <a:prstGeom prst="rect">
                      <a:avLst/>
                    </a:prstGeom>
                  </pic:spPr>
                </pic:pic>
              </a:graphicData>
            </a:graphic>
          </wp:inline>
        </w:drawing>
      </w:r>
    </w:p>
    <w:p w14:paraId="4DC3CB32" w14:textId="2B80D92A" w:rsidR="003F0448" w:rsidRDefault="003F0448" w:rsidP="00617E50">
      <w:pPr>
        <w:rPr>
          <w:sz w:val="40"/>
          <w:szCs w:val="40"/>
        </w:rPr>
      </w:pPr>
      <w:r w:rsidRPr="00EB617E">
        <w:rPr>
          <w:noProof/>
        </w:rPr>
        <w:drawing>
          <wp:inline distT="0" distB="0" distL="0" distR="0" wp14:anchorId="0917F262" wp14:editId="76BA5012">
            <wp:extent cx="4274208" cy="3667125"/>
            <wp:effectExtent l="0" t="0" r="0" b="0"/>
            <wp:docPr id="10710105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1010515" name=""/>
                    <pic:cNvPicPr/>
                  </pic:nvPicPr>
                  <pic:blipFill>
                    <a:blip r:embed="rId22"/>
                    <a:stretch>
                      <a:fillRect/>
                    </a:stretch>
                  </pic:blipFill>
                  <pic:spPr>
                    <a:xfrm>
                      <a:off x="0" y="0"/>
                      <a:ext cx="4316485" cy="3703397"/>
                    </a:xfrm>
                    <a:prstGeom prst="rect">
                      <a:avLst/>
                    </a:prstGeom>
                  </pic:spPr>
                </pic:pic>
              </a:graphicData>
            </a:graphic>
          </wp:inline>
        </w:drawing>
      </w:r>
    </w:p>
    <w:p w14:paraId="65703DF5" w14:textId="794C9D62" w:rsidR="003F0448" w:rsidRDefault="002F6029" w:rsidP="00617E50">
      <w:pPr>
        <w:rPr>
          <w:sz w:val="40"/>
          <w:szCs w:val="40"/>
        </w:rPr>
      </w:pPr>
      <w:r w:rsidRPr="00DE5E2D">
        <w:rPr>
          <w:noProof/>
        </w:rPr>
        <w:lastRenderedPageBreak/>
        <w:drawing>
          <wp:inline distT="0" distB="0" distL="0" distR="0" wp14:anchorId="0B3EC10D" wp14:editId="0180BA5C">
            <wp:extent cx="4324350" cy="3652173"/>
            <wp:effectExtent l="0" t="0" r="0" b="5715"/>
            <wp:docPr id="13842282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4228284" name=""/>
                    <pic:cNvPicPr/>
                  </pic:nvPicPr>
                  <pic:blipFill>
                    <a:blip r:embed="rId23"/>
                    <a:stretch>
                      <a:fillRect/>
                    </a:stretch>
                  </pic:blipFill>
                  <pic:spPr>
                    <a:xfrm>
                      <a:off x="0" y="0"/>
                      <a:ext cx="4327786" cy="3655075"/>
                    </a:xfrm>
                    <a:prstGeom prst="rect">
                      <a:avLst/>
                    </a:prstGeom>
                  </pic:spPr>
                </pic:pic>
              </a:graphicData>
            </a:graphic>
          </wp:inline>
        </w:drawing>
      </w:r>
    </w:p>
    <w:p w14:paraId="2FFED527" w14:textId="293823FA" w:rsidR="002F6029" w:rsidRDefault="00435041" w:rsidP="00617E50">
      <w:pPr>
        <w:rPr>
          <w:sz w:val="40"/>
          <w:szCs w:val="40"/>
        </w:rPr>
      </w:pPr>
      <w:r w:rsidRPr="00DE5E2D">
        <w:rPr>
          <w:b/>
          <w:bCs/>
          <w:noProof/>
        </w:rPr>
        <w:drawing>
          <wp:inline distT="0" distB="0" distL="0" distR="0" wp14:anchorId="69C8F1C7" wp14:editId="5CF055D4">
            <wp:extent cx="4394394" cy="3933825"/>
            <wp:effectExtent l="0" t="0" r="6350" b="0"/>
            <wp:docPr id="8989549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8954972" name=""/>
                    <pic:cNvPicPr/>
                  </pic:nvPicPr>
                  <pic:blipFill>
                    <a:blip r:embed="rId24"/>
                    <a:stretch>
                      <a:fillRect/>
                    </a:stretch>
                  </pic:blipFill>
                  <pic:spPr>
                    <a:xfrm>
                      <a:off x="0" y="0"/>
                      <a:ext cx="4419703" cy="3956482"/>
                    </a:xfrm>
                    <a:prstGeom prst="rect">
                      <a:avLst/>
                    </a:prstGeom>
                  </pic:spPr>
                </pic:pic>
              </a:graphicData>
            </a:graphic>
          </wp:inline>
        </w:drawing>
      </w:r>
    </w:p>
    <w:p w14:paraId="1E702FEA" w14:textId="372C16E3" w:rsidR="00435041" w:rsidRDefault="00741D31" w:rsidP="00617E50">
      <w:pPr>
        <w:rPr>
          <w:sz w:val="40"/>
          <w:szCs w:val="40"/>
        </w:rPr>
      </w:pPr>
      <w:r>
        <w:rPr>
          <w:b/>
          <w:bCs/>
          <w:noProof/>
        </w:rPr>
        <w:lastRenderedPageBreak/>
        <w:drawing>
          <wp:inline distT="0" distB="0" distL="0" distR="0" wp14:anchorId="3176E393" wp14:editId="39054177">
            <wp:extent cx="5731510" cy="2222500"/>
            <wp:effectExtent l="0" t="0" r="2540" b="6350"/>
            <wp:docPr id="188447179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4471791" name="Picture 188447179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731510" cy="2222500"/>
                    </a:xfrm>
                    <a:prstGeom prst="rect">
                      <a:avLst/>
                    </a:prstGeom>
                  </pic:spPr>
                </pic:pic>
              </a:graphicData>
            </a:graphic>
          </wp:inline>
        </w:drawing>
      </w:r>
    </w:p>
    <w:p w14:paraId="6929C282" w14:textId="77777777" w:rsidR="00292AA4" w:rsidRDefault="00292AA4" w:rsidP="00292AA4">
      <w:r>
        <w:t xml:space="preserve">I tested my finished model with other random lists to see if they work, below are all the tests </w:t>
      </w:r>
      <w:r>
        <w:rPr>
          <w:rFonts w:hint="eastAsia"/>
        </w:rPr>
        <w:t>I</w:t>
      </w:r>
      <w:r>
        <w:t xml:space="preserve"> had used on my excel document to make this model work. These are the results of my model and if it has passed or not:</w:t>
      </w:r>
    </w:p>
    <w:tbl>
      <w:tblPr>
        <w:tblStyle w:val="TableGrid"/>
        <w:tblW w:w="0" w:type="auto"/>
        <w:tblLook w:val="06A0" w:firstRow="1" w:lastRow="0" w:firstColumn="1" w:lastColumn="0" w:noHBand="1" w:noVBand="1"/>
      </w:tblPr>
      <w:tblGrid>
        <w:gridCol w:w="2254"/>
        <w:gridCol w:w="2411"/>
        <w:gridCol w:w="2411"/>
        <w:gridCol w:w="2254"/>
      </w:tblGrid>
      <w:tr w:rsidR="00292AA4" w14:paraId="2635D185" w14:textId="77777777" w:rsidTr="005C7680">
        <w:trPr>
          <w:trHeight w:val="300"/>
        </w:trPr>
        <w:tc>
          <w:tcPr>
            <w:tcW w:w="2254" w:type="dxa"/>
          </w:tcPr>
          <w:p w14:paraId="0217EF83" w14:textId="77777777" w:rsidR="00292AA4" w:rsidRDefault="00292AA4" w:rsidP="005C7680">
            <w:r>
              <w:t>Name of test</w:t>
            </w:r>
          </w:p>
        </w:tc>
        <w:tc>
          <w:tcPr>
            <w:tcW w:w="2254" w:type="dxa"/>
          </w:tcPr>
          <w:p w14:paraId="6B4C38D9" w14:textId="77777777" w:rsidR="00292AA4" w:rsidRDefault="00292AA4" w:rsidP="005C7680">
            <w:r>
              <w:t>List used</w:t>
            </w:r>
          </w:p>
        </w:tc>
        <w:tc>
          <w:tcPr>
            <w:tcW w:w="2254" w:type="dxa"/>
          </w:tcPr>
          <w:p w14:paraId="662DC8E1" w14:textId="77777777" w:rsidR="00292AA4" w:rsidRDefault="00292AA4" w:rsidP="005C7680">
            <w:r>
              <w:t>Expected outcome</w:t>
            </w:r>
          </w:p>
        </w:tc>
        <w:tc>
          <w:tcPr>
            <w:tcW w:w="2254" w:type="dxa"/>
          </w:tcPr>
          <w:p w14:paraId="05804DD0" w14:textId="77777777" w:rsidR="00292AA4" w:rsidRDefault="00292AA4" w:rsidP="005C7680">
            <w:r>
              <w:t>results</w:t>
            </w:r>
          </w:p>
        </w:tc>
      </w:tr>
      <w:tr w:rsidR="00292AA4" w14:paraId="6A77450D" w14:textId="77777777" w:rsidTr="005C7680">
        <w:trPr>
          <w:trHeight w:val="300"/>
        </w:trPr>
        <w:tc>
          <w:tcPr>
            <w:tcW w:w="2254" w:type="dxa"/>
          </w:tcPr>
          <w:p w14:paraId="79B3B48E" w14:textId="77777777" w:rsidR="00292AA4" w:rsidRDefault="00292AA4" w:rsidP="005C7680">
            <w:pPr>
              <w:rPr>
                <w:sz w:val="20"/>
                <w:szCs w:val="20"/>
              </w:rPr>
            </w:pPr>
            <w:r w:rsidRPr="0A69CF9D">
              <w:rPr>
                <w:sz w:val="20"/>
                <w:szCs w:val="20"/>
              </w:rPr>
              <w:t>Random order with duplicates</w:t>
            </w:r>
          </w:p>
        </w:tc>
        <w:tc>
          <w:tcPr>
            <w:tcW w:w="2254" w:type="dxa"/>
          </w:tcPr>
          <w:p w14:paraId="7E22923C" w14:textId="77777777" w:rsidR="00292AA4" w:rsidRDefault="00292AA4" w:rsidP="005C7680">
            <w:r>
              <w:t>4,2,3,3,6,8,1,9</w:t>
            </w:r>
          </w:p>
        </w:tc>
        <w:tc>
          <w:tcPr>
            <w:tcW w:w="2254" w:type="dxa"/>
          </w:tcPr>
          <w:p w14:paraId="0F51024F" w14:textId="77777777" w:rsidR="00292AA4" w:rsidRDefault="00292AA4" w:rsidP="005C7680">
            <w:r>
              <w:t>1,2,3,3,4,6,8,9</w:t>
            </w:r>
          </w:p>
        </w:tc>
        <w:tc>
          <w:tcPr>
            <w:tcW w:w="2254" w:type="dxa"/>
          </w:tcPr>
          <w:p w14:paraId="31D24394" w14:textId="77777777" w:rsidR="00292AA4" w:rsidRDefault="00292AA4" w:rsidP="005C7680">
            <w:r>
              <w:t>Passed</w:t>
            </w:r>
          </w:p>
        </w:tc>
      </w:tr>
      <w:tr w:rsidR="00292AA4" w14:paraId="4F7B3F67" w14:textId="77777777" w:rsidTr="005C7680">
        <w:trPr>
          <w:trHeight w:val="300"/>
        </w:trPr>
        <w:tc>
          <w:tcPr>
            <w:tcW w:w="2254" w:type="dxa"/>
          </w:tcPr>
          <w:p w14:paraId="7CA0FE14" w14:textId="77777777" w:rsidR="00292AA4" w:rsidRDefault="00292AA4" w:rsidP="005C7680">
            <w:r>
              <w:t>Already sorted</w:t>
            </w:r>
          </w:p>
        </w:tc>
        <w:tc>
          <w:tcPr>
            <w:tcW w:w="2254" w:type="dxa"/>
          </w:tcPr>
          <w:p w14:paraId="474036DB" w14:textId="77777777" w:rsidR="00292AA4" w:rsidRDefault="00292AA4" w:rsidP="005C7680">
            <w:r>
              <w:t>2,4,6,8,10,12,14,16</w:t>
            </w:r>
          </w:p>
        </w:tc>
        <w:tc>
          <w:tcPr>
            <w:tcW w:w="2254" w:type="dxa"/>
          </w:tcPr>
          <w:p w14:paraId="0585577D" w14:textId="77777777" w:rsidR="00292AA4" w:rsidRDefault="00292AA4" w:rsidP="005C7680">
            <w:r>
              <w:t>2,4,6,8,10,12,14,16</w:t>
            </w:r>
          </w:p>
        </w:tc>
        <w:tc>
          <w:tcPr>
            <w:tcW w:w="2254" w:type="dxa"/>
          </w:tcPr>
          <w:p w14:paraId="677A0769" w14:textId="77777777" w:rsidR="00292AA4" w:rsidRDefault="00292AA4" w:rsidP="005C7680">
            <w:r>
              <w:t>Passed</w:t>
            </w:r>
          </w:p>
        </w:tc>
      </w:tr>
      <w:tr w:rsidR="00292AA4" w14:paraId="1808AA52" w14:textId="77777777" w:rsidTr="005C7680">
        <w:trPr>
          <w:trHeight w:val="300"/>
        </w:trPr>
        <w:tc>
          <w:tcPr>
            <w:tcW w:w="2254" w:type="dxa"/>
          </w:tcPr>
          <w:p w14:paraId="463C40B6" w14:textId="77777777" w:rsidR="00292AA4" w:rsidRDefault="00292AA4" w:rsidP="005C7680">
            <w:r>
              <w:t>Reversed list</w:t>
            </w:r>
          </w:p>
        </w:tc>
        <w:tc>
          <w:tcPr>
            <w:tcW w:w="2254" w:type="dxa"/>
          </w:tcPr>
          <w:p w14:paraId="108B6E58" w14:textId="77777777" w:rsidR="00292AA4" w:rsidRDefault="00292AA4" w:rsidP="005C7680">
            <w:r>
              <w:t>8,7,6,5,4,3,2,1</w:t>
            </w:r>
          </w:p>
        </w:tc>
        <w:tc>
          <w:tcPr>
            <w:tcW w:w="2254" w:type="dxa"/>
          </w:tcPr>
          <w:p w14:paraId="5014F2D8" w14:textId="77777777" w:rsidR="00292AA4" w:rsidRDefault="00292AA4" w:rsidP="005C7680">
            <w:r>
              <w:t>1,2,3,4,5,6,7,8</w:t>
            </w:r>
          </w:p>
        </w:tc>
        <w:tc>
          <w:tcPr>
            <w:tcW w:w="2254" w:type="dxa"/>
          </w:tcPr>
          <w:p w14:paraId="4EB5303E" w14:textId="77777777" w:rsidR="00292AA4" w:rsidRDefault="00292AA4" w:rsidP="005C7680">
            <w:r>
              <w:t>Passed</w:t>
            </w:r>
          </w:p>
        </w:tc>
      </w:tr>
      <w:tr w:rsidR="00292AA4" w14:paraId="3B822EB1" w14:textId="77777777" w:rsidTr="005C7680">
        <w:trPr>
          <w:trHeight w:val="300"/>
        </w:trPr>
        <w:tc>
          <w:tcPr>
            <w:tcW w:w="2254" w:type="dxa"/>
          </w:tcPr>
          <w:p w14:paraId="1F7ABF91" w14:textId="77777777" w:rsidR="00292AA4" w:rsidRDefault="00292AA4" w:rsidP="005C7680">
            <w:r>
              <w:t>Empty list</w:t>
            </w:r>
          </w:p>
        </w:tc>
        <w:tc>
          <w:tcPr>
            <w:tcW w:w="2254" w:type="dxa"/>
          </w:tcPr>
          <w:p w14:paraId="4313E4DC" w14:textId="77777777" w:rsidR="00292AA4" w:rsidRDefault="00292AA4" w:rsidP="005C7680">
            <w:r>
              <w:t>empty</w:t>
            </w:r>
          </w:p>
        </w:tc>
        <w:tc>
          <w:tcPr>
            <w:tcW w:w="2254" w:type="dxa"/>
          </w:tcPr>
          <w:p w14:paraId="6D3F94D3" w14:textId="77777777" w:rsidR="00292AA4" w:rsidRDefault="00292AA4" w:rsidP="005C7680">
            <w:r>
              <w:t>empty</w:t>
            </w:r>
          </w:p>
        </w:tc>
        <w:tc>
          <w:tcPr>
            <w:tcW w:w="2254" w:type="dxa"/>
          </w:tcPr>
          <w:p w14:paraId="3B3D58BD" w14:textId="77777777" w:rsidR="00292AA4" w:rsidRDefault="00292AA4" w:rsidP="005C7680">
            <w:r>
              <w:t>Passed</w:t>
            </w:r>
          </w:p>
        </w:tc>
      </w:tr>
      <w:tr w:rsidR="00292AA4" w14:paraId="4CF94AC8" w14:textId="77777777" w:rsidTr="005C7680">
        <w:trPr>
          <w:trHeight w:val="300"/>
        </w:trPr>
        <w:tc>
          <w:tcPr>
            <w:tcW w:w="2254" w:type="dxa"/>
          </w:tcPr>
          <w:p w14:paraId="0C460296" w14:textId="77777777" w:rsidR="00292AA4" w:rsidRDefault="00292AA4" w:rsidP="005C7680">
            <w:r>
              <w:t>All equal values</w:t>
            </w:r>
          </w:p>
        </w:tc>
        <w:tc>
          <w:tcPr>
            <w:tcW w:w="2254" w:type="dxa"/>
          </w:tcPr>
          <w:p w14:paraId="74DDF680" w14:textId="77777777" w:rsidR="00292AA4" w:rsidRDefault="00292AA4" w:rsidP="005C7680">
            <w:r>
              <w:t>5,5,5,5,5</w:t>
            </w:r>
          </w:p>
        </w:tc>
        <w:tc>
          <w:tcPr>
            <w:tcW w:w="2254" w:type="dxa"/>
          </w:tcPr>
          <w:p w14:paraId="02468DAE" w14:textId="77777777" w:rsidR="00292AA4" w:rsidRDefault="00292AA4" w:rsidP="005C7680">
            <w:r>
              <w:t>5,5,5,5,5</w:t>
            </w:r>
          </w:p>
        </w:tc>
        <w:tc>
          <w:tcPr>
            <w:tcW w:w="2254" w:type="dxa"/>
          </w:tcPr>
          <w:p w14:paraId="67B60561" w14:textId="77777777" w:rsidR="00292AA4" w:rsidRDefault="00292AA4" w:rsidP="005C7680">
            <w:r>
              <w:t>Passed</w:t>
            </w:r>
          </w:p>
        </w:tc>
      </w:tr>
      <w:tr w:rsidR="00292AA4" w14:paraId="3FD35274" w14:textId="77777777" w:rsidTr="005C7680">
        <w:trPr>
          <w:trHeight w:val="300"/>
        </w:trPr>
        <w:tc>
          <w:tcPr>
            <w:tcW w:w="2254" w:type="dxa"/>
          </w:tcPr>
          <w:p w14:paraId="12B6C4C2" w14:textId="77777777" w:rsidR="00292AA4" w:rsidRDefault="00292AA4" w:rsidP="005C7680">
            <w:r>
              <w:t>12 number list</w:t>
            </w:r>
          </w:p>
        </w:tc>
        <w:tc>
          <w:tcPr>
            <w:tcW w:w="2254" w:type="dxa"/>
          </w:tcPr>
          <w:p w14:paraId="08A701C0" w14:textId="77777777" w:rsidR="00292AA4" w:rsidRDefault="00292AA4" w:rsidP="005C7680">
            <w:pPr>
              <w:rPr>
                <w:rFonts w:ascii="Aptos" w:eastAsia="Aptos" w:hAnsi="Aptos" w:cs="Aptos"/>
                <w:sz w:val="20"/>
                <w:szCs w:val="20"/>
              </w:rPr>
            </w:pPr>
            <w:r w:rsidRPr="2CE258CC">
              <w:rPr>
                <w:rFonts w:ascii="Aptos Narrow" w:eastAsia="Aptos Narrow" w:hAnsi="Aptos Narrow" w:cs="Aptos Narrow"/>
                <w:color w:val="000000" w:themeColor="text1"/>
                <w:sz w:val="20"/>
                <w:szCs w:val="20"/>
              </w:rPr>
              <w:t>4,2,3,3,6,8,1,9,85,54,54,36</w:t>
            </w:r>
          </w:p>
        </w:tc>
        <w:tc>
          <w:tcPr>
            <w:tcW w:w="2254" w:type="dxa"/>
          </w:tcPr>
          <w:p w14:paraId="09FAC9DE" w14:textId="77777777" w:rsidR="00292AA4" w:rsidRDefault="00292AA4" w:rsidP="005C7680">
            <w:pPr>
              <w:rPr>
                <w:rFonts w:ascii="Aptos" w:eastAsia="Aptos" w:hAnsi="Aptos" w:cs="Aptos"/>
                <w:sz w:val="20"/>
                <w:szCs w:val="20"/>
              </w:rPr>
            </w:pPr>
            <w:r w:rsidRPr="2CE258CC">
              <w:rPr>
                <w:rFonts w:ascii="Aptos Narrow" w:eastAsia="Aptos Narrow" w:hAnsi="Aptos Narrow" w:cs="Aptos Narrow"/>
                <w:color w:val="242424"/>
                <w:sz w:val="20"/>
                <w:szCs w:val="20"/>
              </w:rPr>
              <w:t>1,2,3,3,4,6,8,9,36,54,54,85</w:t>
            </w:r>
          </w:p>
        </w:tc>
        <w:tc>
          <w:tcPr>
            <w:tcW w:w="2254" w:type="dxa"/>
          </w:tcPr>
          <w:p w14:paraId="751EF614" w14:textId="77777777" w:rsidR="00292AA4" w:rsidRDefault="00292AA4" w:rsidP="005C7680">
            <w:r>
              <w:t>Passed</w:t>
            </w:r>
          </w:p>
        </w:tc>
      </w:tr>
      <w:tr w:rsidR="00292AA4" w14:paraId="198531DB" w14:textId="77777777" w:rsidTr="005C7680">
        <w:trPr>
          <w:trHeight w:val="533"/>
        </w:trPr>
        <w:tc>
          <w:tcPr>
            <w:tcW w:w="2254" w:type="dxa"/>
          </w:tcPr>
          <w:p w14:paraId="290F0947" w14:textId="77777777" w:rsidR="00292AA4" w:rsidRDefault="00292AA4" w:rsidP="005C7680">
            <w:r>
              <w:t>Partial input so some are blank</w:t>
            </w:r>
          </w:p>
        </w:tc>
        <w:tc>
          <w:tcPr>
            <w:tcW w:w="2254" w:type="dxa"/>
          </w:tcPr>
          <w:p w14:paraId="40E3BA2A" w14:textId="77777777" w:rsidR="00292AA4" w:rsidRDefault="00292AA4" w:rsidP="005C7680">
            <w:bookmarkStart w:id="0" w:name="_Int_aeomllJO"/>
            <w:r>
              <w:t>1,.,.,</w:t>
            </w:r>
            <w:bookmarkStart w:id="1" w:name="_Int_bW5O40Tm"/>
            <w:bookmarkEnd w:id="0"/>
            <w:r>
              <w:t>5,.,</w:t>
            </w:r>
            <w:bookmarkEnd w:id="1"/>
            <w:r>
              <w:t>8,2,12</w:t>
            </w:r>
          </w:p>
        </w:tc>
        <w:tc>
          <w:tcPr>
            <w:tcW w:w="2254" w:type="dxa"/>
          </w:tcPr>
          <w:p w14:paraId="7B69C122" w14:textId="77777777" w:rsidR="00292AA4" w:rsidRDefault="00292AA4" w:rsidP="005C7680">
            <w:r>
              <w:t>1,2,5,8,12</w:t>
            </w:r>
          </w:p>
        </w:tc>
        <w:tc>
          <w:tcPr>
            <w:tcW w:w="2254" w:type="dxa"/>
          </w:tcPr>
          <w:p w14:paraId="23233A6D" w14:textId="77777777" w:rsidR="00292AA4" w:rsidRDefault="00292AA4" w:rsidP="005C7680">
            <w:r>
              <w:t>Passed</w:t>
            </w:r>
          </w:p>
        </w:tc>
      </w:tr>
    </w:tbl>
    <w:p w14:paraId="06C79113" w14:textId="187C6CED" w:rsidR="00BC71E6" w:rsidRPr="00BC71E6" w:rsidRDefault="00292AA4" w:rsidP="00BC71E6">
      <w:pPr>
        <w:rPr>
          <w:lang w:val="en-GB"/>
        </w:rPr>
      </w:pPr>
      <w:r>
        <w:t xml:space="preserve">My visual spreadsheet: </w:t>
      </w:r>
      <w:hyperlink r:id="rId26" w:history="1">
        <w:r w:rsidR="00BC71E6" w:rsidRPr="00BC71E6">
          <w:rPr>
            <w:rStyle w:val="Hyperlink"/>
            <w:lang w:val="en-GB"/>
          </w:rPr>
          <w:t xml:space="preserve"> Unit 18 ASS 3 visual spreadsheet.xlsx</w:t>
        </w:r>
      </w:hyperlink>
    </w:p>
    <w:p w14:paraId="42EAE504" w14:textId="31153050" w:rsidR="00741D31" w:rsidRPr="00617E50" w:rsidRDefault="00741D31" w:rsidP="00617E50">
      <w:pPr>
        <w:rPr>
          <w:sz w:val="40"/>
          <w:szCs w:val="40"/>
        </w:rPr>
      </w:pPr>
    </w:p>
    <w:p w14:paraId="1E22C958" w14:textId="77777777" w:rsidR="00617E50" w:rsidRPr="00E703A6" w:rsidRDefault="00617E50" w:rsidP="00E703A6">
      <w:pPr>
        <w:rPr>
          <w:sz w:val="28"/>
          <w:szCs w:val="28"/>
          <w:lang w:val="en-GB"/>
        </w:rPr>
      </w:pPr>
    </w:p>
    <w:p w14:paraId="797260B3" w14:textId="77777777" w:rsidR="00E703A6" w:rsidRPr="00200413" w:rsidRDefault="00E703A6" w:rsidP="00200413">
      <w:pPr>
        <w:pStyle w:val="Heading1"/>
        <w:rPr>
          <w:color w:val="auto"/>
          <w:sz w:val="56"/>
          <w:szCs w:val="56"/>
          <w:lang w:val="en-GB"/>
        </w:rPr>
      </w:pPr>
      <w:r w:rsidRPr="00200413">
        <w:rPr>
          <w:color w:val="auto"/>
          <w:sz w:val="56"/>
          <w:szCs w:val="56"/>
          <w:lang w:val="en-GB"/>
        </w:rPr>
        <w:t>10. Conclusion</w:t>
      </w:r>
    </w:p>
    <w:p w14:paraId="33F49C4D" w14:textId="77777777" w:rsidR="00E703A6" w:rsidRPr="00E703A6" w:rsidRDefault="00E703A6" w:rsidP="00E703A6">
      <w:pPr>
        <w:rPr>
          <w:sz w:val="28"/>
          <w:szCs w:val="28"/>
          <w:lang w:val="en-GB"/>
        </w:rPr>
      </w:pPr>
      <w:r w:rsidRPr="00E703A6">
        <w:rPr>
          <w:sz w:val="28"/>
          <w:szCs w:val="28"/>
          <w:lang w:val="en-GB"/>
        </w:rPr>
        <w:t>In this assignment, I learned many important concepts related to searching, sorting, and computational thinking. I learned how computers organise and process large amounts of data using different sorting and searching methods. I also learned how algorithms help computers solve problems step by step in a logical and efficient way.</w:t>
      </w:r>
    </w:p>
    <w:p w14:paraId="4A1D17C1" w14:textId="77777777" w:rsidR="00E703A6" w:rsidRPr="00E703A6" w:rsidRDefault="00E703A6" w:rsidP="00E703A6">
      <w:pPr>
        <w:rPr>
          <w:sz w:val="28"/>
          <w:szCs w:val="28"/>
          <w:lang w:val="en-GB"/>
        </w:rPr>
      </w:pPr>
      <w:r w:rsidRPr="00E703A6">
        <w:rPr>
          <w:sz w:val="28"/>
          <w:szCs w:val="28"/>
          <w:lang w:val="en-GB"/>
        </w:rPr>
        <w:t xml:space="preserve">One of the main things I learned was the importance of sorting data correctly. Sorting helps organise information so it becomes easier to search, manage, and analyse. I explored different sorting methods such as Bubble Sort, Insertion Sort, </w:t>
      </w:r>
      <w:r w:rsidRPr="00E703A6">
        <w:rPr>
          <w:sz w:val="28"/>
          <w:szCs w:val="28"/>
          <w:lang w:val="en-GB"/>
        </w:rPr>
        <w:lastRenderedPageBreak/>
        <w:t>Quick Sort, and Merge Sort. Each algorithm works differently and has its own strengths and weaknesses. I also learned how searching methods such as Linear Search and Binary Search help computers quickly find specific information inside datasets.</w:t>
      </w:r>
    </w:p>
    <w:p w14:paraId="59252286" w14:textId="77777777" w:rsidR="00E703A6" w:rsidRPr="00E703A6" w:rsidRDefault="00E703A6" w:rsidP="00E703A6">
      <w:pPr>
        <w:rPr>
          <w:sz w:val="28"/>
          <w:szCs w:val="28"/>
          <w:lang w:val="en-GB"/>
        </w:rPr>
      </w:pPr>
      <w:r w:rsidRPr="00E703A6">
        <w:rPr>
          <w:sz w:val="28"/>
          <w:szCs w:val="28"/>
          <w:lang w:val="en-GB"/>
        </w:rPr>
        <w:t>Another important part of this assignment was computational thinking. Computational thinking is a problem-solving skill that helps break large problems into smaller and easier steps. It includes skills such as:</w:t>
      </w:r>
    </w:p>
    <w:p w14:paraId="00AA5F9A" w14:textId="77777777" w:rsidR="00E703A6" w:rsidRPr="00E703A6" w:rsidRDefault="00E703A6" w:rsidP="002B4F7D">
      <w:pPr>
        <w:numPr>
          <w:ilvl w:val="0"/>
          <w:numId w:val="45"/>
        </w:numPr>
        <w:rPr>
          <w:sz w:val="28"/>
          <w:szCs w:val="28"/>
          <w:lang w:val="en-GB"/>
        </w:rPr>
      </w:pPr>
      <w:r w:rsidRPr="00E703A6">
        <w:rPr>
          <w:sz w:val="28"/>
          <w:szCs w:val="28"/>
          <w:lang w:val="en-GB"/>
        </w:rPr>
        <w:t xml:space="preserve">Decomposition </w:t>
      </w:r>
    </w:p>
    <w:p w14:paraId="23224028" w14:textId="77777777" w:rsidR="00E703A6" w:rsidRPr="00E703A6" w:rsidRDefault="00E703A6" w:rsidP="002B4F7D">
      <w:pPr>
        <w:numPr>
          <w:ilvl w:val="0"/>
          <w:numId w:val="45"/>
        </w:numPr>
        <w:rPr>
          <w:sz w:val="28"/>
          <w:szCs w:val="28"/>
          <w:lang w:val="en-GB"/>
        </w:rPr>
      </w:pPr>
      <w:r w:rsidRPr="00E703A6">
        <w:rPr>
          <w:sz w:val="28"/>
          <w:szCs w:val="28"/>
          <w:lang w:val="en-GB"/>
        </w:rPr>
        <w:t xml:space="preserve">Pattern recognition </w:t>
      </w:r>
    </w:p>
    <w:p w14:paraId="7404149F" w14:textId="77777777" w:rsidR="00E703A6" w:rsidRPr="00E703A6" w:rsidRDefault="00E703A6" w:rsidP="002B4F7D">
      <w:pPr>
        <w:numPr>
          <w:ilvl w:val="0"/>
          <w:numId w:val="45"/>
        </w:numPr>
        <w:rPr>
          <w:sz w:val="28"/>
          <w:szCs w:val="28"/>
          <w:lang w:val="en-GB"/>
        </w:rPr>
      </w:pPr>
      <w:r w:rsidRPr="00E703A6">
        <w:rPr>
          <w:sz w:val="28"/>
          <w:szCs w:val="28"/>
          <w:lang w:val="en-GB"/>
        </w:rPr>
        <w:t xml:space="preserve">Logical thinking </w:t>
      </w:r>
    </w:p>
    <w:p w14:paraId="5B981826" w14:textId="77777777" w:rsidR="00E703A6" w:rsidRPr="00E703A6" w:rsidRDefault="00E703A6" w:rsidP="002B4F7D">
      <w:pPr>
        <w:numPr>
          <w:ilvl w:val="0"/>
          <w:numId w:val="45"/>
        </w:numPr>
        <w:rPr>
          <w:sz w:val="28"/>
          <w:szCs w:val="28"/>
          <w:lang w:val="en-GB"/>
        </w:rPr>
      </w:pPr>
      <w:r w:rsidRPr="00E703A6">
        <w:rPr>
          <w:sz w:val="28"/>
          <w:szCs w:val="28"/>
          <w:lang w:val="en-GB"/>
        </w:rPr>
        <w:t xml:space="preserve">Algorithm design </w:t>
      </w:r>
    </w:p>
    <w:p w14:paraId="74E3601D" w14:textId="77777777" w:rsidR="00E703A6" w:rsidRPr="00E703A6" w:rsidRDefault="00E703A6" w:rsidP="00E703A6">
      <w:pPr>
        <w:rPr>
          <w:sz w:val="28"/>
          <w:szCs w:val="28"/>
          <w:lang w:val="en-GB"/>
        </w:rPr>
      </w:pPr>
      <w:r w:rsidRPr="00E703A6">
        <w:rPr>
          <w:sz w:val="28"/>
          <w:szCs w:val="28"/>
          <w:lang w:val="en-GB"/>
        </w:rPr>
        <w:t>These skills are very important in computing because they help programmers design systems, solve problems, and improve software performance. During this assignment, I used computational thinking to understand datasets, choose sorting methods, test my model, repair faults, and improve the final system.</w:t>
      </w:r>
    </w:p>
    <w:p w14:paraId="51EB3178" w14:textId="77777777" w:rsidR="00E703A6" w:rsidRPr="00E703A6" w:rsidRDefault="00E703A6" w:rsidP="00E703A6">
      <w:pPr>
        <w:rPr>
          <w:sz w:val="28"/>
          <w:szCs w:val="28"/>
          <w:lang w:val="en-GB"/>
        </w:rPr>
      </w:pPr>
      <w:r w:rsidRPr="00E703A6">
        <w:rPr>
          <w:sz w:val="28"/>
          <w:szCs w:val="28"/>
          <w:lang w:val="en-GB"/>
        </w:rPr>
        <w:t>I also learned how visualisation tools such as flowcharts, tables, charts, and diagrams help explain complex processes more clearly. These tools made it easier to understand how sorting algorithms work step by step.</w:t>
      </w:r>
    </w:p>
    <w:p w14:paraId="46D5A907" w14:textId="77777777" w:rsidR="00E703A6" w:rsidRPr="00E703A6" w:rsidRDefault="00E703A6" w:rsidP="00E703A6">
      <w:pPr>
        <w:rPr>
          <w:sz w:val="28"/>
          <w:szCs w:val="28"/>
          <w:lang w:val="en-GB"/>
        </w:rPr>
      </w:pPr>
      <w:r w:rsidRPr="00E703A6">
        <w:rPr>
          <w:sz w:val="28"/>
          <w:szCs w:val="28"/>
          <w:lang w:val="en-GB"/>
        </w:rPr>
        <w:t>Merge Sort was one of the most useful sorting methods I studied in this assignment. Merge Sort is useful because it is fast, organised, and efficient when working with large datasets. It uses a divide-and-conquer approach by splitting data into smaller sections, sorting each section, and then merging everything back together in the correct order.</w:t>
      </w:r>
    </w:p>
    <w:p w14:paraId="0DC2429E" w14:textId="77777777" w:rsidR="00E703A6" w:rsidRPr="00E703A6" w:rsidRDefault="00E703A6" w:rsidP="00E703A6">
      <w:pPr>
        <w:rPr>
          <w:sz w:val="28"/>
          <w:szCs w:val="28"/>
          <w:lang w:val="en-GB"/>
        </w:rPr>
      </w:pPr>
      <w:r w:rsidRPr="00E703A6">
        <w:rPr>
          <w:sz w:val="28"/>
          <w:szCs w:val="28"/>
          <w:lang w:val="en-GB"/>
        </w:rPr>
        <w:t>One major advantage of Merge Sort is that it performs much faster than simple sorting methods like Bubble Sort when handling large amounts of data. Merge Sort is also reliable because it follows a clear structure and produces accurate results. This makes it useful in many real-world systems such as:</w:t>
      </w:r>
    </w:p>
    <w:p w14:paraId="70826F67" w14:textId="77777777" w:rsidR="00E703A6" w:rsidRPr="00E703A6" w:rsidRDefault="00E703A6" w:rsidP="002B4F7D">
      <w:pPr>
        <w:numPr>
          <w:ilvl w:val="0"/>
          <w:numId w:val="46"/>
        </w:numPr>
        <w:rPr>
          <w:sz w:val="28"/>
          <w:szCs w:val="28"/>
          <w:lang w:val="en-GB"/>
        </w:rPr>
      </w:pPr>
      <w:r w:rsidRPr="00E703A6">
        <w:rPr>
          <w:sz w:val="28"/>
          <w:szCs w:val="28"/>
          <w:lang w:val="en-GB"/>
        </w:rPr>
        <w:t xml:space="preserve">Databases </w:t>
      </w:r>
    </w:p>
    <w:p w14:paraId="56F8B19C" w14:textId="77777777" w:rsidR="00E703A6" w:rsidRPr="00E703A6" w:rsidRDefault="00E703A6" w:rsidP="002B4F7D">
      <w:pPr>
        <w:numPr>
          <w:ilvl w:val="0"/>
          <w:numId w:val="46"/>
        </w:numPr>
        <w:rPr>
          <w:sz w:val="28"/>
          <w:szCs w:val="28"/>
          <w:lang w:val="en-GB"/>
        </w:rPr>
      </w:pPr>
      <w:r w:rsidRPr="00E703A6">
        <w:rPr>
          <w:sz w:val="28"/>
          <w:szCs w:val="28"/>
          <w:lang w:val="en-GB"/>
        </w:rPr>
        <w:t xml:space="preserve">Search engines </w:t>
      </w:r>
    </w:p>
    <w:p w14:paraId="1DC29CCB" w14:textId="77777777" w:rsidR="00E703A6" w:rsidRPr="00E703A6" w:rsidRDefault="00E703A6" w:rsidP="002B4F7D">
      <w:pPr>
        <w:numPr>
          <w:ilvl w:val="0"/>
          <w:numId w:val="46"/>
        </w:numPr>
        <w:rPr>
          <w:sz w:val="28"/>
          <w:szCs w:val="28"/>
          <w:lang w:val="en-GB"/>
        </w:rPr>
      </w:pPr>
      <w:r w:rsidRPr="00E703A6">
        <w:rPr>
          <w:sz w:val="28"/>
          <w:szCs w:val="28"/>
          <w:lang w:val="en-GB"/>
        </w:rPr>
        <w:t xml:space="preserve">Banking systems </w:t>
      </w:r>
    </w:p>
    <w:p w14:paraId="4E05D988" w14:textId="77777777" w:rsidR="00E703A6" w:rsidRPr="00E703A6" w:rsidRDefault="00E703A6" w:rsidP="002B4F7D">
      <w:pPr>
        <w:numPr>
          <w:ilvl w:val="0"/>
          <w:numId w:val="46"/>
        </w:numPr>
        <w:rPr>
          <w:sz w:val="28"/>
          <w:szCs w:val="28"/>
          <w:lang w:val="en-GB"/>
        </w:rPr>
      </w:pPr>
      <w:r w:rsidRPr="00E703A6">
        <w:rPr>
          <w:sz w:val="28"/>
          <w:szCs w:val="28"/>
          <w:lang w:val="en-GB"/>
        </w:rPr>
        <w:lastRenderedPageBreak/>
        <w:t xml:space="preserve">School systems </w:t>
      </w:r>
    </w:p>
    <w:p w14:paraId="517722AD" w14:textId="77777777" w:rsidR="00E703A6" w:rsidRPr="00E703A6" w:rsidRDefault="00E703A6" w:rsidP="002B4F7D">
      <w:pPr>
        <w:numPr>
          <w:ilvl w:val="0"/>
          <w:numId w:val="46"/>
        </w:numPr>
        <w:rPr>
          <w:sz w:val="28"/>
          <w:szCs w:val="28"/>
          <w:lang w:val="en-GB"/>
        </w:rPr>
      </w:pPr>
      <w:r w:rsidRPr="00E703A6">
        <w:rPr>
          <w:sz w:val="28"/>
          <w:szCs w:val="28"/>
          <w:lang w:val="en-GB"/>
        </w:rPr>
        <w:t xml:space="preserve">Online shopping websites </w:t>
      </w:r>
    </w:p>
    <w:p w14:paraId="627A32BE" w14:textId="77777777" w:rsidR="00E703A6" w:rsidRPr="00E703A6" w:rsidRDefault="00E703A6" w:rsidP="00E703A6">
      <w:pPr>
        <w:rPr>
          <w:sz w:val="28"/>
          <w:szCs w:val="28"/>
          <w:lang w:val="en-GB"/>
        </w:rPr>
      </w:pPr>
      <w:r w:rsidRPr="00E703A6">
        <w:rPr>
          <w:sz w:val="28"/>
          <w:szCs w:val="28"/>
          <w:lang w:val="en-GB"/>
        </w:rPr>
        <w:t>I also learned the importance of testing and refining systems. By testing different datasets, repairing faults, and improving the spreadsheet layout, I understood how software developers improve systems to make them more reliable and user-friendly.</w:t>
      </w:r>
    </w:p>
    <w:p w14:paraId="04F99272" w14:textId="77777777" w:rsidR="00E703A6" w:rsidRDefault="00E703A6" w:rsidP="00E703A6">
      <w:pPr>
        <w:rPr>
          <w:sz w:val="28"/>
          <w:szCs w:val="28"/>
          <w:lang w:val="en-GB"/>
        </w:rPr>
      </w:pPr>
      <w:r w:rsidRPr="00E703A6">
        <w:rPr>
          <w:sz w:val="28"/>
          <w:szCs w:val="28"/>
          <w:lang w:val="en-GB"/>
        </w:rPr>
        <w:t>Overall, this assignment helped improve my understanding of computational thinking, sorting algorithms, searching methods, and problem-solving in computing. These skills are very important in computer science and IT careers because modern digital systems depend on fast and efficient data processing every day.</w:t>
      </w:r>
    </w:p>
    <w:p w14:paraId="15FAE238" w14:textId="33A7C07F" w:rsidR="002A51D9" w:rsidRPr="00BF3C86" w:rsidRDefault="002A51D9" w:rsidP="00BF3C86">
      <w:pPr>
        <w:pStyle w:val="Heading1"/>
        <w:rPr>
          <w:color w:val="auto"/>
          <w:sz w:val="56"/>
          <w:szCs w:val="56"/>
          <w:lang w:val="en-GB"/>
        </w:rPr>
      </w:pPr>
      <w:r w:rsidRPr="00BF3C86">
        <w:rPr>
          <w:color w:val="auto"/>
          <w:sz w:val="56"/>
          <w:szCs w:val="56"/>
          <w:lang w:val="en-GB"/>
        </w:rPr>
        <w:t>11.Reference</w:t>
      </w:r>
      <w:r w:rsidR="00BF3C86" w:rsidRPr="00BF3C86">
        <w:rPr>
          <w:color w:val="auto"/>
          <w:sz w:val="56"/>
          <w:szCs w:val="56"/>
          <w:lang w:val="en-GB"/>
        </w:rPr>
        <w:t>s</w:t>
      </w:r>
      <w:r w:rsidRPr="00BF3C86">
        <w:rPr>
          <w:color w:val="auto"/>
          <w:sz w:val="56"/>
          <w:szCs w:val="56"/>
          <w:lang w:val="en-GB"/>
        </w:rPr>
        <w:t xml:space="preserve"> </w:t>
      </w:r>
    </w:p>
    <w:p w14:paraId="54C5351E" w14:textId="77777777" w:rsidR="002A51D9" w:rsidRPr="002A51D9" w:rsidRDefault="002A51D9" w:rsidP="002A51D9">
      <w:pPr>
        <w:rPr>
          <w:sz w:val="28"/>
          <w:szCs w:val="28"/>
        </w:rPr>
      </w:pPr>
      <w:r w:rsidRPr="002A51D9">
        <w:rPr>
          <w:sz w:val="28"/>
          <w:szCs w:val="28"/>
        </w:rPr>
        <w:t xml:space="preserve">Decomposition: </w:t>
      </w:r>
      <w:hyperlink r:id="rId27">
        <w:r w:rsidRPr="002A51D9">
          <w:rPr>
            <w:rStyle w:val="Hyperlink"/>
            <w:sz w:val="28"/>
            <w:szCs w:val="28"/>
          </w:rPr>
          <w:t>https://www.geeksforgeeks.org/operating-systems/what-is-problem-decomposition/</w:t>
        </w:r>
      </w:hyperlink>
      <w:r w:rsidRPr="002A51D9">
        <w:rPr>
          <w:sz w:val="28"/>
          <w:szCs w:val="28"/>
        </w:rPr>
        <w:t xml:space="preserve"> (30</w:t>
      </w:r>
      <w:r w:rsidRPr="002A51D9">
        <w:rPr>
          <w:sz w:val="28"/>
          <w:szCs w:val="28"/>
          <w:vertAlign w:val="superscript"/>
        </w:rPr>
        <w:t>th</w:t>
      </w:r>
      <w:r w:rsidRPr="002A51D9">
        <w:rPr>
          <w:sz w:val="28"/>
          <w:szCs w:val="28"/>
        </w:rPr>
        <w:t xml:space="preserve"> </w:t>
      </w:r>
      <w:r w:rsidRPr="002A51D9">
        <w:rPr>
          <w:rFonts w:hint="eastAsia"/>
          <w:sz w:val="28"/>
          <w:szCs w:val="28"/>
        </w:rPr>
        <w:t>April</w:t>
      </w:r>
      <w:r w:rsidRPr="002A51D9">
        <w:rPr>
          <w:sz w:val="28"/>
          <w:szCs w:val="28"/>
        </w:rPr>
        <w:t xml:space="preserve"> 2026)</w:t>
      </w:r>
    </w:p>
    <w:p w14:paraId="2C939146" w14:textId="77777777" w:rsidR="002A51D9" w:rsidRPr="002A51D9" w:rsidRDefault="002A51D9" w:rsidP="002A51D9">
      <w:pPr>
        <w:rPr>
          <w:sz w:val="28"/>
          <w:szCs w:val="28"/>
        </w:rPr>
      </w:pPr>
      <w:r w:rsidRPr="002A51D9">
        <w:rPr>
          <w:sz w:val="28"/>
          <w:szCs w:val="28"/>
        </w:rPr>
        <w:t xml:space="preserve">Divide and conquer algorithm: </w:t>
      </w:r>
      <w:hyperlink r:id="rId28" w:history="1">
        <w:r w:rsidRPr="002A51D9">
          <w:rPr>
            <w:rStyle w:val="Hyperlink"/>
            <w:sz w:val="28"/>
            <w:szCs w:val="28"/>
          </w:rPr>
          <w:t>https://www.geeksforgeeks.org/dsa/introduction-to-divide-and-conquer-algorithm/</w:t>
        </w:r>
      </w:hyperlink>
      <w:r w:rsidRPr="002A51D9">
        <w:rPr>
          <w:sz w:val="28"/>
          <w:szCs w:val="28"/>
        </w:rPr>
        <w:t xml:space="preserve"> (30</w:t>
      </w:r>
      <w:r w:rsidRPr="002A51D9">
        <w:rPr>
          <w:sz w:val="28"/>
          <w:szCs w:val="28"/>
          <w:vertAlign w:val="superscript"/>
        </w:rPr>
        <w:t>th</w:t>
      </w:r>
      <w:r w:rsidRPr="002A51D9">
        <w:rPr>
          <w:sz w:val="28"/>
          <w:szCs w:val="28"/>
        </w:rPr>
        <w:t xml:space="preserve"> </w:t>
      </w:r>
      <w:r w:rsidRPr="002A51D9">
        <w:rPr>
          <w:rFonts w:hint="eastAsia"/>
          <w:sz w:val="28"/>
          <w:szCs w:val="28"/>
        </w:rPr>
        <w:t>April</w:t>
      </w:r>
      <w:r w:rsidRPr="002A51D9">
        <w:rPr>
          <w:sz w:val="28"/>
          <w:szCs w:val="28"/>
        </w:rPr>
        <w:t xml:space="preserve"> 2026)</w:t>
      </w:r>
    </w:p>
    <w:p w14:paraId="06270DA1" w14:textId="2CE5169A" w:rsidR="002A51D9" w:rsidRPr="002A51D9" w:rsidRDefault="002A51D9" w:rsidP="002A51D9">
      <w:pPr>
        <w:rPr>
          <w:sz w:val="28"/>
          <w:szCs w:val="28"/>
        </w:rPr>
      </w:pPr>
      <w:r w:rsidRPr="002A51D9">
        <w:rPr>
          <w:sz w:val="28"/>
          <w:szCs w:val="28"/>
        </w:rPr>
        <w:t xml:space="preserve">Quick sort algorithm: </w:t>
      </w:r>
      <w:hyperlink r:id="rId29">
        <w:r w:rsidRPr="002A51D9">
          <w:rPr>
            <w:rStyle w:val="Hyperlink"/>
            <w:sz w:val="28"/>
            <w:szCs w:val="28"/>
          </w:rPr>
          <w:t>https://www.geeksforgeeks.org/dsa/quick-sort-algorithm/</w:t>
        </w:r>
      </w:hyperlink>
      <w:r w:rsidRPr="002A51D9">
        <w:rPr>
          <w:sz w:val="28"/>
          <w:szCs w:val="28"/>
        </w:rPr>
        <w:t xml:space="preserve"> (30</w:t>
      </w:r>
      <w:r w:rsidRPr="002A51D9">
        <w:rPr>
          <w:sz w:val="28"/>
          <w:szCs w:val="28"/>
          <w:vertAlign w:val="superscript"/>
        </w:rPr>
        <w:t>th</w:t>
      </w:r>
      <w:r w:rsidRPr="002A51D9">
        <w:rPr>
          <w:sz w:val="28"/>
          <w:szCs w:val="28"/>
        </w:rPr>
        <w:t xml:space="preserve"> </w:t>
      </w:r>
      <w:r w:rsidRPr="002A51D9">
        <w:rPr>
          <w:rFonts w:hint="eastAsia"/>
          <w:sz w:val="28"/>
          <w:szCs w:val="28"/>
        </w:rPr>
        <w:t>April</w:t>
      </w:r>
      <w:r w:rsidRPr="002A51D9">
        <w:rPr>
          <w:sz w:val="28"/>
          <w:szCs w:val="28"/>
        </w:rPr>
        <w:t xml:space="preserve"> 2026)</w:t>
      </w:r>
    </w:p>
    <w:p w14:paraId="23427D62" w14:textId="77777777" w:rsidR="002A51D9" w:rsidRPr="002A51D9" w:rsidRDefault="002A51D9" w:rsidP="002A51D9">
      <w:pPr>
        <w:rPr>
          <w:sz w:val="28"/>
          <w:szCs w:val="28"/>
        </w:rPr>
      </w:pPr>
      <w:r w:rsidRPr="002A51D9">
        <w:rPr>
          <w:sz w:val="28"/>
          <w:szCs w:val="28"/>
        </w:rPr>
        <w:t xml:space="preserve">Computational thinking OCR decomposition: </w:t>
      </w:r>
      <w:hyperlink r:id="rId30">
        <w:r w:rsidRPr="002A51D9">
          <w:rPr>
            <w:rStyle w:val="Hyperlink"/>
            <w:sz w:val="28"/>
            <w:szCs w:val="28"/>
          </w:rPr>
          <w:t>https://www.bbc.co.uk/bitesize/guides/z4rbcj6/revision/2</w:t>
        </w:r>
      </w:hyperlink>
      <w:r w:rsidRPr="002A51D9">
        <w:rPr>
          <w:sz w:val="28"/>
          <w:szCs w:val="28"/>
        </w:rPr>
        <w:t xml:space="preserve"> (7th May 2026)</w:t>
      </w:r>
    </w:p>
    <w:p w14:paraId="48D0CC4D" w14:textId="77777777" w:rsidR="002A51D9" w:rsidRPr="002A51D9" w:rsidRDefault="002A51D9" w:rsidP="002A51D9">
      <w:pPr>
        <w:rPr>
          <w:sz w:val="28"/>
          <w:szCs w:val="28"/>
        </w:rPr>
      </w:pPr>
      <w:r w:rsidRPr="002A51D9">
        <w:rPr>
          <w:sz w:val="28"/>
          <w:szCs w:val="28"/>
        </w:rPr>
        <w:t xml:space="preserve">Fundamentals of algorithms decomposition: </w:t>
      </w:r>
      <w:hyperlink r:id="rId31" w:history="1">
        <w:r w:rsidRPr="002A51D9">
          <w:rPr>
            <w:rStyle w:val="Hyperlink"/>
            <w:sz w:val="28"/>
            <w:szCs w:val="28"/>
          </w:rPr>
          <w:t>https://www.bbc.co.uk/bitesize/guides/zjddqhv/revision/2</w:t>
        </w:r>
      </w:hyperlink>
      <w:r w:rsidRPr="002A51D9">
        <w:rPr>
          <w:sz w:val="28"/>
          <w:szCs w:val="28"/>
        </w:rPr>
        <w:t xml:space="preserve"> (7th May 2026)</w:t>
      </w:r>
    </w:p>
    <w:p w14:paraId="1011C89A" w14:textId="77777777" w:rsidR="002A51D9" w:rsidRPr="002A51D9" w:rsidRDefault="002A51D9" w:rsidP="002A51D9">
      <w:pPr>
        <w:rPr>
          <w:sz w:val="28"/>
          <w:szCs w:val="28"/>
        </w:rPr>
      </w:pPr>
      <w:r w:rsidRPr="002A51D9">
        <w:rPr>
          <w:sz w:val="28"/>
          <w:szCs w:val="28"/>
        </w:rPr>
        <w:t xml:space="preserve">Merge and bubble sort (from my notes): </w:t>
      </w:r>
      <w:hyperlink r:id="rId32" w:history="1">
        <w:r w:rsidRPr="002A51D9">
          <w:rPr>
            <w:rStyle w:val="Hyperlink"/>
            <w:sz w:val="28"/>
            <w:szCs w:val="28"/>
          </w:rPr>
          <w:t>https://www.bbc.co.uk/bitesize/guides/zjdkw6f/revision/5</w:t>
        </w:r>
      </w:hyperlink>
      <w:r w:rsidRPr="002A51D9">
        <w:rPr>
          <w:sz w:val="28"/>
          <w:szCs w:val="28"/>
        </w:rPr>
        <w:t> (accessed 11</w:t>
      </w:r>
      <w:r w:rsidRPr="002A51D9">
        <w:rPr>
          <w:sz w:val="28"/>
          <w:szCs w:val="28"/>
          <w:vertAlign w:val="superscript"/>
        </w:rPr>
        <w:t>th</w:t>
      </w:r>
      <w:r w:rsidRPr="002A51D9">
        <w:rPr>
          <w:sz w:val="28"/>
          <w:szCs w:val="28"/>
        </w:rPr>
        <w:t xml:space="preserve"> May 2026)</w:t>
      </w:r>
    </w:p>
    <w:p w14:paraId="3F525C3D" w14:textId="77777777" w:rsidR="002A51D9" w:rsidRPr="002A51D9" w:rsidRDefault="002A51D9" w:rsidP="002A51D9">
      <w:pPr>
        <w:rPr>
          <w:sz w:val="28"/>
          <w:szCs w:val="28"/>
        </w:rPr>
      </w:pPr>
      <w:r w:rsidRPr="002A51D9">
        <w:rPr>
          <w:sz w:val="28"/>
          <w:szCs w:val="28"/>
        </w:rPr>
        <w:t xml:space="preserve">Bubble sort: </w:t>
      </w:r>
      <w:hyperlink r:id="rId33">
        <w:r w:rsidRPr="002A51D9">
          <w:rPr>
            <w:rStyle w:val="Hyperlink"/>
            <w:sz w:val="28"/>
            <w:szCs w:val="28"/>
          </w:rPr>
          <w:t>https://www.geeksforgeeks.org/dsa/bubble-sort-algorithm/</w:t>
        </w:r>
      </w:hyperlink>
      <w:r w:rsidRPr="002A51D9">
        <w:rPr>
          <w:sz w:val="28"/>
          <w:szCs w:val="28"/>
        </w:rPr>
        <w:t xml:space="preserve"> (accessed 12</w:t>
      </w:r>
      <w:r w:rsidRPr="002A51D9">
        <w:rPr>
          <w:sz w:val="28"/>
          <w:szCs w:val="28"/>
          <w:vertAlign w:val="superscript"/>
        </w:rPr>
        <w:t>th</w:t>
      </w:r>
      <w:r w:rsidRPr="002A51D9">
        <w:rPr>
          <w:sz w:val="28"/>
          <w:szCs w:val="28"/>
        </w:rPr>
        <w:t xml:space="preserve"> May 2026)</w:t>
      </w:r>
    </w:p>
    <w:p w14:paraId="55A976A9" w14:textId="77777777" w:rsidR="002A51D9" w:rsidRPr="002A51D9" w:rsidRDefault="002A51D9" w:rsidP="002A51D9">
      <w:pPr>
        <w:rPr>
          <w:sz w:val="28"/>
          <w:szCs w:val="28"/>
        </w:rPr>
      </w:pPr>
      <w:r w:rsidRPr="002A51D9">
        <w:rPr>
          <w:b/>
          <w:bCs/>
          <w:color w:val="EE0000"/>
          <w:sz w:val="28"/>
          <w:szCs w:val="28"/>
        </w:rPr>
        <w:lastRenderedPageBreak/>
        <w:t>E1</w:t>
      </w:r>
      <w:r w:rsidRPr="002A51D9">
        <w:rPr>
          <w:color w:val="EE0000"/>
          <w:sz w:val="28"/>
          <w:szCs w:val="28"/>
        </w:rPr>
        <w:t xml:space="preserve"> </w:t>
      </w:r>
      <w:r w:rsidRPr="002A51D9">
        <w:rPr>
          <w:sz w:val="28"/>
          <w:szCs w:val="28"/>
        </w:rPr>
        <w:t xml:space="preserve">Bubble sort example: </w:t>
      </w:r>
      <w:hyperlink r:id="rId34">
        <w:r w:rsidRPr="002A51D9">
          <w:rPr>
            <w:rStyle w:val="Hyperlink"/>
            <w:sz w:val="28"/>
            <w:szCs w:val="28"/>
          </w:rPr>
          <w:t>https://www.w3schools.com/dsa/dsa_algo_bubblesort.php</w:t>
        </w:r>
      </w:hyperlink>
      <w:r w:rsidRPr="002A51D9">
        <w:rPr>
          <w:sz w:val="28"/>
          <w:szCs w:val="28"/>
        </w:rPr>
        <w:t xml:space="preserve"> (accessed 12th May 2026)</w:t>
      </w:r>
    </w:p>
    <w:p w14:paraId="613A1DD0" w14:textId="77777777" w:rsidR="002A51D9" w:rsidRPr="002A51D9" w:rsidRDefault="002A51D9" w:rsidP="002A51D9">
      <w:pPr>
        <w:rPr>
          <w:sz w:val="28"/>
          <w:szCs w:val="28"/>
        </w:rPr>
      </w:pPr>
      <w:r w:rsidRPr="002A51D9">
        <w:rPr>
          <w:sz w:val="28"/>
          <w:szCs w:val="28"/>
        </w:rPr>
        <w:t xml:space="preserve">Merge sort: </w:t>
      </w:r>
      <w:hyperlink r:id="rId35">
        <w:r w:rsidRPr="002A51D9">
          <w:rPr>
            <w:rStyle w:val="Hyperlink"/>
            <w:sz w:val="28"/>
            <w:szCs w:val="28"/>
          </w:rPr>
          <w:t>https://www.geeksforgeeks.org/dsa/merge-sort/</w:t>
        </w:r>
      </w:hyperlink>
      <w:r w:rsidRPr="002A51D9">
        <w:rPr>
          <w:sz w:val="28"/>
          <w:szCs w:val="28"/>
        </w:rPr>
        <w:t xml:space="preserve"> (accessed 12th May 2026)</w:t>
      </w:r>
    </w:p>
    <w:p w14:paraId="0D96AE66" w14:textId="77777777" w:rsidR="002A51D9" w:rsidRPr="002A51D9" w:rsidRDefault="002A51D9" w:rsidP="002A51D9">
      <w:pPr>
        <w:rPr>
          <w:sz w:val="28"/>
          <w:szCs w:val="28"/>
        </w:rPr>
      </w:pPr>
      <w:r w:rsidRPr="002A51D9">
        <w:rPr>
          <w:b/>
          <w:bCs/>
          <w:color w:val="EE0000"/>
          <w:sz w:val="28"/>
          <w:szCs w:val="28"/>
        </w:rPr>
        <w:t>E2</w:t>
      </w:r>
      <w:r w:rsidRPr="002A51D9">
        <w:rPr>
          <w:color w:val="EE0000"/>
          <w:sz w:val="28"/>
          <w:szCs w:val="28"/>
        </w:rPr>
        <w:t xml:space="preserve"> </w:t>
      </w:r>
      <w:r w:rsidRPr="002A51D9">
        <w:rPr>
          <w:sz w:val="28"/>
          <w:szCs w:val="28"/>
        </w:rPr>
        <w:t xml:space="preserve">Merge sort example: </w:t>
      </w:r>
      <w:hyperlink r:id="rId36">
        <w:r w:rsidRPr="002A51D9">
          <w:rPr>
            <w:rStyle w:val="Hyperlink"/>
            <w:sz w:val="28"/>
            <w:szCs w:val="28"/>
          </w:rPr>
          <w:t>https://www.w3schools.com/dsa/dsa_algo_mergesort.php</w:t>
        </w:r>
      </w:hyperlink>
      <w:r w:rsidRPr="002A51D9">
        <w:rPr>
          <w:sz w:val="28"/>
          <w:szCs w:val="28"/>
        </w:rPr>
        <w:t xml:space="preserve"> (accessed 12th May 2026)</w:t>
      </w:r>
    </w:p>
    <w:p w14:paraId="68AD3FDE" w14:textId="77777777" w:rsidR="002A51D9" w:rsidRPr="002A51D9" w:rsidRDefault="002A51D9" w:rsidP="002A51D9">
      <w:pPr>
        <w:rPr>
          <w:sz w:val="28"/>
          <w:szCs w:val="28"/>
        </w:rPr>
      </w:pPr>
      <w:r w:rsidRPr="002A51D9">
        <w:rPr>
          <w:sz w:val="28"/>
          <w:szCs w:val="28"/>
        </w:rPr>
        <w:t xml:space="preserve">Insertion sort: </w:t>
      </w:r>
      <w:hyperlink r:id="rId37">
        <w:r w:rsidRPr="002A51D9">
          <w:rPr>
            <w:rStyle w:val="Hyperlink"/>
            <w:sz w:val="28"/>
            <w:szCs w:val="28"/>
          </w:rPr>
          <w:t>https://www.geeksforgeeks.org/dsa/insertion-sort-algorithm/</w:t>
        </w:r>
      </w:hyperlink>
      <w:r w:rsidRPr="002A51D9">
        <w:rPr>
          <w:sz w:val="28"/>
          <w:szCs w:val="28"/>
        </w:rPr>
        <w:t xml:space="preserve"> (accessed 12th May 2026)</w:t>
      </w:r>
    </w:p>
    <w:p w14:paraId="5978060F" w14:textId="77777777" w:rsidR="002A51D9" w:rsidRPr="002A51D9" w:rsidRDefault="002A51D9" w:rsidP="002A51D9">
      <w:pPr>
        <w:rPr>
          <w:sz w:val="28"/>
          <w:szCs w:val="28"/>
        </w:rPr>
      </w:pPr>
      <w:r w:rsidRPr="002A51D9">
        <w:rPr>
          <w:b/>
          <w:bCs/>
          <w:color w:val="EE0000"/>
          <w:sz w:val="28"/>
          <w:szCs w:val="28"/>
        </w:rPr>
        <w:t>E3</w:t>
      </w:r>
      <w:r w:rsidRPr="002A51D9">
        <w:rPr>
          <w:color w:val="EE0000"/>
          <w:sz w:val="28"/>
          <w:szCs w:val="28"/>
        </w:rPr>
        <w:t xml:space="preserve"> </w:t>
      </w:r>
      <w:r w:rsidRPr="002A51D9">
        <w:rPr>
          <w:sz w:val="28"/>
          <w:szCs w:val="28"/>
        </w:rPr>
        <w:t xml:space="preserve">Insertion sort example: </w:t>
      </w:r>
      <w:hyperlink r:id="rId38">
        <w:r w:rsidRPr="002A51D9">
          <w:rPr>
            <w:rStyle w:val="Hyperlink"/>
            <w:sz w:val="28"/>
            <w:szCs w:val="28"/>
          </w:rPr>
          <w:t>https://www.w3schools.com/dsa/dsa_algo_insertionsort.php</w:t>
        </w:r>
      </w:hyperlink>
      <w:r w:rsidRPr="002A51D9">
        <w:rPr>
          <w:sz w:val="28"/>
          <w:szCs w:val="28"/>
        </w:rPr>
        <w:t xml:space="preserve"> (accessed 12th May 2026)</w:t>
      </w:r>
    </w:p>
    <w:p w14:paraId="2379E2B4" w14:textId="77777777" w:rsidR="002A51D9" w:rsidRPr="002A51D9" w:rsidRDefault="002A51D9" w:rsidP="002A51D9">
      <w:pPr>
        <w:rPr>
          <w:lang w:val="en-GB"/>
        </w:rPr>
      </w:pPr>
    </w:p>
    <w:p w14:paraId="7EEEAEBC" w14:textId="77777777" w:rsidR="00E703A6" w:rsidRDefault="00E703A6" w:rsidP="00317B52">
      <w:pPr>
        <w:rPr>
          <w:sz w:val="28"/>
          <w:szCs w:val="28"/>
          <w:lang w:val="en-GB"/>
        </w:rPr>
      </w:pPr>
    </w:p>
    <w:p w14:paraId="50B0DC4D" w14:textId="77777777" w:rsidR="00316311" w:rsidRPr="00317B52" w:rsidRDefault="00316311" w:rsidP="00317B52">
      <w:pPr>
        <w:rPr>
          <w:sz w:val="28"/>
          <w:szCs w:val="28"/>
          <w:lang w:val="en-GB"/>
        </w:rPr>
      </w:pPr>
    </w:p>
    <w:p w14:paraId="04F6FE50" w14:textId="77777777" w:rsidR="00317B52" w:rsidRDefault="00317B52" w:rsidP="00365C66">
      <w:pPr>
        <w:rPr>
          <w:sz w:val="28"/>
          <w:szCs w:val="28"/>
          <w:lang w:val="en-GB"/>
        </w:rPr>
      </w:pPr>
    </w:p>
    <w:p w14:paraId="079E0BC8" w14:textId="77777777" w:rsidR="003D3D2F" w:rsidRPr="001042EF" w:rsidRDefault="003D3D2F" w:rsidP="00365C66">
      <w:pPr>
        <w:rPr>
          <w:sz w:val="28"/>
          <w:szCs w:val="28"/>
          <w:lang w:val="en-GB"/>
        </w:rPr>
      </w:pPr>
    </w:p>
    <w:p w14:paraId="1F242519" w14:textId="77777777" w:rsidR="007069E7" w:rsidRDefault="007069E7" w:rsidP="005C7B0B"/>
    <w:sectPr w:rsidR="007069E7" w:rsidSect="00034616">
      <w:pgSz w:w="12240" w:h="15840"/>
      <w:pgMar w:top="864" w:right="1152" w:bottom="864"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Aptos Narrow">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56A6D76"/>
    <w:multiLevelType w:val="multilevel"/>
    <w:tmpl w:val="0C883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7951D6F"/>
    <w:multiLevelType w:val="multilevel"/>
    <w:tmpl w:val="CDF82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8A546A5"/>
    <w:multiLevelType w:val="multilevel"/>
    <w:tmpl w:val="FB5CA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AD840F3"/>
    <w:multiLevelType w:val="multilevel"/>
    <w:tmpl w:val="EF02C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BC70EAB"/>
    <w:multiLevelType w:val="multilevel"/>
    <w:tmpl w:val="BECC2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E4A5068"/>
    <w:multiLevelType w:val="multilevel"/>
    <w:tmpl w:val="EECEF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EE81C1C"/>
    <w:multiLevelType w:val="multilevel"/>
    <w:tmpl w:val="3774A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FC93CB5"/>
    <w:multiLevelType w:val="multilevel"/>
    <w:tmpl w:val="5302D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1824C90"/>
    <w:multiLevelType w:val="multilevel"/>
    <w:tmpl w:val="EFDC8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1B04BCE"/>
    <w:multiLevelType w:val="multilevel"/>
    <w:tmpl w:val="D1460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2807C90"/>
    <w:multiLevelType w:val="multilevel"/>
    <w:tmpl w:val="EF5E9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30A09BA"/>
    <w:multiLevelType w:val="multilevel"/>
    <w:tmpl w:val="AB9E7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3FE2806"/>
    <w:multiLevelType w:val="multilevel"/>
    <w:tmpl w:val="66927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4954C0D"/>
    <w:multiLevelType w:val="multilevel"/>
    <w:tmpl w:val="A608E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4BA4828"/>
    <w:multiLevelType w:val="multilevel"/>
    <w:tmpl w:val="F510E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7FD0011"/>
    <w:multiLevelType w:val="multilevel"/>
    <w:tmpl w:val="5896D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8AD53B2"/>
    <w:multiLevelType w:val="multilevel"/>
    <w:tmpl w:val="4B4AA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C6B6FC6"/>
    <w:multiLevelType w:val="multilevel"/>
    <w:tmpl w:val="A5BA7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E8048E1"/>
    <w:multiLevelType w:val="multilevel"/>
    <w:tmpl w:val="2DCEA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0EE00DA"/>
    <w:multiLevelType w:val="multilevel"/>
    <w:tmpl w:val="923A5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7FE6322"/>
    <w:multiLevelType w:val="multilevel"/>
    <w:tmpl w:val="B5C4C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84C2E6E"/>
    <w:multiLevelType w:val="multilevel"/>
    <w:tmpl w:val="D8D63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D1528C2"/>
    <w:multiLevelType w:val="multilevel"/>
    <w:tmpl w:val="A6D0F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D6C4B22"/>
    <w:multiLevelType w:val="multilevel"/>
    <w:tmpl w:val="3EAE2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F1D36F2"/>
    <w:multiLevelType w:val="multilevel"/>
    <w:tmpl w:val="2B0CC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FBB5590"/>
    <w:multiLevelType w:val="multilevel"/>
    <w:tmpl w:val="59348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65D43EB"/>
    <w:multiLevelType w:val="multilevel"/>
    <w:tmpl w:val="A3F0B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8461B80"/>
    <w:multiLevelType w:val="multilevel"/>
    <w:tmpl w:val="58484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93C7E3D"/>
    <w:multiLevelType w:val="multilevel"/>
    <w:tmpl w:val="6EE6F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3A1922B4"/>
    <w:multiLevelType w:val="multilevel"/>
    <w:tmpl w:val="3C5C0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3A5B6EC8"/>
    <w:multiLevelType w:val="multilevel"/>
    <w:tmpl w:val="963C0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3AEA62ED"/>
    <w:multiLevelType w:val="multilevel"/>
    <w:tmpl w:val="D91C9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BD52D9E"/>
    <w:multiLevelType w:val="multilevel"/>
    <w:tmpl w:val="67C68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C26425C"/>
    <w:multiLevelType w:val="multilevel"/>
    <w:tmpl w:val="23E8D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3FD464C4"/>
    <w:multiLevelType w:val="multilevel"/>
    <w:tmpl w:val="F5BA9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228464B"/>
    <w:multiLevelType w:val="multilevel"/>
    <w:tmpl w:val="EE783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5EF1993"/>
    <w:multiLevelType w:val="multilevel"/>
    <w:tmpl w:val="C5C23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4AC77229"/>
    <w:multiLevelType w:val="multilevel"/>
    <w:tmpl w:val="A21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C256DE9"/>
    <w:multiLevelType w:val="multilevel"/>
    <w:tmpl w:val="C11CE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FD55769"/>
    <w:multiLevelType w:val="multilevel"/>
    <w:tmpl w:val="489CF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50353D3E"/>
    <w:multiLevelType w:val="multilevel"/>
    <w:tmpl w:val="6D027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550C6407"/>
    <w:multiLevelType w:val="multilevel"/>
    <w:tmpl w:val="5CE42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51B3B91"/>
    <w:multiLevelType w:val="multilevel"/>
    <w:tmpl w:val="AD7CF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58585E4D"/>
    <w:multiLevelType w:val="multilevel"/>
    <w:tmpl w:val="032E5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59B95909"/>
    <w:multiLevelType w:val="multilevel"/>
    <w:tmpl w:val="02389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B052644"/>
    <w:multiLevelType w:val="multilevel"/>
    <w:tmpl w:val="79A2D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BA63335"/>
    <w:multiLevelType w:val="multilevel"/>
    <w:tmpl w:val="62D63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E3B4131"/>
    <w:multiLevelType w:val="multilevel"/>
    <w:tmpl w:val="5D108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639B01DF"/>
    <w:multiLevelType w:val="multilevel"/>
    <w:tmpl w:val="F3941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65523DF8"/>
    <w:multiLevelType w:val="multilevel"/>
    <w:tmpl w:val="3806C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66825052"/>
    <w:multiLevelType w:val="multilevel"/>
    <w:tmpl w:val="32A2C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69BB739C"/>
    <w:multiLevelType w:val="multilevel"/>
    <w:tmpl w:val="EEE2FC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70B653E2"/>
    <w:multiLevelType w:val="multilevel"/>
    <w:tmpl w:val="7FAEA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712D201C"/>
    <w:multiLevelType w:val="multilevel"/>
    <w:tmpl w:val="36967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71977A49"/>
    <w:multiLevelType w:val="multilevel"/>
    <w:tmpl w:val="397E0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782745B3"/>
    <w:multiLevelType w:val="multilevel"/>
    <w:tmpl w:val="6C742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78DD0A85"/>
    <w:multiLevelType w:val="multilevel"/>
    <w:tmpl w:val="A4247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791D239F"/>
    <w:multiLevelType w:val="multilevel"/>
    <w:tmpl w:val="A09CF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795329C1"/>
    <w:multiLevelType w:val="multilevel"/>
    <w:tmpl w:val="073CD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7E083B11"/>
    <w:multiLevelType w:val="multilevel"/>
    <w:tmpl w:val="7BF83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F6C329E"/>
    <w:multiLevelType w:val="multilevel"/>
    <w:tmpl w:val="4E0A4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91276528">
    <w:abstractNumId w:val="5"/>
  </w:num>
  <w:num w:numId="2" w16cid:durableId="1872304293">
    <w:abstractNumId w:val="3"/>
  </w:num>
  <w:num w:numId="3" w16cid:durableId="1283999393">
    <w:abstractNumId w:val="2"/>
  </w:num>
  <w:num w:numId="4" w16cid:durableId="152723581">
    <w:abstractNumId w:val="4"/>
  </w:num>
  <w:num w:numId="5" w16cid:durableId="1073091238">
    <w:abstractNumId w:val="1"/>
  </w:num>
  <w:num w:numId="6" w16cid:durableId="1252855627">
    <w:abstractNumId w:val="0"/>
  </w:num>
  <w:num w:numId="7" w16cid:durableId="2061319728">
    <w:abstractNumId w:val="32"/>
  </w:num>
  <w:num w:numId="8" w16cid:durableId="1075855433">
    <w:abstractNumId w:val="28"/>
  </w:num>
  <w:num w:numId="9" w16cid:durableId="426581583">
    <w:abstractNumId w:val="31"/>
  </w:num>
  <w:num w:numId="10" w16cid:durableId="1101411226">
    <w:abstractNumId w:val="64"/>
  </w:num>
  <w:num w:numId="11" w16cid:durableId="1372992283">
    <w:abstractNumId w:val="37"/>
  </w:num>
  <w:num w:numId="12" w16cid:durableId="636108857">
    <w:abstractNumId w:val="30"/>
  </w:num>
  <w:num w:numId="13" w16cid:durableId="945232255">
    <w:abstractNumId w:val="35"/>
  </w:num>
  <w:num w:numId="14" w16cid:durableId="995374730">
    <w:abstractNumId w:val="7"/>
  </w:num>
  <w:num w:numId="15" w16cid:durableId="555896232">
    <w:abstractNumId w:val="15"/>
  </w:num>
  <w:num w:numId="16" w16cid:durableId="1182277337">
    <w:abstractNumId w:val="61"/>
  </w:num>
  <w:num w:numId="17" w16cid:durableId="1602034564">
    <w:abstractNumId w:val="21"/>
  </w:num>
  <w:num w:numId="18" w16cid:durableId="377314478">
    <w:abstractNumId w:val="38"/>
  </w:num>
  <w:num w:numId="19" w16cid:durableId="1485312525">
    <w:abstractNumId w:val="36"/>
  </w:num>
  <w:num w:numId="20" w16cid:durableId="2079013641">
    <w:abstractNumId w:val="34"/>
  </w:num>
  <w:num w:numId="21" w16cid:durableId="759788747">
    <w:abstractNumId w:val="13"/>
  </w:num>
  <w:num w:numId="22" w16cid:durableId="1748376839">
    <w:abstractNumId w:val="55"/>
  </w:num>
  <w:num w:numId="23" w16cid:durableId="246427503">
    <w:abstractNumId w:val="47"/>
  </w:num>
  <w:num w:numId="24" w16cid:durableId="729887876">
    <w:abstractNumId w:val="57"/>
  </w:num>
  <w:num w:numId="25" w16cid:durableId="775566712">
    <w:abstractNumId w:val="54"/>
  </w:num>
  <w:num w:numId="26" w16cid:durableId="1430659714">
    <w:abstractNumId w:val="9"/>
  </w:num>
  <w:num w:numId="27" w16cid:durableId="721638912">
    <w:abstractNumId w:val="16"/>
  </w:num>
  <w:num w:numId="28" w16cid:durableId="1087265154">
    <w:abstractNumId w:val="19"/>
  </w:num>
  <w:num w:numId="29" w16cid:durableId="1621839704">
    <w:abstractNumId w:val="66"/>
  </w:num>
  <w:num w:numId="30" w16cid:durableId="1975862923">
    <w:abstractNumId w:val="26"/>
  </w:num>
  <w:num w:numId="31" w16cid:durableId="1084035735">
    <w:abstractNumId w:val="63"/>
  </w:num>
  <w:num w:numId="32" w16cid:durableId="495805423">
    <w:abstractNumId w:val="23"/>
  </w:num>
  <w:num w:numId="33" w16cid:durableId="1539464076">
    <w:abstractNumId w:val="18"/>
  </w:num>
  <w:num w:numId="34" w16cid:durableId="722677032">
    <w:abstractNumId w:val="42"/>
  </w:num>
  <w:num w:numId="35" w16cid:durableId="1271553026">
    <w:abstractNumId w:val="24"/>
  </w:num>
  <w:num w:numId="36" w16cid:durableId="1975602754">
    <w:abstractNumId w:val="11"/>
  </w:num>
  <w:num w:numId="37" w16cid:durableId="664286944">
    <w:abstractNumId w:val="62"/>
  </w:num>
  <w:num w:numId="38" w16cid:durableId="796030762">
    <w:abstractNumId w:val="56"/>
  </w:num>
  <w:num w:numId="39" w16cid:durableId="1412002006">
    <w:abstractNumId w:val="52"/>
  </w:num>
  <w:num w:numId="40" w16cid:durableId="1051416838">
    <w:abstractNumId w:val="8"/>
  </w:num>
  <w:num w:numId="41" w16cid:durableId="252974845">
    <w:abstractNumId w:val="20"/>
  </w:num>
  <w:num w:numId="42" w16cid:durableId="1615481913">
    <w:abstractNumId w:val="12"/>
  </w:num>
  <w:num w:numId="43" w16cid:durableId="1210843491">
    <w:abstractNumId w:val="44"/>
  </w:num>
  <w:num w:numId="44" w16cid:durableId="1374580895">
    <w:abstractNumId w:val="53"/>
  </w:num>
  <w:num w:numId="45" w16cid:durableId="753018588">
    <w:abstractNumId w:val="41"/>
  </w:num>
  <w:num w:numId="46" w16cid:durableId="445545912">
    <w:abstractNumId w:val="58"/>
  </w:num>
  <w:num w:numId="47" w16cid:durableId="182281190">
    <w:abstractNumId w:val="27"/>
  </w:num>
  <w:num w:numId="48" w16cid:durableId="1808082821">
    <w:abstractNumId w:val="39"/>
  </w:num>
  <w:num w:numId="49" w16cid:durableId="869340478">
    <w:abstractNumId w:val="48"/>
  </w:num>
  <w:num w:numId="50" w16cid:durableId="1977684395">
    <w:abstractNumId w:val="29"/>
  </w:num>
  <w:num w:numId="51" w16cid:durableId="658079317">
    <w:abstractNumId w:val="6"/>
  </w:num>
  <w:num w:numId="52" w16cid:durableId="1268074690">
    <w:abstractNumId w:val="43"/>
  </w:num>
  <w:num w:numId="53" w16cid:durableId="531456722">
    <w:abstractNumId w:val="14"/>
  </w:num>
  <w:num w:numId="54" w16cid:durableId="171801173">
    <w:abstractNumId w:val="50"/>
  </w:num>
  <w:num w:numId="55" w16cid:durableId="1914968777">
    <w:abstractNumId w:val="45"/>
  </w:num>
  <w:num w:numId="56" w16cid:durableId="172568794">
    <w:abstractNumId w:val="33"/>
  </w:num>
  <w:num w:numId="57" w16cid:durableId="1594361006">
    <w:abstractNumId w:val="46"/>
  </w:num>
  <w:num w:numId="58" w16cid:durableId="463041649">
    <w:abstractNumId w:val="40"/>
  </w:num>
  <w:num w:numId="59" w16cid:durableId="891235783">
    <w:abstractNumId w:val="59"/>
  </w:num>
  <w:num w:numId="60" w16cid:durableId="792289720">
    <w:abstractNumId w:val="60"/>
  </w:num>
  <w:num w:numId="61" w16cid:durableId="896402971">
    <w:abstractNumId w:val="22"/>
  </w:num>
  <w:num w:numId="62" w16cid:durableId="631400104">
    <w:abstractNumId w:val="49"/>
  </w:num>
  <w:num w:numId="63" w16cid:durableId="1830292002">
    <w:abstractNumId w:val="65"/>
  </w:num>
  <w:num w:numId="64" w16cid:durableId="2086147233">
    <w:abstractNumId w:val="51"/>
  </w:num>
  <w:num w:numId="65" w16cid:durableId="837385127">
    <w:abstractNumId w:val="25"/>
  </w:num>
  <w:num w:numId="66" w16cid:durableId="852691127">
    <w:abstractNumId w:val="10"/>
  </w:num>
  <w:num w:numId="67" w16cid:durableId="394476980">
    <w:abstractNumId w:val="17"/>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443BB"/>
    <w:rsid w:val="0005141E"/>
    <w:rsid w:val="0006063C"/>
    <w:rsid w:val="0006757C"/>
    <w:rsid w:val="0007265E"/>
    <w:rsid w:val="000B280D"/>
    <w:rsid w:val="001042EF"/>
    <w:rsid w:val="00142C93"/>
    <w:rsid w:val="00147013"/>
    <w:rsid w:val="0015074B"/>
    <w:rsid w:val="001E51D4"/>
    <w:rsid w:val="00200413"/>
    <w:rsid w:val="00262C11"/>
    <w:rsid w:val="00292AA4"/>
    <w:rsid w:val="0029639D"/>
    <w:rsid w:val="002A51D9"/>
    <w:rsid w:val="002B35C6"/>
    <w:rsid w:val="002B4F7D"/>
    <w:rsid w:val="002F065B"/>
    <w:rsid w:val="002F6029"/>
    <w:rsid w:val="00316311"/>
    <w:rsid w:val="00317B52"/>
    <w:rsid w:val="0032037D"/>
    <w:rsid w:val="00322232"/>
    <w:rsid w:val="00326F90"/>
    <w:rsid w:val="00333178"/>
    <w:rsid w:val="0034076E"/>
    <w:rsid w:val="00365C66"/>
    <w:rsid w:val="00392682"/>
    <w:rsid w:val="003D3D2F"/>
    <w:rsid w:val="003F0448"/>
    <w:rsid w:val="00435041"/>
    <w:rsid w:val="00456E09"/>
    <w:rsid w:val="00534B87"/>
    <w:rsid w:val="00564D5A"/>
    <w:rsid w:val="005B10A4"/>
    <w:rsid w:val="005C7B0B"/>
    <w:rsid w:val="00610A90"/>
    <w:rsid w:val="00617E50"/>
    <w:rsid w:val="00632565"/>
    <w:rsid w:val="00633844"/>
    <w:rsid w:val="00637295"/>
    <w:rsid w:val="006508EA"/>
    <w:rsid w:val="006D0A93"/>
    <w:rsid w:val="006E463B"/>
    <w:rsid w:val="00702C31"/>
    <w:rsid w:val="007069E7"/>
    <w:rsid w:val="00741D31"/>
    <w:rsid w:val="00756FC2"/>
    <w:rsid w:val="0077679C"/>
    <w:rsid w:val="007F31A7"/>
    <w:rsid w:val="00821BC2"/>
    <w:rsid w:val="00844848"/>
    <w:rsid w:val="00944DAD"/>
    <w:rsid w:val="009D3006"/>
    <w:rsid w:val="00A541AB"/>
    <w:rsid w:val="00A72999"/>
    <w:rsid w:val="00AA1D8D"/>
    <w:rsid w:val="00AC7C52"/>
    <w:rsid w:val="00AF77A8"/>
    <w:rsid w:val="00B2499B"/>
    <w:rsid w:val="00B47730"/>
    <w:rsid w:val="00BC71E6"/>
    <w:rsid w:val="00BD6F36"/>
    <w:rsid w:val="00BF3C86"/>
    <w:rsid w:val="00C01657"/>
    <w:rsid w:val="00C63942"/>
    <w:rsid w:val="00CA1394"/>
    <w:rsid w:val="00CB0664"/>
    <w:rsid w:val="00CE4B4D"/>
    <w:rsid w:val="00D13ACC"/>
    <w:rsid w:val="00D671F2"/>
    <w:rsid w:val="00D75677"/>
    <w:rsid w:val="00D82A53"/>
    <w:rsid w:val="00DC6618"/>
    <w:rsid w:val="00E26BD3"/>
    <w:rsid w:val="00E27EDB"/>
    <w:rsid w:val="00E36059"/>
    <w:rsid w:val="00E531FD"/>
    <w:rsid w:val="00E64C09"/>
    <w:rsid w:val="00E703A6"/>
    <w:rsid w:val="00E71985"/>
    <w:rsid w:val="00ED108B"/>
    <w:rsid w:val="00EF4D91"/>
    <w:rsid w:val="00FC693F"/>
    <w:rsid w:val="00FF778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ACC2799"/>
  <w14:defaultImageDpi w14:val="300"/>
  <w15:docId w15:val="{58359FAA-08B5-437C-BAF0-D4BDF9C3A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4"/>
      </w:numPr>
      <w:contextualSpacing/>
    </w:pPr>
  </w:style>
  <w:style w:type="paragraph" w:styleId="ListNumber2">
    <w:name w:val="List Number 2"/>
    <w:basedOn w:val="Normal"/>
    <w:uiPriority w:val="99"/>
    <w:unhideWhenUsed/>
    <w:rsid w:val="0029639D"/>
    <w:pPr>
      <w:numPr>
        <w:numId w:val="5"/>
      </w:numPr>
      <w:contextualSpacing/>
    </w:pPr>
  </w:style>
  <w:style w:type="paragraph" w:styleId="ListNumber3">
    <w:name w:val="List Number 3"/>
    <w:basedOn w:val="Normal"/>
    <w:uiPriority w:val="99"/>
    <w:unhideWhenUsed/>
    <w:rsid w:val="0029639D"/>
    <w:pPr>
      <w:numPr>
        <w:numId w:val="6"/>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NoSpacingChar">
    <w:name w:val="No Spacing Char"/>
    <w:basedOn w:val="DefaultParagraphFont"/>
    <w:link w:val="NoSpacing"/>
    <w:uiPriority w:val="1"/>
    <w:rsid w:val="007069E7"/>
  </w:style>
  <w:style w:type="character" w:styleId="Hyperlink">
    <w:name w:val="Hyperlink"/>
    <w:basedOn w:val="DefaultParagraphFont"/>
    <w:uiPriority w:val="99"/>
    <w:unhideWhenUsed/>
    <w:rsid w:val="00292AA4"/>
    <w:rPr>
      <w:color w:val="467886"/>
      <w:u w:val="single"/>
    </w:rPr>
  </w:style>
  <w:style w:type="character" w:styleId="FollowedHyperlink">
    <w:name w:val="FollowedHyperlink"/>
    <w:basedOn w:val="DefaultParagraphFont"/>
    <w:uiPriority w:val="99"/>
    <w:semiHidden/>
    <w:unhideWhenUsed/>
    <w:rsid w:val="00292AA4"/>
    <w:rPr>
      <w:color w:val="800080" w:themeColor="followedHyperlink"/>
      <w:u w:val="single"/>
    </w:rPr>
  </w:style>
  <w:style w:type="character" w:styleId="UnresolvedMention">
    <w:name w:val="Unresolved Mention"/>
    <w:basedOn w:val="DefaultParagraphFont"/>
    <w:uiPriority w:val="99"/>
    <w:semiHidden/>
    <w:unhideWhenUsed/>
    <w:rsid w:val="00BC71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hyperlink" Target="https://studentsleytonac-my.sharepoint.com/:x:/g/personal/s2312202_leyton_ac_uk/IQAoL7LC8bEzQ6kQxnrA7331AdLNQohYv-t3tECWWDwcqh0?e=BhNN0N" TargetMode="External"/><Relationship Id="rId39" Type="http://schemas.openxmlformats.org/officeDocument/2006/relationships/fontTable" Target="fontTable.xml"/><Relationship Id="rId21" Type="http://schemas.openxmlformats.org/officeDocument/2006/relationships/image" Target="media/image16.png"/><Relationship Id="rId34" Type="http://schemas.openxmlformats.org/officeDocument/2006/relationships/hyperlink" Target="https://www.w3schools.com/dsa/dsa_algo_bubblesort.php" TargetMode="Externa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hyperlink" Target="https://www.geeksforgeeks.org/dsa/bubble-sort-algorithm/" TargetMode="External"/><Relationship Id="rId38" Type="http://schemas.openxmlformats.org/officeDocument/2006/relationships/hyperlink" Target="https://www.w3schools.com/dsa/dsa_algo_insertionsort.php" TargetMode="External"/><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hyperlink" Target="https://www.geeksforgeeks.org/dsa/quick-sort-algorithm/"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hyperlink" Target="https://www.bbc.co.uk/bitesize/guides/zjdkw6f/revision/5" TargetMode="External"/><Relationship Id="rId37" Type="http://schemas.openxmlformats.org/officeDocument/2006/relationships/hyperlink" Target="https://www.geeksforgeeks.org/dsa/insertion-sort-algorithm/" TargetMode="Externa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hyperlink" Target="https://www.geeksforgeeks.org/dsa/introduction-to-divide-and-conquer-algorithm/" TargetMode="External"/><Relationship Id="rId36" Type="http://schemas.openxmlformats.org/officeDocument/2006/relationships/hyperlink" Target="https://www.w3schools.com/dsa/dsa_algo_mergesort.php" TargetMode="External"/><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hyperlink" Target="https://www.bbc.co.uk/bitesize/guides/zjddqhv/revision/2" TargetMode="Externa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hyperlink" Target="https://www.geeksforgeeks.org/operating-systems/what-is-problem-decomposition/" TargetMode="External"/><Relationship Id="rId30" Type="http://schemas.openxmlformats.org/officeDocument/2006/relationships/hyperlink" Target="https://www.bbc.co.uk/bitesize/guides/z4rbcj6/revision/2" TargetMode="External"/><Relationship Id="rId35" Type="http://schemas.openxmlformats.org/officeDocument/2006/relationships/hyperlink" Target="https://www.geeksforgeeks.org/dsa/merge-sort/" TargetMode="External"/><Relationship Id="rId8" Type="http://schemas.openxmlformats.org/officeDocument/2006/relationships/image" Target="media/image3.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48</Pages>
  <Words>6920</Words>
  <Characters>39450</Characters>
  <Application>Microsoft Office Word</Application>
  <DocSecurity>0</DocSecurity>
  <Lines>328</Lines>
  <Paragraphs>92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46278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Shahzaib Asim</dc:creator>
  <cp:keywords/>
  <dc:description>generated by python-docx</dc:description>
  <cp:lastModifiedBy>Shahzaib Asim</cp:lastModifiedBy>
  <cp:revision>68</cp:revision>
  <dcterms:created xsi:type="dcterms:W3CDTF">2026-05-15T09:57:00Z</dcterms:created>
  <dcterms:modified xsi:type="dcterms:W3CDTF">2026-08-27T16:23:00Z</dcterms:modified>
  <cp:category/>
</cp:coreProperties>
</file>